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2C55" w:rsidRPr="00A761DE" w:rsidRDefault="00612ADA">
      <w:pPr>
        <w:spacing w:before="480" w:after="120"/>
        <w:jc w:val="center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color w:val="1B365D"/>
          <w:sz w:val="24"/>
          <w:szCs w:val="24"/>
          <w:lang w:val="hu-HU"/>
        </w:rPr>
        <w:t xml:space="preserve">MUNKATERV </w:t>
      </w:r>
    </w:p>
    <w:p w:rsidR="000D2C55" w:rsidRDefault="00612ADA">
      <w:pPr>
        <w:spacing w:after="480"/>
        <w:jc w:val="center"/>
        <w:rPr>
          <w:rFonts w:ascii="Times New Roman" w:hAnsi="Times New Roman" w:cs="Times New Roman"/>
          <w:i/>
          <w:color w:val="666666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i/>
          <w:color w:val="666666"/>
          <w:sz w:val="24"/>
          <w:szCs w:val="24"/>
          <w:lang w:val="hu-HU"/>
        </w:rPr>
        <w:t>PTE Szent-Györgyi Albert Egészségügyi Technikum és Szakképző Iskola, Szombathely</w:t>
      </w:r>
      <w:r w:rsidRPr="00A761DE">
        <w:rPr>
          <w:rFonts w:ascii="Times New Roman" w:hAnsi="Times New Roman" w:cs="Times New Roman"/>
          <w:i/>
          <w:color w:val="666666"/>
          <w:sz w:val="24"/>
          <w:szCs w:val="24"/>
          <w:lang w:val="hu-HU"/>
        </w:rPr>
        <w:br/>
        <w:t>2026/2027. tanév</w:t>
      </w:r>
    </w:p>
    <w:sdt>
      <w:sdtPr>
        <w:rPr>
          <w:rFonts w:ascii="Arial" w:eastAsiaTheme="minorEastAsia" w:hAnsi="Arial" w:cstheme="minorBidi"/>
          <w:b w:val="0"/>
          <w:bCs w:val="0"/>
          <w:color w:val="333333"/>
          <w:sz w:val="22"/>
          <w:szCs w:val="22"/>
          <w:lang w:val="hu-HU"/>
        </w:rPr>
        <w:id w:val="-403682517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:rsidR="004D0422" w:rsidRDefault="004D0422">
          <w:pPr>
            <w:pStyle w:val="Tartalomjegyzkcmsora"/>
          </w:pPr>
          <w:r>
            <w:rPr>
              <w:lang w:val="hu-HU"/>
            </w:rPr>
            <w:t>Tartalom</w:t>
          </w:r>
        </w:p>
        <w:p w:rsidR="00906206" w:rsidRDefault="004D0422">
          <w:pPr>
            <w:pStyle w:val="TJ1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1233965" w:history="1">
            <w:r w:rsidR="00906206" w:rsidRPr="0065316C">
              <w:rPr>
                <w:rStyle w:val="Hiperhivatkozs"/>
                <w:noProof/>
                <w:lang w:val="hu-HU"/>
              </w:rPr>
              <w:t>1. Jogszabályi háttér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_Toc241233965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2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1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66" w:history="1">
            <w:r w:rsidR="00906206" w:rsidRPr="0065316C">
              <w:rPr>
                <w:rStyle w:val="Hiperhivatkozs"/>
                <w:noProof/>
              </w:rPr>
              <w:t xml:space="preserve">2. </w:t>
            </w:r>
            <w:r w:rsidR="00906206" w:rsidRPr="0065316C">
              <w:rPr>
                <w:rStyle w:val="Hiperhivatkozs"/>
                <w:noProof/>
                <w:lang w:val="hu-HU"/>
              </w:rPr>
              <w:t>Személyi és szervezeti feltételek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_Toc241233966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3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1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67" w:history="1">
            <w:r w:rsidR="00906206" w:rsidRPr="0065316C">
              <w:rPr>
                <w:rStyle w:val="Hiperhivatkozs"/>
                <w:noProof/>
                <w:lang w:val="hu-HU"/>
              </w:rPr>
              <w:t>3. A tanuló létszám alakulása: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_Toc241233967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3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2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68" w:history="1">
            <w:r w:rsidR="00906206" w:rsidRPr="0065316C">
              <w:rPr>
                <w:rStyle w:val="Hiperhivatkozs"/>
                <w:noProof/>
                <w:lang w:val="hu-HU"/>
              </w:rPr>
              <w:t>Technikumi osztályok és osztályfőnökök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_Toc241233968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4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1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69" w:history="1">
            <w:r w:rsidR="00906206" w:rsidRPr="0065316C">
              <w:rPr>
                <w:rStyle w:val="Hiperhivatkozs"/>
                <w:noProof/>
                <w:lang w:val="fr-FR"/>
              </w:rPr>
              <w:t xml:space="preserve">4. </w:t>
            </w:r>
            <w:r w:rsidR="00906206" w:rsidRPr="0065316C">
              <w:rPr>
                <w:rStyle w:val="Hiperhivatkozs"/>
                <w:noProof/>
                <w:lang w:val="hu-HU"/>
              </w:rPr>
              <w:t>A tanév időbeli ütemezése és rendje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_Toc241233969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5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2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70" w:history="1">
            <w:r w:rsidR="00906206" w:rsidRPr="0065316C">
              <w:rPr>
                <w:rStyle w:val="Hiperhivatkozs"/>
                <w:noProof/>
                <w:lang w:val="hu-HU"/>
              </w:rPr>
              <w:t>Tanítás nélküli munkanapok és áthelyezések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_Toc241233970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5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2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71" w:history="1">
            <w:r w:rsidR="00906206" w:rsidRPr="0065316C">
              <w:rPr>
                <w:rStyle w:val="Hiperhivatkozs"/>
                <w:rFonts w:ascii="Times New Roman" w:hAnsi="Times New Roman" w:cs="Times New Roman"/>
                <w:noProof/>
                <w:lang w:val="hu-HU"/>
              </w:rPr>
              <w:t>Összefüggő szakmai gyakorlatok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_Toc241233971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6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1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72" w:history="1">
            <w:r w:rsidR="00906206" w:rsidRPr="0065316C">
              <w:rPr>
                <w:rStyle w:val="Hiperhivatkozs"/>
                <w:noProof/>
              </w:rPr>
              <w:t xml:space="preserve">5. </w:t>
            </w:r>
            <w:r w:rsidR="00906206" w:rsidRPr="0065316C">
              <w:rPr>
                <w:rStyle w:val="Hiperhivatkozs"/>
                <w:noProof/>
                <w:lang w:val="hu-HU"/>
              </w:rPr>
              <w:t>Témanapok, témahetek és kompetenciamérések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_Toc241233972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6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2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73" w:history="1">
            <w:r w:rsidR="00906206" w:rsidRPr="0065316C">
              <w:rPr>
                <w:rStyle w:val="Hiperhivatkozs"/>
                <w:rFonts w:ascii="Times New Roman" w:hAnsi="Times New Roman" w:cs="Times New Roman"/>
                <w:noProof/>
                <w:lang w:val="hu-HU"/>
              </w:rPr>
              <w:t>Projektoktatást biztosító témanapok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_Toc241233973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6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2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74" w:history="1">
            <w:r w:rsidR="00906206" w:rsidRPr="0065316C">
              <w:rPr>
                <w:rStyle w:val="Hiperhivatkozs"/>
                <w:rFonts w:ascii="Times New Roman" w:hAnsi="Times New Roman" w:cs="Times New Roman"/>
                <w:noProof/>
                <w:lang w:val="hu-HU"/>
              </w:rPr>
              <w:t>Projektoktatást biztosító témahetek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_Toc241233974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6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2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75" w:history="1">
            <w:r w:rsidR="00906206" w:rsidRPr="0065316C">
              <w:rPr>
                <w:rStyle w:val="Hiperhivatkozs"/>
                <w:rFonts w:ascii="Times New Roman" w:hAnsi="Times New Roman" w:cs="Times New Roman"/>
                <w:noProof/>
                <w:lang w:val="hu-HU"/>
              </w:rPr>
              <w:t>Mérések és kompetenciavizsgálatok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_Toc241233975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6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1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76" w:history="1">
            <w:r w:rsidR="00906206" w:rsidRPr="0065316C">
              <w:rPr>
                <w:rStyle w:val="Hiperhivatkozs"/>
                <w:noProof/>
                <w:lang w:val="hu-HU"/>
              </w:rPr>
              <w:t>6. Vizsgák rendje (osztályozó, érettségi és szakmai)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_Toc241233976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6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2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77" w:history="1">
            <w:r w:rsidR="00906206" w:rsidRPr="0065316C">
              <w:rPr>
                <w:rStyle w:val="Hiperhivatkozs"/>
                <w:rFonts w:ascii="Times New Roman" w:hAnsi="Times New Roman" w:cs="Times New Roman"/>
                <w:noProof/>
                <w:lang w:val="hu-HU"/>
              </w:rPr>
              <w:t>B) Érettségi vizsgák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_Toc241233977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6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2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78" w:history="1">
            <w:r w:rsidR="00906206" w:rsidRPr="0065316C">
              <w:rPr>
                <w:rStyle w:val="Hiperhivatkozs"/>
                <w:rFonts w:ascii="Times New Roman" w:hAnsi="Times New Roman" w:cs="Times New Roman"/>
                <w:noProof/>
                <w:lang w:val="hu-HU"/>
              </w:rPr>
              <w:t>C) Szakmai vizsgák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_Toc241233978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8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2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79" w:history="1">
            <w:r w:rsidR="00906206" w:rsidRPr="0065316C">
              <w:rPr>
                <w:rStyle w:val="Hiperhivatkozs"/>
                <w:rFonts w:ascii="Times New Roman" w:eastAsia="Times New Roman" w:hAnsi="Times New Roman" w:cs="Times New Roman"/>
                <w:noProof/>
                <w:lang w:val="hu-HU"/>
              </w:rPr>
              <w:t>Ágazati alapvizsgák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_Toc241233979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9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1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80" w:history="1">
            <w:r w:rsidR="00906206" w:rsidRPr="0065316C">
              <w:rPr>
                <w:rStyle w:val="Hiperhivatkozs"/>
                <w:noProof/>
                <w:lang w:val="hu-HU"/>
              </w:rPr>
              <w:t>7. Mérések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_Toc241233980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9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2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81" w:history="1">
            <w:r w:rsidR="00906206" w:rsidRPr="0065316C">
              <w:rPr>
                <w:rStyle w:val="Hiperhivatkozs"/>
                <w:noProof/>
                <w:lang w:val="hu-HU"/>
              </w:rPr>
              <w:t>Országos kompetenciamérés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_Toc241233981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9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2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82" w:history="1">
            <w:r w:rsidR="00906206" w:rsidRPr="0065316C">
              <w:rPr>
                <w:rStyle w:val="Hiperhivatkozs"/>
                <w:noProof/>
                <w:lang w:val="hu-HU"/>
              </w:rPr>
              <w:t>A tanulók fizikai állapotának és edzettségének vizsgálata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_Toc241233982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9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1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83" w:history="1">
            <w:r w:rsidR="00906206" w:rsidRPr="0065316C">
              <w:rPr>
                <w:rStyle w:val="Hiperhivatkozs"/>
                <w:noProof/>
                <w:lang w:val="hu-HU"/>
              </w:rPr>
              <w:t>8. Stratégiai célok és adminisztrációs határidők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_Toc241233983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11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2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84" w:history="1">
            <w:r w:rsidR="00906206" w:rsidRPr="0065316C">
              <w:rPr>
                <w:rStyle w:val="Hiperhivatkozs"/>
                <w:noProof/>
                <w:lang w:val="hu-HU"/>
              </w:rPr>
              <w:t>Az oktatói testület feladatai és stratégiai céljai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_Toc241233984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11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2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85" w:history="1">
            <w:r w:rsidR="00906206" w:rsidRPr="0065316C">
              <w:rPr>
                <w:rStyle w:val="Hiperhivatkozs"/>
                <w:rFonts w:ascii="Times New Roman" w:hAnsi="Times New Roman" w:cs="Times New Roman"/>
                <w:noProof/>
                <w:lang w:val="hu-HU"/>
              </w:rPr>
              <w:t>Közép- és rövid távú stratégiai célok: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_Toc241233985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11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2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86" w:history="1">
            <w:r w:rsidR="00906206" w:rsidRPr="0065316C">
              <w:rPr>
                <w:rStyle w:val="Hiperhivatkozs"/>
                <w:rFonts w:ascii="Times New Roman" w:hAnsi="Times New Roman" w:cs="Times New Roman"/>
                <w:noProof/>
                <w:lang w:val="hu-HU"/>
              </w:rPr>
              <w:t>Feladatok az oktató munka terén: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_Toc241233986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12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2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87" w:history="1">
            <w:r w:rsidR="00906206" w:rsidRPr="0065316C">
              <w:rPr>
                <w:rStyle w:val="Hiperhivatkozs"/>
                <w:rFonts w:ascii="Times New Roman" w:hAnsi="Times New Roman" w:cs="Times New Roman"/>
                <w:noProof/>
                <w:lang w:val="hu-HU"/>
              </w:rPr>
              <w:t>Feladatok a nevelés terén: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_Toc241233987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12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1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88" w:history="1">
            <w:r w:rsidR="00906206" w:rsidRPr="0065316C">
              <w:rPr>
                <w:rStyle w:val="Hiperhivatkozs"/>
                <w:noProof/>
                <w:lang w:val="hu-HU"/>
              </w:rPr>
              <w:t>9. A tanév kiemelt feladatai és fejlesztési feladatai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_Toc241233988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13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2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89" w:history="1">
            <w:r w:rsidR="00906206" w:rsidRPr="0065316C">
              <w:rPr>
                <w:rStyle w:val="Hiperhivatkozs"/>
                <w:rFonts w:ascii="Times New Roman" w:hAnsi="Times New Roman" w:cs="Times New Roman"/>
                <w:noProof/>
                <w:lang w:val="hu-HU"/>
              </w:rPr>
              <w:t>Oktatási területen: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_Toc241233989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13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2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90" w:history="1">
            <w:r w:rsidR="00906206" w:rsidRPr="0065316C">
              <w:rPr>
                <w:rStyle w:val="Hiperhivatkozs"/>
                <w:rFonts w:ascii="Times New Roman" w:hAnsi="Times New Roman" w:cs="Times New Roman"/>
                <w:noProof/>
                <w:lang w:val="hu-HU"/>
              </w:rPr>
              <w:t>Nevelési területen: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_Toc241233990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13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2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91" w:history="1">
            <w:r w:rsidR="00906206" w:rsidRPr="0065316C">
              <w:rPr>
                <w:rStyle w:val="Hiperhivatkozs"/>
                <w:rFonts w:ascii="Times New Roman" w:hAnsi="Times New Roman" w:cs="Times New Roman"/>
                <w:noProof/>
                <w:lang w:val="hu-HU"/>
              </w:rPr>
              <w:t>Kiemelt fejlesztési feladatok (horizontális területek):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_Toc241233991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13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1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92" w:history="1">
            <w:r w:rsidR="00906206" w:rsidRPr="0065316C">
              <w:rPr>
                <w:rStyle w:val="Hiperhivatkozs"/>
                <w:rFonts w:ascii="Times New Roman" w:hAnsi="Times New Roman" w:cs="Times New Roman"/>
                <w:noProof/>
                <w:lang w:val="hu-HU"/>
              </w:rPr>
              <w:t>10. Szempontrendszer, célértékek és sikerkritériumok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_Toc241233992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14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1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93" w:history="1">
            <w:r w:rsidR="00906206" w:rsidRPr="0065316C">
              <w:rPr>
                <w:rStyle w:val="Hiperhivatkozs"/>
                <w:noProof/>
                <w:lang w:val="hu-HU"/>
              </w:rPr>
              <w:t>11. Az intézmény munkaközösségei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_Toc241233993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16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1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94" w:history="1">
            <w:r w:rsidR="00906206" w:rsidRPr="0065316C">
              <w:rPr>
                <w:rStyle w:val="Hiperhivatkozs"/>
                <w:rFonts w:ascii="Times New Roman" w:hAnsi="Times New Roman" w:cs="Times New Roman"/>
                <w:noProof/>
                <w:lang w:val="hu-HU"/>
              </w:rPr>
              <w:t>12.  Felelősök, kinevezések és feladatok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_Toc241233994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17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1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95" w:history="1">
            <w:r w:rsidR="00906206" w:rsidRPr="0065316C">
              <w:rPr>
                <w:rStyle w:val="Hiperhivatkozs"/>
                <w:rFonts w:ascii="Times New Roman" w:eastAsia="Times New Roman" w:hAnsi="Times New Roman" w:cs="Times New Roman"/>
                <w:noProof/>
                <w:lang w:val="hu-HU"/>
              </w:rPr>
              <w:t>Megbízatások a 2025-2026. tanévre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_Toc241233995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17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2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96" w:history="1">
            <w:r w:rsidR="00906206" w:rsidRPr="0065316C">
              <w:rPr>
                <w:rStyle w:val="Hiperhivatkozs"/>
                <w:noProof/>
                <w:lang w:val="hu-HU"/>
              </w:rPr>
              <w:t>Tervezett továbbképzések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_Toc241233996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17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1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97" w:history="1">
            <w:r w:rsidR="00906206" w:rsidRPr="0065316C">
              <w:rPr>
                <w:rStyle w:val="Hiperhivatkozs"/>
                <w:noProof/>
                <w:lang w:val="hu-HU" w:eastAsia="hu-HU"/>
              </w:rPr>
              <w:t>13.</w:t>
            </w:r>
            <w:r w:rsidR="00906206" w:rsidRPr="0065316C">
              <w:rPr>
                <w:rStyle w:val="Hiperhivatkozs"/>
                <w:noProof/>
                <w:lang w:val="hu-HU"/>
              </w:rPr>
              <w:t xml:space="preserve"> A </w:t>
            </w:r>
            <w:r w:rsidR="00906206" w:rsidRPr="0065316C">
              <w:rPr>
                <w:rStyle w:val="Hiperhivatkozs"/>
                <w:noProof/>
                <w:lang w:val="hu-HU" w:eastAsia="hu-HU"/>
              </w:rPr>
              <w:t>2026–2027. tanév legfontosabb konkrét feladatai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_Toc241233997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18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1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98" w:history="1">
            <w:r w:rsidR="00906206" w:rsidRPr="0065316C">
              <w:rPr>
                <w:rStyle w:val="Hiperhivatkozs"/>
                <w:noProof/>
                <w:lang w:val="hu-HU"/>
              </w:rPr>
              <w:t>14. Beiskolázási terv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_Toc241233998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22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1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3999" w:history="1">
            <w:r w:rsidR="00906206" w:rsidRPr="0065316C">
              <w:rPr>
                <w:rStyle w:val="Hiperhivatkozs"/>
                <w:noProof/>
              </w:rPr>
              <w:t>15. Pályaorientáció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_Toc241233999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24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1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4000" w:history="1">
            <w:r w:rsidR="00906206" w:rsidRPr="0065316C">
              <w:rPr>
                <w:rStyle w:val="Hiperhivatkozs"/>
                <w:rFonts w:ascii="Times New Roman" w:eastAsiaTheme="majorEastAsia" w:hAnsi="Times New Roman" w:cs="Times New Roman"/>
                <w:noProof/>
              </w:rPr>
              <w:t>A pályaorientáció tervezése az 5.számú mellékletben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_Toc241234000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24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2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4001" w:history="1">
            <w:r w:rsidR="00906206" w:rsidRPr="0065316C">
              <w:rPr>
                <w:rStyle w:val="Hiperhivatkozs"/>
                <w:noProof/>
                <w:lang w:val="hu-HU"/>
              </w:rPr>
              <w:t>Az Aktív Iskola Program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_Toc241234001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24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1"/>
            <w:tabs>
              <w:tab w:val="left" w:pos="440"/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4002" w:history="1">
            <w:r w:rsidR="00906206" w:rsidRPr="0065316C">
              <w:rPr>
                <w:rStyle w:val="Hiperhivatkozs"/>
                <w:rFonts w:ascii="Symbol" w:hAnsi="Symbol" w:cs="Times New Roman"/>
                <w:noProof/>
                <w:lang w:val="hu-HU"/>
              </w:rPr>
              <w:t></w:t>
            </w:r>
            <w:r w:rsidR="00906206">
              <w:rPr>
                <w:rFonts w:asciiTheme="minorHAnsi" w:hAnsiTheme="minorHAnsi"/>
                <w:noProof/>
                <w:color w:val="auto"/>
                <w:lang w:val="hu-HU" w:eastAsia="hu-HU"/>
              </w:rPr>
              <w:tab/>
            </w:r>
            <w:r w:rsidR="00906206" w:rsidRPr="0065316C">
              <w:rPr>
                <w:rStyle w:val="Hiperhivatkozs"/>
                <w:rFonts w:ascii="Times New Roman" w:hAnsi="Times New Roman" w:cs="Times New Roman"/>
                <w:noProof/>
                <w:lang w:val="hu-HU"/>
              </w:rPr>
              <w:t>1. sz. melléklet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_Toc241234002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26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1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4003" w:history="1">
            <w:r w:rsidR="00906206" w:rsidRPr="0065316C">
              <w:rPr>
                <w:rStyle w:val="Hiperhivatkozs"/>
                <w:noProof/>
                <w:lang w:val="hu-HU"/>
              </w:rPr>
              <w:t>Az osztályfőnöki munkaközösség munkaterve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_Toc241234003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26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1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4004" w:history="1">
            <w:r w:rsidR="00906206" w:rsidRPr="0065316C">
              <w:rPr>
                <w:rStyle w:val="Hiperhivatkozs"/>
                <w:rFonts w:ascii="Times New Roman" w:hAnsi="Times New Roman" w:cs="Times New Roman"/>
                <w:noProof/>
                <w:lang w:val="hu-HU"/>
              </w:rPr>
              <w:t>2.számú melléklet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_Toc241234004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30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1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4005" w:history="1">
            <w:r w:rsidR="00906206" w:rsidRPr="0065316C">
              <w:rPr>
                <w:rStyle w:val="Hiperhivatkozs"/>
                <w:rFonts w:ascii="Times New Roman" w:hAnsi="Times New Roman" w:cs="Times New Roman"/>
                <w:noProof/>
                <w:lang w:val="hu-HU"/>
              </w:rPr>
              <w:t>A közismereti tárgyakat oktatók munkaterve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_Toc241234005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30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1"/>
            <w:tabs>
              <w:tab w:val="left" w:pos="440"/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4006" w:history="1">
            <w:r w:rsidR="00906206" w:rsidRPr="0065316C">
              <w:rPr>
                <w:rStyle w:val="Hiperhivatkozs"/>
                <w:noProof/>
                <w:lang w:val="hu-HU"/>
              </w:rPr>
              <w:t>3.</w:t>
            </w:r>
            <w:r w:rsidR="00906206">
              <w:rPr>
                <w:rFonts w:asciiTheme="minorHAnsi" w:hAnsiTheme="minorHAnsi"/>
                <w:noProof/>
                <w:color w:val="auto"/>
                <w:lang w:val="hu-HU" w:eastAsia="hu-HU"/>
              </w:rPr>
              <w:tab/>
            </w:r>
            <w:r w:rsidR="00906206" w:rsidRPr="0065316C">
              <w:rPr>
                <w:rStyle w:val="Hiperhivatkozs"/>
                <w:rFonts w:ascii="Times New Roman" w:hAnsi="Times New Roman" w:cs="Times New Roman"/>
                <w:noProof/>
                <w:lang w:val="hu-HU"/>
              </w:rPr>
              <w:t>számú melléklet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_Toc241234006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38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1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4007" w:history="1">
            <w:r w:rsidR="00906206" w:rsidRPr="0065316C">
              <w:rPr>
                <w:rStyle w:val="Hiperhivatkozs"/>
                <w:rFonts w:asciiTheme="majorHAnsi" w:eastAsiaTheme="majorEastAsia" w:hAnsiTheme="majorHAnsi" w:cstheme="majorBidi"/>
                <w:b/>
                <w:bCs/>
                <w:noProof/>
              </w:rPr>
              <w:t>A szakmai munkaközösség munkaterve</w:t>
            </w:r>
            <w:r w:rsidR="00906206" w:rsidRPr="0065316C">
              <w:rPr>
                <w:rStyle w:val="Hiperhivatkozs"/>
                <w:rFonts w:ascii="Times New Roman" w:eastAsia="Times New Roman" w:hAnsi="Times New Roman" w:cs="Times New Roman"/>
                <w:noProof/>
                <w:lang w:val="hu-HU"/>
              </w:rPr>
              <w:t xml:space="preserve"> 2026-27.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_Toc241234007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38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1"/>
            <w:tabs>
              <w:tab w:val="left" w:pos="440"/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4008" w:history="1">
            <w:r w:rsidR="00906206" w:rsidRPr="0065316C">
              <w:rPr>
                <w:rStyle w:val="Hiperhivatkozs"/>
                <w:noProof/>
                <w:lang w:val="hu-HU"/>
              </w:rPr>
              <w:t>4.</w:t>
            </w:r>
            <w:r w:rsidR="00906206">
              <w:rPr>
                <w:rFonts w:asciiTheme="minorHAnsi" w:hAnsiTheme="minorHAnsi"/>
                <w:noProof/>
                <w:color w:val="auto"/>
                <w:lang w:val="hu-HU" w:eastAsia="hu-HU"/>
              </w:rPr>
              <w:tab/>
            </w:r>
            <w:r w:rsidR="00906206" w:rsidRPr="0065316C">
              <w:rPr>
                <w:rStyle w:val="Hiperhivatkozs"/>
                <w:noProof/>
                <w:lang w:val="hu-HU"/>
              </w:rPr>
              <w:t>számú melléklet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_Toc241234008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41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1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4009" w:history="1">
            <w:r w:rsidR="00906206" w:rsidRPr="0065316C">
              <w:rPr>
                <w:rStyle w:val="Hiperhivatkozs"/>
                <w:noProof/>
                <w:lang w:val="hu-HU"/>
              </w:rPr>
              <w:t>DIÁKÖNKORMÁNYZAT MUNKATERVE 2026/27. TANÉV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_Toc241234009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41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1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4010" w:history="1">
            <w:r w:rsidR="00906206" w:rsidRPr="0065316C">
              <w:rPr>
                <w:rStyle w:val="Hiperhivatkozs"/>
                <w:noProof/>
                <w:lang w:val="hu-HU"/>
              </w:rPr>
              <w:t>5. számú melléklet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_Toc241234010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44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1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4011" w:history="1">
            <w:r w:rsidR="00906206" w:rsidRPr="0065316C">
              <w:rPr>
                <w:rStyle w:val="Hiperhivatkozs"/>
                <w:noProof/>
                <w:lang w:val="hu-HU"/>
              </w:rPr>
              <w:t>Pályaorientációs munkaterv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_Toc241234011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44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1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4012" w:history="1">
            <w:r w:rsidR="00906206" w:rsidRPr="0065316C">
              <w:rPr>
                <w:rStyle w:val="Hiperhivatkozs"/>
                <w:noProof/>
                <w:lang w:val="hu-HU"/>
              </w:rPr>
              <w:t>6.számú melléklet  Óralátogatások tervezése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_Toc241234012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50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2"/>
            <w:tabs>
              <w:tab w:val="left" w:pos="660"/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4013" w:history="1">
            <w:r w:rsidR="00906206" w:rsidRPr="0065316C">
              <w:rPr>
                <w:rStyle w:val="Hiperhivatkozs"/>
                <w:noProof/>
                <w:lang w:val="hu-HU"/>
              </w:rPr>
              <w:t>7.</w:t>
            </w:r>
            <w:r w:rsidR="00906206">
              <w:rPr>
                <w:rFonts w:asciiTheme="minorHAnsi" w:hAnsiTheme="minorHAnsi"/>
                <w:noProof/>
                <w:color w:val="auto"/>
                <w:lang w:val="hu-HU" w:eastAsia="hu-HU"/>
              </w:rPr>
              <w:tab/>
            </w:r>
            <w:r w:rsidR="00906206" w:rsidRPr="0065316C">
              <w:rPr>
                <w:rStyle w:val="Hiperhivatkozs"/>
                <w:noProof/>
                <w:lang w:val="hu-HU"/>
              </w:rPr>
              <w:t>számú melléklet A 2026-2027. tanév fontosabb iskolai szintű eseményei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_Toc241234013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52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906206" w:rsidRDefault="00D1002A">
          <w:pPr>
            <w:pStyle w:val="TJ1"/>
            <w:tabs>
              <w:tab w:val="right" w:leader="dot" w:pos="9019"/>
            </w:tabs>
            <w:rPr>
              <w:rFonts w:asciiTheme="minorHAnsi" w:hAnsiTheme="minorHAnsi"/>
              <w:noProof/>
              <w:color w:val="auto"/>
              <w:lang w:val="hu-HU" w:eastAsia="hu-HU"/>
            </w:rPr>
          </w:pPr>
          <w:hyperlink w:anchor="_Toc241234014" w:history="1">
            <w:r w:rsidR="00906206" w:rsidRPr="0065316C">
              <w:rPr>
                <w:rStyle w:val="Hiperhivatkozs"/>
                <w:rFonts w:ascii="Segoe UI Emoji" w:hAnsi="Segoe UI Emoji" w:cs="Segoe UI Emoji"/>
                <w:noProof/>
                <w:lang w:val="hu-HU" w:eastAsia="hu-HU"/>
              </w:rPr>
              <w:t>📋</w:t>
            </w:r>
            <w:r w:rsidR="00906206" w:rsidRPr="0065316C">
              <w:rPr>
                <w:rStyle w:val="Hiperhivatkozs"/>
                <w:noProof/>
                <w:lang w:val="hu-HU" w:eastAsia="hu-HU"/>
              </w:rPr>
              <w:t xml:space="preserve"> TECHNIKUMI MUNKATERV ÉS NAPTÁR (2026/2027)</w:t>
            </w:r>
            <w:r w:rsidR="00906206">
              <w:rPr>
                <w:noProof/>
                <w:webHidden/>
              </w:rPr>
              <w:tab/>
            </w:r>
            <w:r w:rsidR="00906206">
              <w:rPr>
                <w:noProof/>
                <w:webHidden/>
              </w:rPr>
              <w:fldChar w:fldCharType="begin"/>
            </w:r>
            <w:r w:rsidR="00906206">
              <w:rPr>
                <w:noProof/>
                <w:webHidden/>
              </w:rPr>
              <w:instrText xml:space="preserve"> PAGEREF _Toc241234014 \h </w:instrText>
            </w:r>
            <w:r w:rsidR="00906206">
              <w:rPr>
                <w:noProof/>
                <w:webHidden/>
              </w:rPr>
            </w:r>
            <w:r w:rsidR="00906206">
              <w:rPr>
                <w:noProof/>
                <w:webHidden/>
              </w:rPr>
              <w:fldChar w:fldCharType="separate"/>
            </w:r>
            <w:r w:rsidR="00906206">
              <w:rPr>
                <w:noProof/>
                <w:webHidden/>
              </w:rPr>
              <w:t>54</w:t>
            </w:r>
            <w:r w:rsidR="00906206">
              <w:rPr>
                <w:noProof/>
                <w:webHidden/>
              </w:rPr>
              <w:fldChar w:fldCharType="end"/>
            </w:r>
          </w:hyperlink>
        </w:p>
        <w:p w:rsidR="004D0422" w:rsidRDefault="004D0422">
          <w:r>
            <w:rPr>
              <w:b/>
              <w:bCs/>
            </w:rPr>
            <w:fldChar w:fldCharType="end"/>
          </w:r>
        </w:p>
      </w:sdtContent>
    </w:sdt>
    <w:p w:rsidR="001428E7" w:rsidRPr="00A761DE" w:rsidRDefault="001428E7" w:rsidP="001428E7">
      <w:pPr>
        <w:spacing w:after="480"/>
        <w:rPr>
          <w:rFonts w:ascii="Times New Roman" w:hAnsi="Times New Roman" w:cs="Times New Roman"/>
          <w:sz w:val="24"/>
          <w:szCs w:val="24"/>
          <w:lang w:val="hu-HU"/>
        </w:rPr>
      </w:pPr>
    </w:p>
    <w:p w:rsidR="00906206" w:rsidRDefault="00906206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hu-HU"/>
        </w:rPr>
      </w:pPr>
      <w:bookmarkStart w:id="0" w:name="_Toc241233965"/>
      <w:r>
        <w:rPr>
          <w:lang w:val="hu-HU"/>
        </w:rPr>
        <w:br w:type="page"/>
      </w:r>
    </w:p>
    <w:p w:rsidR="000D2C55" w:rsidRPr="00625950" w:rsidRDefault="00612ADA" w:rsidP="00AD4BC9">
      <w:pPr>
        <w:pStyle w:val="Cmsor1"/>
        <w:rPr>
          <w:lang w:val="hu-HU"/>
        </w:rPr>
      </w:pPr>
      <w:r w:rsidRPr="00625950">
        <w:rPr>
          <w:lang w:val="hu-HU"/>
        </w:rPr>
        <w:lastRenderedPageBreak/>
        <w:t xml:space="preserve">1. </w:t>
      </w:r>
      <w:r w:rsidR="005430B9" w:rsidRPr="00625950">
        <w:rPr>
          <w:lang w:val="hu-HU"/>
        </w:rPr>
        <w:t>J</w:t>
      </w:r>
      <w:r w:rsidRPr="00625950">
        <w:rPr>
          <w:lang w:val="hu-HU"/>
        </w:rPr>
        <w:t xml:space="preserve">ogszabályi </w:t>
      </w:r>
      <w:r w:rsidR="005430B9" w:rsidRPr="00625950">
        <w:rPr>
          <w:lang w:val="hu-HU"/>
        </w:rPr>
        <w:t>h</w:t>
      </w:r>
      <w:r w:rsidRPr="00625950">
        <w:rPr>
          <w:lang w:val="hu-HU"/>
        </w:rPr>
        <w:t>áttér</w:t>
      </w:r>
      <w:bookmarkEnd w:id="0"/>
    </w:p>
    <w:p w:rsidR="000D2C55" w:rsidRPr="00A761DE" w:rsidRDefault="00612ADA">
      <w:pPr>
        <w:spacing w:after="12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A 2026/2027. tanév éves munkatervének elkészítésekor az alábbi kiinduló jogszabályok és miniszteri rendeletek határozzák meg a kereteket: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A szakképzésről szóló 2019. évi LXXX. törvény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A szakképzésről szóló törvény végrehajtásáról szóló 12/2020. (II. 7.) Korm. rendelet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bookmarkStart w:id="1" w:name="_Hlk240138906"/>
      <w:r w:rsidRPr="00A761DE">
        <w:rPr>
          <w:rFonts w:ascii="Times New Roman" w:hAnsi="Times New Roman" w:cs="Times New Roman"/>
          <w:sz w:val="24"/>
          <w:szCs w:val="24"/>
          <w:lang w:val="hu-HU"/>
        </w:rPr>
        <w:t>Az oktatási és gyermekügyi miniszter 1/2026. (VII. 31.) OGYM rendelete a 2026/2027. tanév rendjéről</w:t>
      </w:r>
    </w:p>
    <w:p w:rsidR="000D2C55" w:rsidRPr="00AD4BC9" w:rsidRDefault="00612ADA" w:rsidP="00AD4BC9">
      <w:pPr>
        <w:pStyle w:val="Cmsor1"/>
      </w:pPr>
      <w:bookmarkStart w:id="2" w:name="_Toc241233966"/>
      <w:bookmarkEnd w:id="1"/>
      <w:r w:rsidRPr="00AD4BC9">
        <w:t xml:space="preserve">2. </w:t>
      </w:r>
      <w:r w:rsidRPr="00275CFF">
        <w:rPr>
          <w:lang w:val="hu-HU"/>
        </w:rPr>
        <w:t xml:space="preserve">Személyi és </w:t>
      </w:r>
      <w:r w:rsidR="005430B9" w:rsidRPr="00275CFF">
        <w:rPr>
          <w:lang w:val="hu-HU"/>
        </w:rPr>
        <w:t>s</w:t>
      </w:r>
      <w:r w:rsidRPr="00275CFF">
        <w:rPr>
          <w:lang w:val="hu-HU"/>
        </w:rPr>
        <w:t xml:space="preserve">zervezeti </w:t>
      </w:r>
      <w:r w:rsidR="005430B9" w:rsidRPr="00275CFF">
        <w:rPr>
          <w:lang w:val="hu-HU"/>
        </w:rPr>
        <w:t>f</w:t>
      </w:r>
      <w:r w:rsidRPr="00275CFF">
        <w:rPr>
          <w:lang w:val="hu-HU"/>
        </w:rPr>
        <w:t>eltételek</w:t>
      </w:r>
      <w:bookmarkEnd w:id="2"/>
    </w:p>
    <w:p w:rsidR="000D2C55" w:rsidRPr="00A761DE" w:rsidRDefault="00612ADA">
      <w:pPr>
        <w:spacing w:after="12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Intézményünk az aktuális tanév kezdetén az alábbi személyi állománnyal és osztálystruktúrával vág neki a munkának: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 xml:space="preserve">Osztályok száma: </w:t>
      </w:r>
      <w:r w:rsidR="00E36D41" w:rsidRPr="00A761DE">
        <w:rPr>
          <w:rFonts w:ascii="Times New Roman" w:hAnsi="Times New Roman" w:cs="Times New Roman"/>
          <w:b/>
          <w:sz w:val="24"/>
          <w:szCs w:val="24"/>
          <w:lang w:val="hu-HU"/>
        </w:rPr>
        <w:tab/>
      </w:r>
      <w:r w:rsidR="00E36D41"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technikumi : 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14 </w:t>
      </w:r>
    </w:p>
    <w:p w:rsidR="00E36D41" w:rsidRPr="00A761DE" w:rsidRDefault="00E36D41" w:rsidP="00E36D41">
      <w:pPr>
        <w:pStyle w:val="Felsorols"/>
        <w:numPr>
          <w:ilvl w:val="0"/>
          <w:numId w:val="0"/>
        </w:numPr>
        <w:spacing w:after="60"/>
        <w:ind w:left="2160" w:firstLine="72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érettségi utáni felnőttképzés:10</w:t>
      </w:r>
    </w:p>
    <w:p w:rsidR="00E36D41" w:rsidRPr="00A761DE" w:rsidRDefault="00E36D41" w:rsidP="00E36D41">
      <w:pPr>
        <w:pStyle w:val="Felsorols"/>
        <w:numPr>
          <w:ilvl w:val="0"/>
          <w:numId w:val="0"/>
        </w:numPr>
        <w:spacing w:after="60"/>
        <w:ind w:left="2160" w:firstLine="72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szakképző osztály: 4</w:t>
      </w:r>
    </w:p>
    <w:p w:rsidR="00C817E0" w:rsidRPr="00A761DE" w:rsidRDefault="00E36D41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 xml:space="preserve">Az oktatói testület létszáma: </w:t>
      </w:r>
      <w:r w:rsidR="00C817E0" w:rsidRPr="00A761DE">
        <w:rPr>
          <w:rFonts w:ascii="Times New Roman" w:hAnsi="Times New Roman" w:cs="Times New Roman"/>
          <w:b/>
          <w:sz w:val="24"/>
          <w:szCs w:val="24"/>
          <w:lang w:val="hu-HU"/>
        </w:rPr>
        <w:tab/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>2</w:t>
      </w:r>
      <w:r w:rsidR="00C817E0" w:rsidRPr="00A761DE">
        <w:rPr>
          <w:rFonts w:ascii="Times New Roman" w:hAnsi="Times New Roman" w:cs="Times New Roman"/>
          <w:sz w:val="24"/>
          <w:szCs w:val="24"/>
          <w:lang w:val="hu-HU"/>
        </w:rPr>
        <w:t>2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fő: 2</w:t>
      </w:r>
      <w:r w:rsidR="00C817E0" w:rsidRPr="00A761DE">
        <w:rPr>
          <w:rFonts w:ascii="Times New Roman" w:hAnsi="Times New Roman" w:cs="Times New Roman"/>
          <w:sz w:val="24"/>
          <w:szCs w:val="24"/>
          <w:lang w:val="hu-HU"/>
        </w:rPr>
        <w:t>0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fő teljes munkaidős- </w:t>
      </w:r>
      <w:r w:rsidR="00C817E0" w:rsidRPr="00A761DE">
        <w:rPr>
          <w:rFonts w:ascii="Times New Roman" w:hAnsi="Times New Roman" w:cs="Times New Roman"/>
          <w:sz w:val="24"/>
          <w:szCs w:val="24"/>
          <w:lang w:val="hu-HU"/>
        </w:rPr>
        <w:t>2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félállású kolléga.</w:t>
      </w:r>
    </w:p>
    <w:p w:rsidR="00C817E0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Óraadók:</w:t>
      </w:r>
      <w:r w:rsidR="00C817E0" w:rsidRPr="00A761DE">
        <w:rPr>
          <w:rFonts w:ascii="Times New Roman" w:hAnsi="Times New Roman" w:cs="Times New Roman"/>
          <w:b/>
          <w:sz w:val="24"/>
          <w:szCs w:val="24"/>
          <w:lang w:val="hu-HU"/>
        </w:rPr>
        <w:tab/>
      </w:r>
      <w:r w:rsidR="00C817E0" w:rsidRPr="00A761DE">
        <w:rPr>
          <w:rFonts w:ascii="Times New Roman" w:hAnsi="Times New Roman" w:cs="Times New Roman"/>
          <w:b/>
          <w:sz w:val="24"/>
          <w:szCs w:val="24"/>
          <w:lang w:val="hu-HU"/>
        </w:rPr>
        <w:tab/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>2 óraadó angol nyelv oktatására</w:t>
      </w:r>
    </w:p>
    <w:p w:rsidR="000D2C55" w:rsidRPr="00A761DE" w:rsidRDefault="00C817E0" w:rsidP="00C817E0">
      <w:pPr>
        <w:pStyle w:val="Felsorols"/>
        <w:numPr>
          <w:ilvl w:val="0"/>
          <w:numId w:val="0"/>
        </w:numPr>
        <w:spacing w:after="60"/>
        <w:ind w:left="1800" w:firstLine="3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3</w:t>
      </w:r>
      <w:r w:rsidR="00612ADA"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óraadó szakmai tárgyak oktatására és fejlesztésre (9-12. évfolyam)</w:t>
      </w:r>
    </w:p>
    <w:p w:rsidR="000D2C55" w:rsidRPr="00A761DE" w:rsidRDefault="00612ADA">
      <w:pPr>
        <w:pStyle w:val="Felsorols"/>
        <w:spacing w:after="24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 xml:space="preserve">Segítő szakemberek: 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>Pszichológus, valamint szociális és prevenciós segítő biztosított</w:t>
      </w:r>
    </w:p>
    <w:p w:rsidR="00C817E0" w:rsidRPr="00A761DE" w:rsidRDefault="00C817E0" w:rsidP="00C817E0">
      <w:pPr>
        <w:pStyle w:val="Felsorols"/>
        <w:numPr>
          <w:ilvl w:val="0"/>
          <w:numId w:val="0"/>
        </w:numPr>
        <w:spacing w:after="240"/>
        <w:ind w:left="360" w:hanging="360"/>
        <w:rPr>
          <w:rFonts w:ascii="Times New Roman" w:hAnsi="Times New Roman" w:cs="Times New Roman"/>
          <w:sz w:val="24"/>
          <w:szCs w:val="24"/>
          <w:lang w:val="hu-HU"/>
        </w:rPr>
      </w:pPr>
    </w:p>
    <w:p w:rsidR="00C817E0" w:rsidRPr="00A761DE" w:rsidRDefault="00AD4BC9" w:rsidP="00AD4BC9">
      <w:pPr>
        <w:pStyle w:val="Cmsor1"/>
        <w:rPr>
          <w:lang w:val="hu-HU"/>
        </w:rPr>
      </w:pPr>
      <w:bookmarkStart w:id="3" w:name="_Toc241233967"/>
      <w:r>
        <w:rPr>
          <w:lang w:val="hu-HU"/>
        </w:rPr>
        <w:t xml:space="preserve">3. </w:t>
      </w:r>
      <w:r w:rsidR="00C817E0" w:rsidRPr="00A761DE">
        <w:rPr>
          <w:lang w:val="hu-HU"/>
        </w:rPr>
        <w:t>A tanuló létszám alakulása:</w:t>
      </w:r>
      <w:bookmarkEnd w:id="3"/>
    </w:p>
    <w:p w:rsidR="00C817E0" w:rsidRPr="00A761DE" w:rsidRDefault="00C817E0" w:rsidP="00C817E0">
      <w:pPr>
        <w:spacing w:after="160" w:line="259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szeptember 1.: a technikumban tanuló diákok száma: 275 fő</w:t>
      </w:r>
    </w:p>
    <w:p w:rsidR="00C817E0" w:rsidRPr="00A761DE" w:rsidRDefault="00C817E0" w:rsidP="003F3FC3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 xml:space="preserve">érettségi utáni technikumi képzésben résztvevők száma: </w:t>
      </w:r>
    </w:p>
    <w:p w:rsidR="00C817E0" w:rsidRPr="00A761DE" w:rsidRDefault="00C817E0" w:rsidP="003F3FC3">
      <w:pPr>
        <w:numPr>
          <w:ilvl w:val="2"/>
          <w:numId w:val="7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 xml:space="preserve">felnőttképzési jogviszonyban: </w:t>
      </w:r>
      <w:r w:rsidR="00CA3555"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 xml:space="preserve">202 </w:t>
      </w: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fő</w:t>
      </w:r>
    </w:p>
    <w:p w:rsidR="00C817E0" w:rsidRPr="00A761DE" w:rsidRDefault="00C817E0" w:rsidP="00C817E0">
      <w:pPr>
        <w:spacing w:after="0" w:line="259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</w:p>
    <w:p w:rsidR="00C817E0" w:rsidRPr="00A761DE" w:rsidRDefault="00C817E0" w:rsidP="00C817E0">
      <w:pPr>
        <w:spacing w:after="160" w:line="259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 xml:space="preserve"> Összesen 471 fő vesz részt a szakképzésben.</w:t>
      </w:r>
    </w:p>
    <w:p w:rsidR="00A761DE" w:rsidRDefault="00A761DE" w:rsidP="00A761DE">
      <w:pPr>
        <w:pStyle w:val="Felsorols"/>
        <w:numPr>
          <w:ilvl w:val="0"/>
          <w:numId w:val="0"/>
        </w:numPr>
        <w:spacing w:after="240"/>
        <w:rPr>
          <w:rFonts w:ascii="Times New Roman" w:hAnsi="Times New Roman" w:cs="Times New Roman"/>
          <w:sz w:val="24"/>
          <w:szCs w:val="24"/>
          <w:lang w:val="hu-HU"/>
        </w:rPr>
        <w:sectPr w:rsidR="00A761DE" w:rsidSect="00034616">
          <w:headerReference w:type="default" r:id="rId8"/>
          <w:footerReference w:type="default" r:id="rId9"/>
          <w:pgSz w:w="11909" w:h="16834"/>
          <w:pgMar w:top="1440" w:right="1440" w:bottom="1440" w:left="1440" w:header="720" w:footer="720" w:gutter="0"/>
          <w:cols w:space="720"/>
          <w:docGrid w:linePitch="360"/>
        </w:sectPr>
      </w:pPr>
    </w:p>
    <w:p w:rsidR="000D2C55" w:rsidRPr="00AD4BC9" w:rsidRDefault="00612ADA" w:rsidP="00AD4BC9">
      <w:pPr>
        <w:pStyle w:val="Cmsor2"/>
        <w:rPr>
          <w:lang w:val="hu-HU"/>
        </w:rPr>
      </w:pPr>
      <w:bookmarkStart w:id="4" w:name="_Toc241233968"/>
      <w:r w:rsidRPr="00AD4BC9">
        <w:rPr>
          <w:lang w:val="hu-HU"/>
        </w:rPr>
        <w:lastRenderedPageBreak/>
        <w:t xml:space="preserve">Technikumi </w:t>
      </w:r>
      <w:r w:rsidR="00E36D41" w:rsidRPr="00AD4BC9">
        <w:rPr>
          <w:lang w:val="hu-HU"/>
        </w:rPr>
        <w:t>o</w:t>
      </w:r>
      <w:r w:rsidRPr="00AD4BC9">
        <w:rPr>
          <w:lang w:val="hu-HU"/>
        </w:rPr>
        <w:t xml:space="preserve">sztályok és </w:t>
      </w:r>
      <w:r w:rsidR="00E36D41" w:rsidRPr="00AD4BC9">
        <w:rPr>
          <w:lang w:val="hu-HU"/>
        </w:rPr>
        <w:t>o</w:t>
      </w:r>
      <w:r w:rsidRPr="00AD4BC9">
        <w:rPr>
          <w:lang w:val="hu-HU"/>
        </w:rPr>
        <w:t>sztályfőnökök</w:t>
      </w:r>
      <w:bookmarkEnd w:id="4"/>
    </w:p>
    <w:p w:rsidR="00AD4BC9" w:rsidRPr="00AD4BC9" w:rsidRDefault="00AD4BC9" w:rsidP="00AD4BC9">
      <w:pPr>
        <w:rPr>
          <w:lang w:val="hu-H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2592"/>
        <w:gridCol w:w="2592"/>
      </w:tblGrid>
      <w:tr w:rsidR="000D2C55" w:rsidRPr="00A761DE">
        <w:trPr>
          <w:cantSplit/>
          <w:tblHeader/>
          <w:jc w:val="center"/>
        </w:trPr>
        <w:tc>
          <w:tcPr>
            <w:tcW w:w="144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hu-HU"/>
              </w:rPr>
              <w:t>Osztály</w:t>
            </w:r>
          </w:p>
        </w:tc>
        <w:tc>
          <w:tcPr>
            <w:tcW w:w="144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hu-HU"/>
              </w:rPr>
              <w:t>Létszám (fő)</w:t>
            </w:r>
          </w:p>
        </w:tc>
        <w:tc>
          <w:tcPr>
            <w:tcW w:w="144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hu-HU"/>
              </w:rPr>
              <w:t>Terem</w:t>
            </w:r>
          </w:p>
        </w:tc>
        <w:tc>
          <w:tcPr>
            <w:tcW w:w="2592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hu-HU"/>
              </w:rPr>
              <w:t>Osztályfőnök</w:t>
            </w:r>
          </w:p>
        </w:tc>
        <w:tc>
          <w:tcPr>
            <w:tcW w:w="2592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hu-HU"/>
              </w:rPr>
              <w:t>Társosztályfőnök</w:t>
            </w:r>
          </w:p>
        </w:tc>
      </w:tr>
      <w:tr w:rsidR="000D2C55" w:rsidRPr="00A761DE">
        <w:trPr>
          <w:cantSplit/>
          <w:jc w:val="center"/>
        </w:trPr>
        <w:tc>
          <w:tcPr>
            <w:tcW w:w="144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9.A</w:t>
            </w:r>
          </w:p>
        </w:tc>
        <w:tc>
          <w:tcPr>
            <w:tcW w:w="144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16</w:t>
            </w:r>
          </w:p>
        </w:tc>
        <w:tc>
          <w:tcPr>
            <w:tcW w:w="144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215</w:t>
            </w:r>
          </w:p>
        </w:tc>
        <w:tc>
          <w:tcPr>
            <w:tcW w:w="2592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Pesti Ildikó</w:t>
            </w:r>
          </w:p>
        </w:tc>
        <w:tc>
          <w:tcPr>
            <w:tcW w:w="2592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E36D41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Dohi Veronika</w:t>
            </w:r>
          </w:p>
        </w:tc>
      </w:tr>
      <w:tr w:rsidR="000D2C55" w:rsidRPr="00A761DE">
        <w:trPr>
          <w:cantSplit/>
          <w:jc w:val="center"/>
        </w:trPr>
        <w:tc>
          <w:tcPr>
            <w:tcW w:w="1440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9.B</w:t>
            </w:r>
          </w:p>
        </w:tc>
        <w:tc>
          <w:tcPr>
            <w:tcW w:w="1440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24</w:t>
            </w:r>
          </w:p>
        </w:tc>
        <w:tc>
          <w:tcPr>
            <w:tcW w:w="1440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205</w:t>
            </w:r>
          </w:p>
        </w:tc>
        <w:tc>
          <w:tcPr>
            <w:tcW w:w="2592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Büki Beatrix</w:t>
            </w:r>
          </w:p>
        </w:tc>
        <w:tc>
          <w:tcPr>
            <w:tcW w:w="2592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E36D41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Dala-Nagy Henrietta</w:t>
            </w:r>
          </w:p>
        </w:tc>
      </w:tr>
      <w:tr w:rsidR="000D2C55" w:rsidRPr="00A761DE">
        <w:trPr>
          <w:cantSplit/>
          <w:jc w:val="center"/>
        </w:trPr>
        <w:tc>
          <w:tcPr>
            <w:tcW w:w="144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9.S</w:t>
            </w:r>
          </w:p>
        </w:tc>
        <w:tc>
          <w:tcPr>
            <w:tcW w:w="144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18</w:t>
            </w:r>
          </w:p>
        </w:tc>
        <w:tc>
          <w:tcPr>
            <w:tcW w:w="144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216/a</w:t>
            </w:r>
          </w:p>
        </w:tc>
        <w:tc>
          <w:tcPr>
            <w:tcW w:w="2592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Katzler</w:t>
            </w:r>
            <w:proofErr w:type="spellEnd"/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Ábel</w:t>
            </w:r>
          </w:p>
        </w:tc>
        <w:tc>
          <w:tcPr>
            <w:tcW w:w="2592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E36D41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Gaál Flóra</w:t>
            </w:r>
          </w:p>
        </w:tc>
      </w:tr>
      <w:tr w:rsidR="000D2C55" w:rsidRPr="00A761DE">
        <w:trPr>
          <w:cantSplit/>
          <w:jc w:val="center"/>
        </w:trPr>
        <w:tc>
          <w:tcPr>
            <w:tcW w:w="1440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10.A</w:t>
            </w:r>
          </w:p>
        </w:tc>
        <w:tc>
          <w:tcPr>
            <w:tcW w:w="1440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24</w:t>
            </w:r>
          </w:p>
        </w:tc>
        <w:tc>
          <w:tcPr>
            <w:tcW w:w="1440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D100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236</w:t>
            </w:r>
          </w:p>
        </w:tc>
        <w:tc>
          <w:tcPr>
            <w:tcW w:w="2592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Gyöngyössy</w:t>
            </w:r>
            <w:proofErr w:type="spellEnd"/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Péterné</w:t>
            </w:r>
          </w:p>
        </w:tc>
        <w:tc>
          <w:tcPr>
            <w:tcW w:w="2592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E36D41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Verhás</w:t>
            </w:r>
            <w:proofErr w:type="spellEnd"/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Erzsébet</w:t>
            </w:r>
          </w:p>
        </w:tc>
      </w:tr>
      <w:tr w:rsidR="000D2C55" w:rsidRPr="00A761DE">
        <w:trPr>
          <w:cantSplit/>
          <w:jc w:val="center"/>
        </w:trPr>
        <w:tc>
          <w:tcPr>
            <w:tcW w:w="144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10.B</w:t>
            </w:r>
          </w:p>
        </w:tc>
        <w:tc>
          <w:tcPr>
            <w:tcW w:w="144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21</w:t>
            </w:r>
          </w:p>
        </w:tc>
        <w:tc>
          <w:tcPr>
            <w:tcW w:w="144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203</w:t>
            </w:r>
          </w:p>
        </w:tc>
        <w:tc>
          <w:tcPr>
            <w:tcW w:w="2592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Simon Zsolt</w:t>
            </w:r>
          </w:p>
        </w:tc>
        <w:tc>
          <w:tcPr>
            <w:tcW w:w="2592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Szegedi Noémi</w:t>
            </w:r>
          </w:p>
        </w:tc>
      </w:tr>
      <w:tr w:rsidR="000D2C55" w:rsidRPr="00A761DE">
        <w:trPr>
          <w:cantSplit/>
          <w:jc w:val="center"/>
        </w:trPr>
        <w:tc>
          <w:tcPr>
            <w:tcW w:w="1440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10.S</w:t>
            </w:r>
          </w:p>
        </w:tc>
        <w:tc>
          <w:tcPr>
            <w:tcW w:w="1440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7</w:t>
            </w:r>
          </w:p>
        </w:tc>
        <w:tc>
          <w:tcPr>
            <w:tcW w:w="1440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216/b</w:t>
            </w:r>
          </w:p>
        </w:tc>
        <w:tc>
          <w:tcPr>
            <w:tcW w:w="2592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Kalmár Szilárd</w:t>
            </w:r>
          </w:p>
        </w:tc>
        <w:tc>
          <w:tcPr>
            <w:tcW w:w="2592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Simon Bence</w:t>
            </w:r>
          </w:p>
        </w:tc>
      </w:tr>
      <w:tr w:rsidR="000D2C55" w:rsidRPr="00A761DE">
        <w:trPr>
          <w:cantSplit/>
          <w:jc w:val="center"/>
        </w:trPr>
        <w:tc>
          <w:tcPr>
            <w:tcW w:w="144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11.A</w:t>
            </w:r>
          </w:p>
        </w:tc>
        <w:tc>
          <w:tcPr>
            <w:tcW w:w="144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14</w:t>
            </w:r>
          </w:p>
        </w:tc>
        <w:tc>
          <w:tcPr>
            <w:tcW w:w="144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218</w:t>
            </w:r>
          </w:p>
        </w:tc>
        <w:tc>
          <w:tcPr>
            <w:tcW w:w="2592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Gaál Flóra</w:t>
            </w:r>
          </w:p>
        </w:tc>
        <w:tc>
          <w:tcPr>
            <w:tcW w:w="2592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Katzler</w:t>
            </w:r>
            <w:proofErr w:type="spellEnd"/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Ábel</w:t>
            </w:r>
          </w:p>
        </w:tc>
      </w:tr>
      <w:tr w:rsidR="000D2C55" w:rsidRPr="00A761DE">
        <w:trPr>
          <w:cantSplit/>
          <w:jc w:val="center"/>
        </w:trPr>
        <w:tc>
          <w:tcPr>
            <w:tcW w:w="1440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11.B</w:t>
            </w:r>
          </w:p>
        </w:tc>
        <w:tc>
          <w:tcPr>
            <w:tcW w:w="1440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23</w:t>
            </w:r>
          </w:p>
        </w:tc>
        <w:tc>
          <w:tcPr>
            <w:tcW w:w="1440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D100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214</w:t>
            </w:r>
            <w:bookmarkStart w:id="5" w:name="_GoBack"/>
            <w:bookmarkEnd w:id="5"/>
          </w:p>
        </w:tc>
        <w:tc>
          <w:tcPr>
            <w:tcW w:w="2592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Wágner Veronika</w:t>
            </w:r>
          </w:p>
        </w:tc>
        <w:tc>
          <w:tcPr>
            <w:tcW w:w="2592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Takácsné Hargitai Bea</w:t>
            </w:r>
          </w:p>
        </w:tc>
      </w:tr>
      <w:tr w:rsidR="000D2C55" w:rsidRPr="00A761DE">
        <w:trPr>
          <w:cantSplit/>
          <w:jc w:val="center"/>
        </w:trPr>
        <w:tc>
          <w:tcPr>
            <w:tcW w:w="144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12.A</w:t>
            </w:r>
          </w:p>
        </w:tc>
        <w:tc>
          <w:tcPr>
            <w:tcW w:w="144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29</w:t>
            </w:r>
          </w:p>
        </w:tc>
        <w:tc>
          <w:tcPr>
            <w:tcW w:w="144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230</w:t>
            </w:r>
          </w:p>
        </w:tc>
        <w:tc>
          <w:tcPr>
            <w:tcW w:w="2592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Szegedi Noémi</w:t>
            </w:r>
          </w:p>
        </w:tc>
        <w:tc>
          <w:tcPr>
            <w:tcW w:w="2592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Simon Zsolt</w:t>
            </w:r>
          </w:p>
        </w:tc>
      </w:tr>
      <w:tr w:rsidR="000D2C55" w:rsidRPr="00A761DE">
        <w:trPr>
          <w:cantSplit/>
          <w:jc w:val="center"/>
        </w:trPr>
        <w:tc>
          <w:tcPr>
            <w:tcW w:w="1440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12.B</w:t>
            </w:r>
          </w:p>
        </w:tc>
        <w:tc>
          <w:tcPr>
            <w:tcW w:w="1440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27</w:t>
            </w:r>
          </w:p>
        </w:tc>
        <w:tc>
          <w:tcPr>
            <w:tcW w:w="1440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201</w:t>
            </w:r>
          </w:p>
        </w:tc>
        <w:tc>
          <w:tcPr>
            <w:tcW w:w="2592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Simon Bence</w:t>
            </w:r>
          </w:p>
        </w:tc>
        <w:tc>
          <w:tcPr>
            <w:tcW w:w="2592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Kalmár Szilárd</w:t>
            </w:r>
          </w:p>
        </w:tc>
      </w:tr>
      <w:tr w:rsidR="000D2C55" w:rsidRPr="00A761DE">
        <w:trPr>
          <w:cantSplit/>
          <w:jc w:val="center"/>
        </w:trPr>
        <w:tc>
          <w:tcPr>
            <w:tcW w:w="144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13.A</w:t>
            </w:r>
          </w:p>
        </w:tc>
        <w:tc>
          <w:tcPr>
            <w:tcW w:w="144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-</w:t>
            </w:r>
          </w:p>
        </w:tc>
        <w:tc>
          <w:tcPr>
            <w:tcW w:w="144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-</w:t>
            </w:r>
          </w:p>
        </w:tc>
        <w:tc>
          <w:tcPr>
            <w:tcW w:w="2592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Horváth Istvánné</w:t>
            </w:r>
          </w:p>
        </w:tc>
        <w:tc>
          <w:tcPr>
            <w:tcW w:w="2592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E36D41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-</w:t>
            </w:r>
          </w:p>
        </w:tc>
      </w:tr>
      <w:tr w:rsidR="000D2C55" w:rsidRPr="00A761DE">
        <w:trPr>
          <w:cantSplit/>
          <w:jc w:val="center"/>
        </w:trPr>
        <w:tc>
          <w:tcPr>
            <w:tcW w:w="1440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13.B</w:t>
            </w:r>
          </w:p>
        </w:tc>
        <w:tc>
          <w:tcPr>
            <w:tcW w:w="1440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-</w:t>
            </w:r>
          </w:p>
        </w:tc>
        <w:tc>
          <w:tcPr>
            <w:tcW w:w="1440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-</w:t>
            </w:r>
          </w:p>
        </w:tc>
        <w:tc>
          <w:tcPr>
            <w:tcW w:w="2592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Wágner Dominika</w:t>
            </w:r>
          </w:p>
        </w:tc>
        <w:tc>
          <w:tcPr>
            <w:tcW w:w="2592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E36D41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-</w:t>
            </w:r>
          </w:p>
        </w:tc>
      </w:tr>
      <w:tr w:rsidR="000D2C55" w:rsidRPr="00A761DE">
        <w:trPr>
          <w:cantSplit/>
          <w:jc w:val="center"/>
        </w:trPr>
        <w:tc>
          <w:tcPr>
            <w:tcW w:w="144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13.Sz</w:t>
            </w:r>
          </w:p>
        </w:tc>
        <w:tc>
          <w:tcPr>
            <w:tcW w:w="144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-</w:t>
            </w:r>
          </w:p>
        </w:tc>
        <w:tc>
          <w:tcPr>
            <w:tcW w:w="144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-</w:t>
            </w:r>
          </w:p>
        </w:tc>
        <w:tc>
          <w:tcPr>
            <w:tcW w:w="2592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Horváth Norbert</w:t>
            </w:r>
          </w:p>
        </w:tc>
        <w:tc>
          <w:tcPr>
            <w:tcW w:w="2592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E36D41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-</w:t>
            </w:r>
          </w:p>
        </w:tc>
      </w:tr>
      <w:tr w:rsidR="000D2C55" w:rsidRPr="00A761DE">
        <w:trPr>
          <w:cantSplit/>
          <w:jc w:val="center"/>
        </w:trPr>
        <w:tc>
          <w:tcPr>
            <w:tcW w:w="1440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14.A</w:t>
            </w:r>
          </w:p>
        </w:tc>
        <w:tc>
          <w:tcPr>
            <w:tcW w:w="1440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-</w:t>
            </w:r>
          </w:p>
        </w:tc>
        <w:tc>
          <w:tcPr>
            <w:tcW w:w="1440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-</w:t>
            </w:r>
          </w:p>
        </w:tc>
        <w:tc>
          <w:tcPr>
            <w:tcW w:w="2592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Verhás</w:t>
            </w:r>
            <w:proofErr w:type="spellEnd"/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Erzsébet</w:t>
            </w:r>
          </w:p>
        </w:tc>
        <w:tc>
          <w:tcPr>
            <w:tcW w:w="2592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D2C55" w:rsidRPr="00A761DE" w:rsidRDefault="00E36D41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-</w:t>
            </w:r>
          </w:p>
        </w:tc>
      </w:tr>
    </w:tbl>
    <w:p w:rsidR="00753D7B" w:rsidRDefault="00753D7B">
      <w:pPr>
        <w:pStyle w:val="Cmsor1"/>
        <w:spacing w:before="240" w:after="120"/>
        <w:rPr>
          <w:rFonts w:ascii="Times New Roman" w:hAnsi="Times New Roman" w:cs="Times New Roman"/>
          <w:color w:val="1B365D"/>
          <w:sz w:val="24"/>
          <w:szCs w:val="24"/>
          <w:lang w:val="hu-HU"/>
        </w:rPr>
        <w:sectPr w:rsidR="00753D7B" w:rsidSect="00034616">
          <w:pgSz w:w="11909" w:h="16834"/>
          <w:pgMar w:top="1440" w:right="1440" w:bottom="1440" w:left="1440" w:header="720" w:footer="720" w:gutter="0"/>
          <w:cols w:space="720"/>
          <w:docGrid w:linePitch="360"/>
        </w:sectPr>
      </w:pPr>
    </w:p>
    <w:p w:rsidR="000D2C55" w:rsidRPr="00AD4BC9" w:rsidRDefault="00AD4BC9" w:rsidP="00AD4BC9">
      <w:pPr>
        <w:pStyle w:val="Cmsor1"/>
        <w:rPr>
          <w:lang w:val="hu-HU"/>
        </w:rPr>
      </w:pPr>
      <w:bookmarkStart w:id="6" w:name="_Toc241233969"/>
      <w:r w:rsidRPr="00625950">
        <w:rPr>
          <w:lang w:val="fr-FR"/>
        </w:rPr>
        <w:lastRenderedPageBreak/>
        <w:t>4</w:t>
      </w:r>
      <w:r w:rsidR="00612ADA" w:rsidRPr="00625950">
        <w:rPr>
          <w:lang w:val="fr-FR"/>
        </w:rPr>
        <w:t xml:space="preserve">. </w:t>
      </w:r>
      <w:r w:rsidR="00612ADA" w:rsidRPr="00AD4BC9">
        <w:rPr>
          <w:lang w:val="hu-HU"/>
        </w:rPr>
        <w:t xml:space="preserve">A </w:t>
      </w:r>
      <w:r w:rsidR="005430B9" w:rsidRPr="00AD4BC9">
        <w:rPr>
          <w:lang w:val="hu-HU"/>
        </w:rPr>
        <w:t>t</w:t>
      </w:r>
      <w:r w:rsidR="00612ADA" w:rsidRPr="00AD4BC9">
        <w:rPr>
          <w:lang w:val="hu-HU"/>
        </w:rPr>
        <w:t xml:space="preserve">anév </w:t>
      </w:r>
      <w:r w:rsidR="005430B9" w:rsidRPr="00AD4BC9">
        <w:rPr>
          <w:lang w:val="hu-HU"/>
        </w:rPr>
        <w:t>i</w:t>
      </w:r>
      <w:r w:rsidR="00612ADA" w:rsidRPr="00AD4BC9">
        <w:rPr>
          <w:lang w:val="hu-HU"/>
        </w:rPr>
        <w:t xml:space="preserve">dőbeli </w:t>
      </w:r>
      <w:r w:rsidR="005430B9" w:rsidRPr="00AD4BC9">
        <w:rPr>
          <w:lang w:val="hu-HU"/>
        </w:rPr>
        <w:t>ü</w:t>
      </w:r>
      <w:r w:rsidR="00612ADA" w:rsidRPr="00AD4BC9">
        <w:rPr>
          <w:lang w:val="hu-HU"/>
        </w:rPr>
        <w:t xml:space="preserve">temezése és </w:t>
      </w:r>
      <w:r w:rsidR="005430B9" w:rsidRPr="00AD4BC9">
        <w:rPr>
          <w:lang w:val="hu-HU"/>
        </w:rPr>
        <w:t>r</w:t>
      </w:r>
      <w:r w:rsidR="00612ADA" w:rsidRPr="00AD4BC9">
        <w:rPr>
          <w:lang w:val="hu-HU"/>
        </w:rPr>
        <w:t>endje</w:t>
      </w:r>
      <w:bookmarkEnd w:id="6"/>
    </w:p>
    <w:p w:rsidR="000D2C55" w:rsidRPr="00A761DE" w:rsidRDefault="00612ADA">
      <w:pPr>
        <w:spacing w:after="12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A tanítási év főbb sarokpontjai:</w:t>
      </w:r>
    </w:p>
    <w:p w:rsidR="005430B9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Első tanítási nap: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2026. szeptember 1. (kedd) [</w:t>
      </w:r>
      <w:r w:rsidR="005430B9" w:rsidRPr="00A761DE">
        <w:rPr>
          <w:rFonts w:ascii="Times New Roman" w:hAnsi="Times New Roman" w:cs="Times New Roman"/>
          <w:sz w:val="24"/>
          <w:szCs w:val="24"/>
          <w:lang w:val="hu-HU"/>
        </w:rPr>
        <w:t>Első nap: 7:45-től]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Utolsó tanítási nap: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2027. június 15. (kedd); az utolsó évfolyamon 2027. április 30. (péntek)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Tanítási napok száma: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177 nap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Első félév vége: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2027. január 22. (Értesítők kiküldése: 2027. január 29-ig)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Végzős bizonyítványok: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A szakirányú oktatás utolsó évfolyamát teljesített tanulók bizonyítványát 2027. május 3-ig ki kell állítani, az osztályzatokat 2027. április 30-ig be kell jegyezni a törzslapba.</w:t>
      </w:r>
    </w:p>
    <w:p w:rsidR="000D2C55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Közismereti oktatás lezárása (12. évf.):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2027. április 30.</w:t>
      </w:r>
    </w:p>
    <w:p w:rsidR="00BB5D1D" w:rsidRPr="00BB5D1D" w:rsidRDefault="00BB5D1D" w:rsidP="00BB5D1D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BB5D1D">
        <w:rPr>
          <w:rFonts w:ascii="Times New Roman" w:hAnsi="Times New Roman" w:cs="Times New Roman"/>
          <w:sz w:val="24"/>
          <w:szCs w:val="24"/>
          <w:lang w:val="hu-HU"/>
        </w:rPr>
        <w:t xml:space="preserve">A 2026/2027. tanévben 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a </w:t>
      </w:r>
      <w:r w:rsidRPr="00BB5D1D">
        <w:rPr>
          <w:rFonts w:ascii="Times New Roman" w:hAnsi="Times New Roman" w:cs="Times New Roman"/>
          <w:sz w:val="24"/>
          <w:szCs w:val="24"/>
          <w:lang w:val="hu-HU"/>
        </w:rPr>
        <w:t>9–11. évfolyam</w:t>
      </w:r>
      <w:r>
        <w:rPr>
          <w:rFonts w:ascii="Times New Roman" w:hAnsi="Times New Roman" w:cs="Times New Roman"/>
          <w:sz w:val="24"/>
          <w:szCs w:val="24"/>
          <w:lang w:val="hu-HU"/>
        </w:rPr>
        <w:t>on</w:t>
      </w:r>
      <w:r w:rsidRPr="00BB5D1D">
        <w:rPr>
          <w:rFonts w:ascii="Times New Roman" w:hAnsi="Times New Roman" w:cs="Times New Roman"/>
          <w:sz w:val="24"/>
          <w:szCs w:val="24"/>
          <w:lang w:val="hu-HU"/>
        </w:rPr>
        <w:t xml:space="preserve"> a nevelő-oktató munk</w:t>
      </w:r>
      <w:r>
        <w:rPr>
          <w:rFonts w:ascii="Times New Roman" w:hAnsi="Times New Roman" w:cs="Times New Roman"/>
          <w:sz w:val="24"/>
          <w:szCs w:val="24"/>
          <w:lang w:val="hu-HU"/>
        </w:rPr>
        <w:t>át</w:t>
      </w:r>
    </w:p>
    <w:p w:rsidR="00BB5D1D" w:rsidRPr="00BB5D1D" w:rsidRDefault="00BB5D1D" w:rsidP="00BB5D1D">
      <w:pPr>
        <w:pStyle w:val="Felsorols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  <w:lang w:val="hu-HU"/>
        </w:rPr>
      </w:pPr>
      <w:r w:rsidRPr="00BB5D1D">
        <w:rPr>
          <w:rFonts w:ascii="Times New Roman" w:hAnsi="Times New Roman" w:cs="Times New Roman"/>
          <w:b/>
          <w:sz w:val="24"/>
          <w:szCs w:val="24"/>
          <w:lang w:val="hu-HU"/>
        </w:rPr>
        <w:t>2027. május 3–7. között</w:t>
      </w:r>
      <w:r w:rsidRPr="00BB5D1D">
        <w:rPr>
          <w:rFonts w:ascii="Times New Roman" w:hAnsi="Times New Roman" w:cs="Times New Roman"/>
          <w:sz w:val="24"/>
          <w:szCs w:val="24"/>
          <w:lang w:val="hu-HU"/>
        </w:rPr>
        <w:t xml:space="preserve"> – tantermen kívüli, digitális munkarendben</w:t>
      </w:r>
    </w:p>
    <w:p w:rsidR="00BB5D1D" w:rsidRPr="00A761DE" w:rsidRDefault="00BB5D1D" w:rsidP="00BB5D1D">
      <w:pPr>
        <w:pStyle w:val="Felsorols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  <w:lang w:val="hu-HU"/>
        </w:rPr>
      </w:pPr>
      <w:r w:rsidRPr="00BB5D1D">
        <w:rPr>
          <w:rFonts w:ascii="Times New Roman" w:hAnsi="Times New Roman" w:cs="Times New Roman"/>
          <w:sz w:val="24"/>
          <w:szCs w:val="24"/>
          <w:lang w:val="hu-HU"/>
        </w:rPr>
        <w:t>szervez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zük </w:t>
      </w:r>
      <w:r w:rsidRPr="00BB5D1D">
        <w:rPr>
          <w:rFonts w:ascii="Times New Roman" w:hAnsi="Times New Roman" w:cs="Times New Roman"/>
          <w:sz w:val="24"/>
          <w:szCs w:val="24"/>
          <w:lang w:val="hu-HU"/>
        </w:rPr>
        <w:t>meg.</w:t>
      </w:r>
    </w:p>
    <w:p w:rsidR="00AD4BC9" w:rsidRPr="00AD4BC9" w:rsidRDefault="00612ADA" w:rsidP="00AD4BC9">
      <w:pPr>
        <w:pStyle w:val="Cmsor2"/>
        <w:spacing w:after="120"/>
        <w:rPr>
          <w:lang w:val="hu-HU"/>
        </w:rPr>
      </w:pPr>
      <w:bookmarkStart w:id="7" w:name="_Toc241233970"/>
      <w:r w:rsidRPr="00AD4BC9">
        <w:rPr>
          <w:lang w:val="hu-HU"/>
        </w:rPr>
        <w:t>Tanítás nélküli munkanapok és áthelyezések</w:t>
      </w:r>
      <w:bookmarkEnd w:id="7"/>
    </w:p>
    <w:p w:rsidR="000D2C55" w:rsidRPr="00A761DE" w:rsidRDefault="00612ADA">
      <w:pPr>
        <w:spacing w:after="12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Az oktatói testület 5 munkanapot használhat fel pedagógiai célra tanítás nélküli munkanapként (ebből 1 napról a diákönkormányzat dönt, 1 nap kizárólag pályaorientációs célra használható fel).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proofErr w:type="spellStart"/>
      <w:r w:rsidRPr="00A761DE">
        <w:rPr>
          <w:rFonts w:ascii="Times New Roman" w:hAnsi="Times New Roman" w:cs="Times New Roman"/>
          <w:sz w:val="24"/>
          <w:szCs w:val="24"/>
          <w:lang w:val="hu-HU"/>
        </w:rPr>
        <w:t>Educatio</w:t>
      </w:r>
      <w:proofErr w:type="spellEnd"/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kiállítás: 2027. január 7.</w:t>
      </w:r>
    </w:p>
    <w:p w:rsidR="00C817E0" w:rsidRDefault="005430B9" w:rsidP="00D9602C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Diáknap:</w:t>
      </w:r>
      <w:r w:rsidR="00AD4BC9">
        <w:rPr>
          <w:rFonts w:ascii="Times New Roman" w:hAnsi="Times New Roman" w:cs="Times New Roman"/>
          <w:sz w:val="24"/>
          <w:szCs w:val="24"/>
          <w:lang w:val="hu-HU"/>
        </w:rPr>
        <w:t xml:space="preserve"> 2027. február 12.</w:t>
      </w:r>
    </w:p>
    <w:p w:rsidR="00BB5D1D" w:rsidRDefault="00BB5D1D" w:rsidP="00D9602C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Szalagavató: 2027.január 29.</w:t>
      </w:r>
    </w:p>
    <w:p w:rsidR="00D9602C" w:rsidRDefault="00D9602C" w:rsidP="00D9602C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Félévzáró értekezlet: 2027. február 4.</w:t>
      </w:r>
    </w:p>
    <w:p w:rsidR="00BB5D1D" w:rsidRPr="00D9602C" w:rsidRDefault="00BB5D1D" w:rsidP="00D9602C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 xml:space="preserve">Tantestületi kirándulás: 2027. </w:t>
      </w:r>
      <w:r w:rsidR="00130E03" w:rsidRPr="00A761DE">
        <w:rPr>
          <w:rFonts w:ascii="Times New Roman" w:hAnsi="Times New Roman" w:cs="Times New Roman"/>
          <w:sz w:val="24"/>
          <w:szCs w:val="24"/>
          <w:lang w:val="hu-HU"/>
        </w:rPr>
        <w:t>március 24.</w:t>
      </w:r>
    </w:p>
    <w:p w:rsidR="00BB5D1D" w:rsidRDefault="00BB5D1D" w:rsidP="00C817E0">
      <w:pPr>
        <w:pStyle w:val="Felsorols"/>
        <w:numPr>
          <w:ilvl w:val="0"/>
          <w:numId w:val="0"/>
        </w:numPr>
        <w:spacing w:after="60"/>
        <w:ind w:left="360" w:hanging="360"/>
        <w:rPr>
          <w:rFonts w:ascii="Times New Roman" w:hAnsi="Times New Roman" w:cs="Times New Roman"/>
          <w:sz w:val="24"/>
          <w:szCs w:val="24"/>
          <w:lang w:val="hu-HU"/>
        </w:rPr>
      </w:pPr>
    </w:p>
    <w:p w:rsidR="00C817E0" w:rsidRPr="00A761DE" w:rsidRDefault="00C817E0" w:rsidP="00C817E0">
      <w:pPr>
        <w:pStyle w:val="Felsorols"/>
        <w:numPr>
          <w:ilvl w:val="0"/>
          <w:numId w:val="0"/>
        </w:numPr>
        <w:spacing w:after="60"/>
        <w:ind w:left="360" w:hanging="3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Munkanap áthelyezések</w:t>
      </w:r>
    </w:p>
    <w:p w:rsidR="005430B9" w:rsidRPr="00A761DE" w:rsidRDefault="00612ADA" w:rsidP="00C817E0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2026. december 12. szombat (</w:t>
      </w:r>
      <w:r w:rsidR="00C817E0" w:rsidRPr="00A761DE">
        <w:rPr>
          <w:rFonts w:ascii="Times New Roman" w:hAnsi="Times New Roman" w:cs="Times New Roman"/>
          <w:sz w:val="24"/>
          <w:szCs w:val="24"/>
          <w:lang w:val="hu-HU"/>
        </w:rPr>
        <w:t>d</w:t>
      </w:r>
      <w:r w:rsidR="005430B9" w:rsidRPr="00A761DE">
        <w:rPr>
          <w:rFonts w:ascii="Times New Roman" w:hAnsi="Times New Roman" w:cs="Times New Roman"/>
          <w:sz w:val="24"/>
          <w:szCs w:val="24"/>
          <w:lang w:val="hu-HU"/>
        </w:rPr>
        <w:t>ecember 24.</w:t>
      </w:r>
      <w:r w:rsidR="00C817E0" w:rsidRPr="00A761DE">
        <w:rPr>
          <w:rFonts w:ascii="Times New Roman" w:hAnsi="Times New Roman" w:cs="Times New Roman"/>
          <w:sz w:val="24"/>
          <w:szCs w:val="24"/>
          <w:lang w:val="hu-HU"/>
        </w:rPr>
        <w:t>)</w:t>
      </w:r>
    </w:p>
    <w:p w:rsidR="005430B9" w:rsidRPr="00A761DE" w:rsidRDefault="00612ADA" w:rsidP="005430B9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202</w:t>
      </w:r>
      <w:r w:rsidR="005430B9" w:rsidRPr="00A761DE">
        <w:rPr>
          <w:rFonts w:ascii="Times New Roman" w:hAnsi="Times New Roman" w:cs="Times New Roman"/>
          <w:sz w:val="24"/>
          <w:szCs w:val="24"/>
          <w:lang w:val="hu-HU"/>
        </w:rPr>
        <w:t>7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>. január 10. (szilveszteri hosszú hétvég</w:t>
      </w:r>
      <w:r w:rsidR="005430B9" w:rsidRPr="00A761DE">
        <w:rPr>
          <w:rFonts w:ascii="Times New Roman" w:hAnsi="Times New Roman" w:cs="Times New Roman"/>
          <w:sz w:val="24"/>
          <w:szCs w:val="24"/>
          <w:lang w:val="hu-HU"/>
        </w:rPr>
        <w:t>e)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5430B9" w:rsidRPr="00A761DE">
        <w:rPr>
          <w:rFonts w:ascii="Times New Roman" w:hAnsi="Times New Roman" w:cs="Times New Roman"/>
          <w:color w:val="4A777A"/>
          <w:sz w:val="24"/>
          <w:szCs w:val="24"/>
          <w:lang w:val="hu-HU"/>
        </w:rPr>
        <w:t xml:space="preserve"> </w:t>
      </w:r>
    </w:p>
    <w:p w:rsidR="005430B9" w:rsidRPr="00A761DE" w:rsidRDefault="005430B9" w:rsidP="005430B9">
      <w:pPr>
        <w:pStyle w:val="Felsorols"/>
        <w:numPr>
          <w:ilvl w:val="0"/>
          <w:numId w:val="0"/>
        </w:numPr>
        <w:spacing w:after="60"/>
        <w:rPr>
          <w:rFonts w:ascii="Times New Roman" w:hAnsi="Times New Roman" w:cs="Times New Roman"/>
          <w:b/>
          <w:color w:val="4A777A"/>
          <w:sz w:val="24"/>
          <w:szCs w:val="24"/>
          <w:lang w:val="hu-HU"/>
        </w:rPr>
      </w:pPr>
    </w:p>
    <w:p w:rsidR="000D2C55" w:rsidRPr="00A761DE" w:rsidRDefault="00612ADA" w:rsidP="005430B9">
      <w:pPr>
        <w:pStyle w:val="Felsorols"/>
        <w:numPr>
          <w:ilvl w:val="0"/>
          <w:numId w:val="0"/>
        </w:numPr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color w:val="4A777A"/>
          <w:sz w:val="24"/>
          <w:szCs w:val="24"/>
          <w:lang w:val="hu-HU"/>
        </w:rPr>
        <w:t xml:space="preserve">Iskolai </w:t>
      </w:r>
      <w:r w:rsidR="005430B9" w:rsidRPr="00A761DE">
        <w:rPr>
          <w:rFonts w:ascii="Times New Roman" w:hAnsi="Times New Roman" w:cs="Times New Roman"/>
          <w:b/>
          <w:color w:val="4A777A"/>
          <w:sz w:val="24"/>
          <w:szCs w:val="24"/>
          <w:lang w:val="hu-HU"/>
        </w:rPr>
        <w:t>s</w:t>
      </w:r>
      <w:r w:rsidRPr="00A761DE">
        <w:rPr>
          <w:rFonts w:ascii="Times New Roman" w:hAnsi="Times New Roman" w:cs="Times New Roman"/>
          <w:b/>
          <w:color w:val="4A777A"/>
          <w:sz w:val="24"/>
          <w:szCs w:val="24"/>
          <w:lang w:val="hu-HU"/>
        </w:rPr>
        <w:t>zünetek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Őszi szünet: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Utolsó tanítási nap: 2026. október 22. (csütörtök), első tanítási nap: 2026. november 2. (hétfő).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Téli szünet: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Utolsó tanítási nap: 2026. december 18. (péntek), első tanítási nap: 2027. január 4. (hétfő).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Tavaszi szünet: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Utolsó tanítási nap: 2027. március 24. (szerda), első tanítási nap: 2027. április 5. (hétfő).</w:t>
      </w:r>
    </w:p>
    <w:p w:rsidR="000D2C55" w:rsidRPr="00A761DE" w:rsidRDefault="00612ADA">
      <w:pPr>
        <w:pStyle w:val="Cmsor2"/>
        <w:spacing w:before="240" w:after="120"/>
        <w:rPr>
          <w:rFonts w:ascii="Times New Roman" w:hAnsi="Times New Roman" w:cs="Times New Roman"/>
          <w:sz w:val="24"/>
          <w:szCs w:val="24"/>
          <w:lang w:val="hu-HU"/>
        </w:rPr>
      </w:pPr>
      <w:bookmarkStart w:id="8" w:name="_Toc241233971"/>
      <w:r w:rsidRPr="00A761DE">
        <w:rPr>
          <w:rFonts w:ascii="Times New Roman" w:hAnsi="Times New Roman" w:cs="Times New Roman"/>
          <w:color w:val="4A777A"/>
          <w:sz w:val="24"/>
          <w:szCs w:val="24"/>
          <w:lang w:val="hu-HU"/>
        </w:rPr>
        <w:lastRenderedPageBreak/>
        <w:t>Összefüggő szakmai gyakorlatok</w:t>
      </w:r>
      <w:bookmarkEnd w:id="8"/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12. évfolyam: 2026. szeptember 7. – október 9.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11. évfolyam: 2027. május 5. – június 15.</w:t>
      </w:r>
    </w:p>
    <w:p w:rsidR="000D2C55" w:rsidRPr="00275CFF" w:rsidRDefault="00AD4BC9" w:rsidP="00AD4BC9">
      <w:pPr>
        <w:pStyle w:val="Cmsor1"/>
        <w:rPr>
          <w:lang w:val="hu-HU"/>
        </w:rPr>
      </w:pPr>
      <w:bookmarkStart w:id="9" w:name="_Toc241233972"/>
      <w:r w:rsidRPr="00AD4BC9">
        <w:t>5</w:t>
      </w:r>
      <w:r w:rsidR="00612ADA" w:rsidRPr="00AD4BC9">
        <w:t xml:space="preserve">. </w:t>
      </w:r>
      <w:r w:rsidR="00612ADA" w:rsidRPr="00275CFF">
        <w:rPr>
          <w:lang w:val="hu-HU"/>
        </w:rPr>
        <w:t xml:space="preserve">Témanapok, </w:t>
      </w:r>
      <w:r w:rsidR="005430B9" w:rsidRPr="00275CFF">
        <w:rPr>
          <w:lang w:val="hu-HU"/>
        </w:rPr>
        <w:t>t</w:t>
      </w:r>
      <w:r w:rsidR="00612ADA" w:rsidRPr="00275CFF">
        <w:rPr>
          <w:lang w:val="hu-HU"/>
        </w:rPr>
        <w:t xml:space="preserve">émahetek és </w:t>
      </w:r>
      <w:r w:rsidR="005430B9" w:rsidRPr="00275CFF">
        <w:rPr>
          <w:lang w:val="hu-HU"/>
        </w:rPr>
        <w:t>k</w:t>
      </w:r>
      <w:r w:rsidR="00612ADA" w:rsidRPr="00275CFF">
        <w:rPr>
          <w:lang w:val="hu-HU"/>
        </w:rPr>
        <w:t>ompetenciamérések</w:t>
      </w:r>
      <w:bookmarkEnd w:id="9"/>
    </w:p>
    <w:p w:rsidR="000D2C55" w:rsidRPr="00A761DE" w:rsidRDefault="00612ADA">
      <w:pPr>
        <w:pStyle w:val="Cmsor2"/>
        <w:spacing w:before="240" w:after="120"/>
        <w:rPr>
          <w:rFonts w:ascii="Times New Roman" w:hAnsi="Times New Roman" w:cs="Times New Roman"/>
          <w:sz w:val="24"/>
          <w:szCs w:val="24"/>
          <w:lang w:val="hu-HU"/>
        </w:rPr>
      </w:pPr>
      <w:bookmarkStart w:id="10" w:name="_Toc241233973"/>
      <w:r w:rsidRPr="00A761DE">
        <w:rPr>
          <w:rFonts w:ascii="Times New Roman" w:hAnsi="Times New Roman" w:cs="Times New Roman"/>
          <w:color w:val="4A777A"/>
          <w:sz w:val="24"/>
          <w:szCs w:val="24"/>
          <w:lang w:val="hu-HU"/>
        </w:rPr>
        <w:t>Projektoktatást biztosító témanapok</w:t>
      </w:r>
      <w:bookmarkEnd w:id="10"/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„Diákok hangja” témanap: 2026. szeptember 14. és október 22. között az iskola által választott napon.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Magyar Diáksport Napja: 2026. szeptember 25.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Pályaorientációs témanap: nyílt napok </w:t>
      </w:r>
    </w:p>
    <w:p w:rsidR="000D2C55" w:rsidRPr="00A761DE" w:rsidRDefault="00612ADA">
      <w:pPr>
        <w:pStyle w:val="Cmsor2"/>
        <w:spacing w:before="240" w:after="120"/>
        <w:rPr>
          <w:rFonts w:ascii="Times New Roman" w:hAnsi="Times New Roman" w:cs="Times New Roman"/>
          <w:sz w:val="24"/>
          <w:szCs w:val="24"/>
          <w:lang w:val="hu-HU"/>
        </w:rPr>
      </w:pPr>
      <w:bookmarkStart w:id="11" w:name="_Toc241233974"/>
      <w:r w:rsidRPr="00A761DE">
        <w:rPr>
          <w:rFonts w:ascii="Times New Roman" w:hAnsi="Times New Roman" w:cs="Times New Roman"/>
          <w:color w:val="4A777A"/>
          <w:sz w:val="24"/>
          <w:szCs w:val="24"/>
          <w:lang w:val="hu-HU"/>
        </w:rPr>
        <w:t>Projektoktatást biztosító témahetek</w:t>
      </w:r>
      <w:bookmarkEnd w:id="11"/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„PÉNZ7” pénzügyi és vállalkozói témahét: 2027. március 1–5.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Digitális Témahét: 2027. </w:t>
      </w:r>
      <w:proofErr w:type="spellStart"/>
      <w:r w:rsidRPr="00A761DE">
        <w:rPr>
          <w:rFonts w:ascii="Times New Roman" w:hAnsi="Times New Roman" w:cs="Times New Roman"/>
          <w:sz w:val="24"/>
          <w:szCs w:val="24"/>
          <w:lang w:val="hu-HU"/>
        </w:rPr>
        <w:t>ápril</w:t>
      </w:r>
      <w:proofErr w:type="spellEnd"/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5–9.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Fenntarthatósági Témahét: 2027. április 19–23.</w:t>
      </w:r>
    </w:p>
    <w:p w:rsidR="000D2C55" w:rsidRPr="00A761DE" w:rsidRDefault="00612ADA">
      <w:pPr>
        <w:pStyle w:val="Cmsor2"/>
        <w:spacing w:before="240" w:after="120"/>
        <w:rPr>
          <w:rFonts w:ascii="Times New Roman" w:hAnsi="Times New Roman" w:cs="Times New Roman"/>
          <w:sz w:val="24"/>
          <w:szCs w:val="24"/>
          <w:lang w:val="hu-HU"/>
        </w:rPr>
      </w:pPr>
      <w:bookmarkStart w:id="12" w:name="_Toc241233975"/>
      <w:r w:rsidRPr="00A761DE">
        <w:rPr>
          <w:rFonts w:ascii="Times New Roman" w:hAnsi="Times New Roman" w:cs="Times New Roman"/>
          <w:color w:val="4A777A"/>
          <w:sz w:val="24"/>
          <w:szCs w:val="24"/>
          <w:lang w:val="hu-HU"/>
        </w:rPr>
        <w:t xml:space="preserve">Mérések és </w:t>
      </w:r>
      <w:r w:rsidR="00C817E0" w:rsidRPr="00A761DE">
        <w:rPr>
          <w:rFonts w:ascii="Times New Roman" w:hAnsi="Times New Roman" w:cs="Times New Roman"/>
          <w:color w:val="4A777A"/>
          <w:sz w:val="24"/>
          <w:szCs w:val="24"/>
          <w:lang w:val="hu-HU"/>
        </w:rPr>
        <w:t>k</w:t>
      </w:r>
      <w:r w:rsidRPr="00A761DE">
        <w:rPr>
          <w:rFonts w:ascii="Times New Roman" w:hAnsi="Times New Roman" w:cs="Times New Roman"/>
          <w:color w:val="4A777A"/>
          <w:sz w:val="24"/>
          <w:szCs w:val="24"/>
          <w:lang w:val="hu-HU"/>
        </w:rPr>
        <w:t>ompetenciavizsgálatok</w:t>
      </w:r>
      <w:bookmarkEnd w:id="12"/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9. évfolyam GINOP kompetenciamérés: 2026. szeptember 15. 7:30-tól.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Országos kompetenciamérések hivatalos időszaka: 2027. március 22. és 2027. május 28. között.</w:t>
      </w:r>
    </w:p>
    <w:p w:rsidR="000D2C55" w:rsidRPr="00625950" w:rsidRDefault="00AD4BC9" w:rsidP="00AD4BC9">
      <w:pPr>
        <w:pStyle w:val="Cmsor1"/>
        <w:rPr>
          <w:lang w:val="hu-HU"/>
        </w:rPr>
      </w:pPr>
      <w:bookmarkStart w:id="13" w:name="_Toc241233976"/>
      <w:r w:rsidRPr="00625950">
        <w:rPr>
          <w:lang w:val="hu-HU"/>
        </w:rPr>
        <w:t>6</w:t>
      </w:r>
      <w:r w:rsidR="00612ADA" w:rsidRPr="00625950">
        <w:rPr>
          <w:lang w:val="hu-HU"/>
        </w:rPr>
        <w:t xml:space="preserve">. Vizsgák </w:t>
      </w:r>
      <w:r w:rsidR="005430B9" w:rsidRPr="00625950">
        <w:rPr>
          <w:lang w:val="hu-HU"/>
        </w:rPr>
        <w:t>r</w:t>
      </w:r>
      <w:r w:rsidR="00612ADA" w:rsidRPr="00625950">
        <w:rPr>
          <w:lang w:val="hu-HU"/>
        </w:rPr>
        <w:t>endje (</w:t>
      </w:r>
      <w:r w:rsidR="005430B9" w:rsidRPr="00625950">
        <w:rPr>
          <w:lang w:val="hu-HU"/>
        </w:rPr>
        <w:t>o</w:t>
      </w:r>
      <w:r w:rsidR="00612ADA" w:rsidRPr="00625950">
        <w:rPr>
          <w:lang w:val="hu-HU"/>
        </w:rPr>
        <w:t xml:space="preserve">sztályozó, </w:t>
      </w:r>
      <w:r w:rsidR="005430B9" w:rsidRPr="00625950">
        <w:rPr>
          <w:lang w:val="hu-HU"/>
        </w:rPr>
        <w:t>é</w:t>
      </w:r>
      <w:r w:rsidR="00612ADA" w:rsidRPr="00625950">
        <w:rPr>
          <w:lang w:val="hu-HU"/>
        </w:rPr>
        <w:t xml:space="preserve">rettségi és </w:t>
      </w:r>
      <w:r w:rsidR="005430B9" w:rsidRPr="00625950">
        <w:rPr>
          <w:lang w:val="hu-HU"/>
        </w:rPr>
        <w:t>s</w:t>
      </w:r>
      <w:r w:rsidR="00612ADA" w:rsidRPr="00625950">
        <w:rPr>
          <w:lang w:val="hu-HU"/>
        </w:rPr>
        <w:t>zakmai)</w:t>
      </w:r>
      <w:bookmarkEnd w:id="13"/>
    </w:p>
    <w:p w:rsidR="000D2C55" w:rsidRPr="00A761DE" w:rsidRDefault="00612ADA">
      <w:pPr>
        <w:pStyle w:val="Cmsor2"/>
        <w:spacing w:before="240" w:after="120"/>
        <w:rPr>
          <w:rFonts w:ascii="Times New Roman" w:hAnsi="Times New Roman" w:cs="Times New Roman"/>
          <w:color w:val="4A777A"/>
          <w:sz w:val="24"/>
          <w:szCs w:val="24"/>
          <w:lang w:val="hu-HU"/>
        </w:rPr>
      </w:pPr>
      <w:bookmarkStart w:id="14" w:name="_Toc241233977"/>
      <w:r w:rsidRPr="00A761DE">
        <w:rPr>
          <w:rFonts w:ascii="Times New Roman" w:hAnsi="Times New Roman" w:cs="Times New Roman"/>
          <w:color w:val="4A777A"/>
          <w:sz w:val="24"/>
          <w:szCs w:val="24"/>
          <w:lang w:val="hu-HU"/>
        </w:rPr>
        <w:t xml:space="preserve">B) Érettségi </w:t>
      </w:r>
      <w:r w:rsidR="00C817E0" w:rsidRPr="00A761DE">
        <w:rPr>
          <w:rFonts w:ascii="Times New Roman" w:hAnsi="Times New Roman" w:cs="Times New Roman"/>
          <w:color w:val="4A777A"/>
          <w:sz w:val="24"/>
          <w:szCs w:val="24"/>
          <w:lang w:val="hu-HU"/>
        </w:rPr>
        <w:t>v</w:t>
      </w:r>
      <w:r w:rsidRPr="00A761DE">
        <w:rPr>
          <w:rFonts w:ascii="Times New Roman" w:hAnsi="Times New Roman" w:cs="Times New Roman"/>
          <w:color w:val="4A777A"/>
          <w:sz w:val="24"/>
          <w:szCs w:val="24"/>
          <w:lang w:val="hu-HU"/>
        </w:rPr>
        <w:t>izsgák</w:t>
      </w:r>
      <w:bookmarkEnd w:id="14"/>
    </w:p>
    <w:p w:rsidR="00C817E0" w:rsidRPr="00A761DE" w:rsidRDefault="00C817E0" w:rsidP="00C817E0">
      <w:pPr>
        <w:numPr>
          <w:ilvl w:val="0"/>
          <w:numId w:val="1"/>
        </w:numPr>
        <w:spacing w:after="160" w:line="259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A tanévben az érettségi vizsgák szervezése és lebonyolítása: Szkt. 92. § és a 12/2020. (II. 7.) Korm. rendelet, valamint Az érettségi vizsga lebonyolítása a Az oktatási és gyermekügyi miniszter 1/2026. (VII. 31.) OGYM rendelete a 2026/2027. tanév rendjéről, illetve a 100/1997. (VI. 13.) Korm. rendelet alapján történik.</w:t>
      </w:r>
    </w:p>
    <w:p w:rsidR="000D2C55" w:rsidRPr="00A761DE" w:rsidRDefault="00612ADA">
      <w:pPr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Őszi érettségi időszak (2026. október-november):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Jelentkezési határidő: 2026. szeptember 5. (Szeptember 1-től Piroskánál intézhető).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Kijelölt partnerintézmények: Premontrei Rendi Szent Norbert Gimnázium (036732), Szombathelyi Nagy Lajos Gimnázium (036728), Vas Vármegyei SZC </w:t>
      </w:r>
      <w:proofErr w:type="spellStart"/>
      <w:r w:rsidRPr="00A761DE">
        <w:rPr>
          <w:rFonts w:ascii="Times New Roman" w:hAnsi="Times New Roman" w:cs="Times New Roman"/>
          <w:sz w:val="24"/>
          <w:szCs w:val="24"/>
          <w:lang w:val="hu-HU"/>
        </w:rPr>
        <w:t>Oladi</w:t>
      </w:r>
      <w:proofErr w:type="spellEnd"/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Technikum (203062/021), Vas Vármegyei SZC Savaria Technikum és Kollégium (203062/016).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Írásbeli vizsgák: Angol nyelv – 2026. október 15. 8:00; Német nyelv – 2026. október 19. 8:00.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Szóbeli vizsgák: Emelt szint – 2026. november 5–9.; Középszint – 2026. november 16–20.</w:t>
      </w:r>
    </w:p>
    <w:p w:rsidR="000D2C55" w:rsidRPr="00A761DE" w:rsidRDefault="00612ADA">
      <w:pPr>
        <w:spacing w:before="120"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lastRenderedPageBreak/>
        <w:t>Tavaszi érettségi időszak (2027. május-június) főbb írásbeli időpontjai: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Május 3., 9:00: Magyar nyelv és irodalom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Május 4.: Matematika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Május 5.: Történelem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Május 6.: Angol nyelv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Május 7.: Középszintű digitális kultúra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Május 10., 8:00: Német nyelv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Május 11., 8:00: Biológia</w:t>
      </w:r>
    </w:p>
    <w:p w:rsidR="00FF73BD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Szóbelik: Emelt szint: 2027. június 2–9. között; 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Középszint: 2027. június 14–30. között.</w:t>
      </w:r>
    </w:p>
    <w:p w:rsidR="00753D7B" w:rsidRDefault="00753D7B">
      <w:pPr>
        <w:pStyle w:val="Cmsor2"/>
        <w:spacing w:before="240" w:after="120"/>
        <w:rPr>
          <w:rFonts w:ascii="Times New Roman" w:hAnsi="Times New Roman" w:cs="Times New Roman"/>
          <w:color w:val="4A777A"/>
          <w:sz w:val="24"/>
          <w:szCs w:val="24"/>
          <w:lang w:val="hu-HU"/>
        </w:rPr>
        <w:sectPr w:rsidR="00753D7B" w:rsidSect="00034616">
          <w:pgSz w:w="11909" w:h="16834"/>
          <w:pgMar w:top="1440" w:right="1440" w:bottom="1440" w:left="1440" w:header="720" w:footer="720" w:gutter="0"/>
          <w:cols w:space="720"/>
          <w:docGrid w:linePitch="360"/>
        </w:sectPr>
      </w:pPr>
    </w:p>
    <w:p w:rsidR="000D2C55" w:rsidRPr="00A761DE" w:rsidRDefault="00612ADA">
      <w:pPr>
        <w:pStyle w:val="Cmsor2"/>
        <w:spacing w:before="240" w:after="120"/>
        <w:rPr>
          <w:rFonts w:ascii="Times New Roman" w:hAnsi="Times New Roman" w:cs="Times New Roman"/>
          <w:sz w:val="24"/>
          <w:szCs w:val="24"/>
          <w:lang w:val="hu-HU"/>
        </w:rPr>
      </w:pPr>
      <w:bookmarkStart w:id="15" w:name="_Toc241233978"/>
      <w:r w:rsidRPr="00A761DE">
        <w:rPr>
          <w:rFonts w:ascii="Times New Roman" w:hAnsi="Times New Roman" w:cs="Times New Roman"/>
          <w:color w:val="4A777A"/>
          <w:sz w:val="24"/>
          <w:szCs w:val="24"/>
          <w:lang w:val="hu-HU"/>
        </w:rPr>
        <w:lastRenderedPageBreak/>
        <w:t xml:space="preserve">C) Szakmai </w:t>
      </w:r>
      <w:r w:rsidR="00C817E0" w:rsidRPr="00A761DE">
        <w:rPr>
          <w:rFonts w:ascii="Times New Roman" w:hAnsi="Times New Roman" w:cs="Times New Roman"/>
          <w:color w:val="4A777A"/>
          <w:sz w:val="24"/>
          <w:szCs w:val="24"/>
          <w:lang w:val="hu-HU"/>
        </w:rPr>
        <w:t>v</w:t>
      </w:r>
      <w:r w:rsidRPr="00A761DE">
        <w:rPr>
          <w:rFonts w:ascii="Times New Roman" w:hAnsi="Times New Roman" w:cs="Times New Roman"/>
          <w:color w:val="4A777A"/>
          <w:sz w:val="24"/>
          <w:szCs w:val="24"/>
          <w:lang w:val="hu-HU"/>
        </w:rPr>
        <w:t>izsgák</w:t>
      </w:r>
      <w:bookmarkEnd w:id="15"/>
      <w:r w:rsidRPr="00A761DE">
        <w:rPr>
          <w:rFonts w:ascii="Times New Roman" w:hAnsi="Times New Roman" w:cs="Times New Roman"/>
          <w:color w:val="4A777A"/>
          <w:sz w:val="24"/>
          <w:szCs w:val="24"/>
          <w:lang w:val="hu-HU"/>
        </w:rPr>
        <w:t xml:space="preserve"> </w:t>
      </w:r>
    </w:p>
    <w:p w:rsidR="000D2C55" w:rsidRPr="00A761DE" w:rsidRDefault="00612ADA">
      <w:pPr>
        <w:spacing w:after="1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A szakmai vizsgaidőszakok első hivatalos napjai: Október-novemberi időszak: 2026. október 5. | Február-márciusi időszak: 2027. február 1. | Május-júniusi időszak: 2027. május 3. (A szakmai vizsgákra való jelentkezés szintén a tanév eleji időszakra esik).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1296"/>
        <w:gridCol w:w="1728"/>
        <w:gridCol w:w="1728"/>
        <w:gridCol w:w="1728"/>
      </w:tblGrid>
      <w:tr w:rsidR="000D2C55" w:rsidRPr="00A761DE">
        <w:trPr>
          <w:cantSplit/>
          <w:tblHeader/>
          <w:jc w:val="center"/>
        </w:trPr>
        <w:tc>
          <w:tcPr>
            <w:tcW w:w="3600" w:type="dxa"/>
            <w:shd w:val="clear" w:color="auto" w:fill="4A777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hu-HU"/>
              </w:rPr>
              <w:t>Szakma megnevezése / szakmairány</w:t>
            </w:r>
          </w:p>
        </w:tc>
        <w:tc>
          <w:tcPr>
            <w:tcW w:w="1296" w:type="dxa"/>
            <w:shd w:val="clear" w:color="auto" w:fill="4A777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hu-HU"/>
              </w:rPr>
              <w:t>Kód</w:t>
            </w:r>
          </w:p>
        </w:tc>
        <w:tc>
          <w:tcPr>
            <w:tcW w:w="1728" w:type="dxa"/>
            <w:shd w:val="clear" w:color="auto" w:fill="4A777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hu-HU"/>
              </w:rPr>
              <w:t>2026. Okt. dátum/idő</w:t>
            </w:r>
          </w:p>
        </w:tc>
        <w:tc>
          <w:tcPr>
            <w:tcW w:w="1728" w:type="dxa"/>
            <w:shd w:val="clear" w:color="auto" w:fill="4A777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hu-HU"/>
              </w:rPr>
              <w:t>2027. Febr. dátum/idő</w:t>
            </w:r>
          </w:p>
        </w:tc>
        <w:tc>
          <w:tcPr>
            <w:tcW w:w="1728" w:type="dxa"/>
            <w:shd w:val="clear" w:color="auto" w:fill="4A777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hu-HU"/>
              </w:rPr>
              <w:t>2027. Máj. dátum/idő</w:t>
            </w:r>
          </w:p>
        </w:tc>
      </w:tr>
      <w:tr w:rsidR="000D2C55" w:rsidRPr="00A761DE">
        <w:trPr>
          <w:cantSplit/>
          <w:jc w:val="center"/>
        </w:trPr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Alapápolási munkatárs</w:t>
            </w:r>
          </w:p>
        </w:tc>
        <w:tc>
          <w:tcPr>
            <w:tcW w:w="129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09130312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10.05. 9:00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02.08. 9:00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05.24. 9:00</w:t>
            </w:r>
          </w:p>
        </w:tc>
      </w:tr>
      <w:tr w:rsidR="000D2C55" w:rsidRPr="00A761DE">
        <w:trPr>
          <w:cantSplit/>
          <w:jc w:val="center"/>
        </w:trPr>
        <w:tc>
          <w:tcPr>
            <w:tcW w:w="3600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Perioperatív szakasszisztens (Műtéti szakasszisztens)</w:t>
            </w:r>
          </w:p>
        </w:tc>
        <w:tc>
          <w:tcPr>
            <w:tcW w:w="1296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09100307</w:t>
            </w:r>
          </w:p>
        </w:tc>
        <w:tc>
          <w:tcPr>
            <w:tcW w:w="1728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10.06. 11:00</w:t>
            </w:r>
          </w:p>
        </w:tc>
        <w:tc>
          <w:tcPr>
            <w:tcW w:w="1728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02.09. 11:00</w:t>
            </w:r>
          </w:p>
        </w:tc>
        <w:tc>
          <w:tcPr>
            <w:tcW w:w="1728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05.25. 11:00</w:t>
            </w:r>
          </w:p>
        </w:tc>
      </w:tr>
      <w:tr w:rsidR="000D2C55" w:rsidRPr="00A761DE">
        <w:trPr>
          <w:cantSplit/>
          <w:jc w:val="center"/>
        </w:trPr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Általános ápoló</w:t>
            </w:r>
          </w:p>
        </w:tc>
        <w:tc>
          <w:tcPr>
            <w:tcW w:w="129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09130301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11.04. 11:00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02.17. 11:00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05.12. 11:00</w:t>
            </w:r>
          </w:p>
        </w:tc>
      </w:tr>
      <w:tr w:rsidR="000D2C55" w:rsidRPr="00A761DE">
        <w:trPr>
          <w:cantSplit/>
          <w:jc w:val="center"/>
        </w:trPr>
        <w:tc>
          <w:tcPr>
            <w:tcW w:w="3600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Egészségügyi asszisztens (Fogászati asszisztens)</w:t>
            </w:r>
          </w:p>
        </w:tc>
        <w:tc>
          <w:tcPr>
            <w:tcW w:w="1296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09130302</w:t>
            </w:r>
          </w:p>
        </w:tc>
        <w:tc>
          <w:tcPr>
            <w:tcW w:w="1728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10.07. 9:00</w:t>
            </w:r>
          </w:p>
        </w:tc>
        <w:tc>
          <w:tcPr>
            <w:tcW w:w="1728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02.10. 9:00</w:t>
            </w:r>
          </w:p>
        </w:tc>
        <w:tc>
          <w:tcPr>
            <w:tcW w:w="1728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05.12. 9:00</w:t>
            </w:r>
          </w:p>
        </w:tc>
      </w:tr>
      <w:tr w:rsidR="000D2C55" w:rsidRPr="00A761DE">
        <w:trPr>
          <w:cantSplit/>
          <w:jc w:val="center"/>
        </w:trPr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Egészségügyi asszisztens (Gyógyszertári asszisztens)</w:t>
            </w:r>
          </w:p>
        </w:tc>
        <w:tc>
          <w:tcPr>
            <w:tcW w:w="129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09130302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10.08. 9:00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02.11. 9:00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05.26. 9:00</w:t>
            </w:r>
          </w:p>
        </w:tc>
      </w:tr>
      <w:tr w:rsidR="000D2C55" w:rsidRPr="00A761DE">
        <w:trPr>
          <w:cantSplit/>
          <w:jc w:val="center"/>
        </w:trPr>
        <w:tc>
          <w:tcPr>
            <w:tcW w:w="3600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Egészségügyi asszisztens (Perioperatív asszisztens)</w:t>
            </w:r>
          </w:p>
        </w:tc>
        <w:tc>
          <w:tcPr>
            <w:tcW w:w="1296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09130302</w:t>
            </w:r>
          </w:p>
        </w:tc>
        <w:tc>
          <w:tcPr>
            <w:tcW w:w="1728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10.09. 12:00</w:t>
            </w:r>
          </w:p>
        </w:tc>
        <w:tc>
          <w:tcPr>
            <w:tcW w:w="1728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02.12. 12:00</w:t>
            </w:r>
          </w:p>
        </w:tc>
        <w:tc>
          <w:tcPr>
            <w:tcW w:w="1728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05.28. 12:00</w:t>
            </w:r>
          </w:p>
        </w:tc>
      </w:tr>
      <w:tr w:rsidR="000D2C55" w:rsidRPr="00A761DE">
        <w:trPr>
          <w:cantSplit/>
          <w:jc w:val="center"/>
        </w:trPr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Egészségügyi asszisztens (Radiográfiai asszisztens)</w:t>
            </w:r>
          </w:p>
        </w:tc>
        <w:tc>
          <w:tcPr>
            <w:tcW w:w="129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09130302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11.03. 11:00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02.16. 11:00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05.27. 11:00</w:t>
            </w:r>
          </w:p>
        </w:tc>
      </w:tr>
      <w:tr w:rsidR="000D2C55" w:rsidRPr="00A761DE">
        <w:trPr>
          <w:cantSplit/>
          <w:jc w:val="center"/>
        </w:trPr>
        <w:tc>
          <w:tcPr>
            <w:tcW w:w="3600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Gyakorló ápoló</w:t>
            </w:r>
          </w:p>
        </w:tc>
        <w:tc>
          <w:tcPr>
            <w:tcW w:w="1296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09130304</w:t>
            </w:r>
          </w:p>
        </w:tc>
        <w:tc>
          <w:tcPr>
            <w:tcW w:w="1728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11.05. 9:00</w:t>
            </w:r>
          </w:p>
        </w:tc>
        <w:tc>
          <w:tcPr>
            <w:tcW w:w="1728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02.18. 9:00</w:t>
            </w:r>
          </w:p>
        </w:tc>
        <w:tc>
          <w:tcPr>
            <w:tcW w:w="1728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05.21. 11:00</w:t>
            </w:r>
          </w:p>
        </w:tc>
      </w:tr>
      <w:tr w:rsidR="000D2C55" w:rsidRPr="00A761DE">
        <w:trPr>
          <w:cantSplit/>
          <w:jc w:val="center"/>
        </w:trPr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Mentőápoló</w:t>
            </w:r>
          </w:p>
        </w:tc>
        <w:tc>
          <w:tcPr>
            <w:tcW w:w="129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09130311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10.09. 12:00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02.12. 12:00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05.28. 12:00</w:t>
            </w:r>
          </w:p>
        </w:tc>
      </w:tr>
      <w:tr w:rsidR="000D2C55" w:rsidRPr="00A761DE">
        <w:trPr>
          <w:cantSplit/>
          <w:jc w:val="center"/>
        </w:trPr>
        <w:tc>
          <w:tcPr>
            <w:tcW w:w="3600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Csecsemő- és gyermekápoló</w:t>
            </w:r>
          </w:p>
        </w:tc>
        <w:tc>
          <w:tcPr>
            <w:tcW w:w="1296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09130313</w:t>
            </w:r>
          </w:p>
        </w:tc>
        <w:tc>
          <w:tcPr>
            <w:tcW w:w="1728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11.04. 13:00</w:t>
            </w:r>
          </w:p>
        </w:tc>
        <w:tc>
          <w:tcPr>
            <w:tcW w:w="1728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02.17. 13:00</w:t>
            </w:r>
          </w:p>
        </w:tc>
        <w:tc>
          <w:tcPr>
            <w:tcW w:w="1728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05.12. 13:00</w:t>
            </w:r>
          </w:p>
        </w:tc>
      </w:tr>
      <w:tr w:rsidR="000D2C55" w:rsidRPr="00A761DE">
        <w:trPr>
          <w:cantSplit/>
          <w:jc w:val="center"/>
        </w:trPr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Egészségügyi laboráns (Klinikai labor. asszisztens)</w:t>
            </w:r>
          </w:p>
        </w:tc>
        <w:tc>
          <w:tcPr>
            <w:tcW w:w="129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09140303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11.04. 9:00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02.17. 9:00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05.21. 9:00</w:t>
            </w:r>
          </w:p>
        </w:tc>
      </w:tr>
      <w:tr w:rsidR="000D2C55" w:rsidRPr="00A761DE">
        <w:trPr>
          <w:cantSplit/>
          <w:jc w:val="center"/>
        </w:trPr>
        <w:tc>
          <w:tcPr>
            <w:tcW w:w="3600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lastRenderedPageBreak/>
              <w:t>Radiográfiai szakasszisztens (CT/MR szakasszisztens)</w:t>
            </w:r>
          </w:p>
        </w:tc>
        <w:tc>
          <w:tcPr>
            <w:tcW w:w="1296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09140308</w:t>
            </w:r>
          </w:p>
        </w:tc>
        <w:tc>
          <w:tcPr>
            <w:tcW w:w="1728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10.06. 9:00</w:t>
            </w:r>
          </w:p>
        </w:tc>
        <w:tc>
          <w:tcPr>
            <w:tcW w:w="1728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02.09. 9:00</w:t>
            </w:r>
          </w:p>
        </w:tc>
        <w:tc>
          <w:tcPr>
            <w:tcW w:w="1728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05.25. 9:00</w:t>
            </w:r>
          </w:p>
        </w:tc>
      </w:tr>
      <w:tr w:rsidR="000D2C55" w:rsidRPr="00A761DE">
        <w:trPr>
          <w:cantSplit/>
          <w:jc w:val="center"/>
        </w:trPr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Rehabilitációs terapeuta (Fizioterápiás asszisztens)</w:t>
            </w:r>
          </w:p>
        </w:tc>
        <w:tc>
          <w:tcPr>
            <w:tcW w:w="129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09230309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11.02. 11:00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02.15. 11:00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05.19. 13:00</w:t>
            </w:r>
          </w:p>
        </w:tc>
      </w:tr>
      <w:tr w:rsidR="000D2C55" w:rsidRPr="00A761DE">
        <w:trPr>
          <w:cantSplit/>
          <w:jc w:val="center"/>
        </w:trPr>
        <w:tc>
          <w:tcPr>
            <w:tcW w:w="3600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Rehabilitációs terapeuta (Gyógymasszőr)</w:t>
            </w:r>
          </w:p>
        </w:tc>
        <w:tc>
          <w:tcPr>
            <w:tcW w:w="1296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09230309</w:t>
            </w:r>
          </w:p>
        </w:tc>
        <w:tc>
          <w:tcPr>
            <w:tcW w:w="1728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11.02. 9:00</w:t>
            </w:r>
          </w:p>
        </w:tc>
        <w:tc>
          <w:tcPr>
            <w:tcW w:w="1728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02.15. 9:00</w:t>
            </w:r>
          </w:p>
        </w:tc>
        <w:tc>
          <w:tcPr>
            <w:tcW w:w="1728" w:type="dxa"/>
            <w:shd w:val="clear" w:color="auto" w:fill="F0F4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2C55" w:rsidRPr="00A761DE" w:rsidRDefault="00612A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05.26. 9:00</w:t>
            </w:r>
          </w:p>
        </w:tc>
      </w:tr>
    </w:tbl>
    <w:p w:rsidR="009B56CB" w:rsidRPr="00A761DE" w:rsidRDefault="009B56CB" w:rsidP="009B56CB">
      <w:pPr>
        <w:keepNext/>
        <w:keepLines/>
        <w:spacing w:before="40" w:after="0" w:line="240" w:lineRule="auto"/>
        <w:outlineLvl w:val="1"/>
        <w:rPr>
          <w:rFonts w:ascii="Times New Roman" w:eastAsia="Times New Roman" w:hAnsi="Times New Roman" w:cs="Times New Roman"/>
          <w:color w:val="C45911"/>
          <w:sz w:val="24"/>
          <w:szCs w:val="24"/>
          <w:lang w:val="hu-HU"/>
        </w:rPr>
      </w:pPr>
      <w:bookmarkStart w:id="16" w:name="_Toc209611455"/>
    </w:p>
    <w:p w:rsidR="009B56CB" w:rsidRPr="00A761DE" w:rsidRDefault="009B56CB" w:rsidP="009B56CB">
      <w:pPr>
        <w:keepNext/>
        <w:keepLines/>
        <w:spacing w:before="40" w:after="0" w:line="240" w:lineRule="auto"/>
        <w:outlineLvl w:val="1"/>
        <w:rPr>
          <w:rFonts w:ascii="Times New Roman" w:eastAsia="Times New Roman" w:hAnsi="Times New Roman" w:cs="Times New Roman"/>
          <w:color w:val="C45911"/>
          <w:sz w:val="24"/>
          <w:szCs w:val="24"/>
          <w:lang w:val="hu-HU"/>
        </w:rPr>
      </w:pPr>
      <w:bookmarkStart w:id="17" w:name="_Toc241233979"/>
      <w:r w:rsidRPr="00A761DE">
        <w:rPr>
          <w:rFonts w:ascii="Times New Roman" w:eastAsia="Times New Roman" w:hAnsi="Times New Roman" w:cs="Times New Roman"/>
          <w:color w:val="C45911"/>
          <w:sz w:val="24"/>
          <w:szCs w:val="24"/>
          <w:lang w:val="hu-HU"/>
        </w:rPr>
        <w:t>Ágazati alapvizsgák</w:t>
      </w:r>
      <w:bookmarkEnd w:id="16"/>
      <w:bookmarkEnd w:id="17"/>
      <w:r w:rsidRPr="00A761DE">
        <w:rPr>
          <w:rFonts w:ascii="Times New Roman" w:eastAsia="Times New Roman" w:hAnsi="Times New Roman" w:cs="Times New Roman"/>
          <w:color w:val="C45911"/>
          <w:sz w:val="24"/>
          <w:szCs w:val="24"/>
          <w:lang w:val="hu-HU"/>
        </w:rPr>
        <w:t xml:space="preserve"> </w:t>
      </w:r>
    </w:p>
    <w:p w:rsidR="009B56CB" w:rsidRPr="00A761DE" w:rsidRDefault="009B56CB" w:rsidP="009B56CB">
      <w:pPr>
        <w:keepNext/>
        <w:keepLines/>
        <w:spacing w:before="40" w:after="0" w:line="240" w:lineRule="auto"/>
        <w:outlineLvl w:val="1"/>
        <w:rPr>
          <w:rFonts w:ascii="Times New Roman" w:eastAsia="Times New Roman" w:hAnsi="Times New Roman" w:cs="Times New Roman"/>
          <w:color w:val="C45911"/>
          <w:sz w:val="24"/>
          <w:szCs w:val="24"/>
          <w:lang w:val="hu-HU"/>
        </w:rPr>
      </w:pPr>
    </w:p>
    <w:p w:rsidR="009B56CB" w:rsidRPr="00A761DE" w:rsidRDefault="009B56CB" w:rsidP="009B56CB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 xml:space="preserve">Egészségügyi és szociális ágazati alapvizsga </w:t>
      </w:r>
    </w:p>
    <w:p w:rsidR="009B56CB" w:rsidRPr="00A761DE" w:rsidRDefault="009B56CB" w:rsidP="003F3FC3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Ágazati alapvizsga (felnőttképzés) 2027. február 22-26.</w:t>
      </w:r>
    </w:p>
    <w:p w:rsidR="009B56CB" w:rsidRPr="00A761DE" w:rsidRDefault="009B56CB" w:rsidP="003F3FC3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10.évfolyam ágazati alapvizsga 2027. június 01-04.</w:t>
      </w:r>
    </w:p>
    <w:p w:rsidR="009B56CB" w:rsidRPr="00A761DE" w:rsidRDefault="009B56CB" w:rsidP="009B56CB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</w:p>
    <w:p w:rsidR="009B56CB" w:rsidRPr="00A761DE" w:rsidRDefault="009B56CB" w:rsidP="00AD4BC9">
      <w:pPr>
        <w:pStyle w:val="Cmsor1"/>
        <w:rPr>
          <w:lang w:val="hu-HU"/>
        </w:rPr>
      </w:pPr>
      <w:bookmarkStart w:id="18" w:name="_Toc209611456"/>
      <w:bookmarkStart w:id="19" w:name="_Toc241233980"/>
      <w:r w:rsidRPr="00A761DE">
        <w:rPr>
          <w:noProof/>
          <w:lang w:val="hu-HU" w:eastAsia="hu-HU"/>
        </w:rPr>
        <w:drawing>
          <wp:anchor distT="0" distB="0" distL="114300" distR="114300" simplePos="0" relativeHeight="251659264" behindDoc="1" locked="0" layoutInCell="1" allowOverlap="1" wp14:anchorId="7CA25813" wp14:editId="7B19D539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" name="Kép 2" descr="ooxWord://word/media/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 descr="ooxWord://word/media/image6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4BC9">
        <w:rPr>
          <w:lang w:val="hu-HU"/>
        </w:rPr>
        <w:t xml:space="preserve">7. </w:t>
      </w:r>
      <w:r w:rsidRPr="00A761DE">
        <w:rPr>
          <w:lang w:val="hu-HU"/>
        </w:rPr>
        <w:t>Mérések</w:t>
      </w:r>
      <w:bookmarkEnd w:id="18"/>
      <w:bookmarkEnd w:id="19"/>
    </w:p>
    <w:p w:rsidR="009B56CB" w:rsidRPr="00A761DE" w:rsidRDefault="009B56CB" w:rsidP="001428E7">
      <w:pPr>
        <w:pStyle w:val="Cmsor2"/>
        <w:rPr>
          <w:color w:val="FF0000"/>
          <w:lang w:val="hu-HU"/>
        </w:rPr>
      </w:pPr>
      <w:bookmarkStart w:id="20" w:name="_Toc209611457"/>
      <w:bookmarkStart w:id="21" w:name="_Toc241233981"/>
      <w:r w:rsidRPr="00A761DE">
        <w:rPr>
          <w:lang w:val="hu-HU"/>
        </w:rPr>
        <w:t>Országos kompetenciamérés</w:t>
      </w:r>
      <w:bookmarkEnd w:id="20"/>
      <w:bookmarkEnd w:id="21"/>
    </w:p>
    <w:p w:rsidR="009B56CB" w:rsidRPr="00A761DE" w:rsidRDefault="009B56CB" w:rsidP="009B56CB">
      <w:pPr>
        <w:spacing w:before="120" w:after="120" w:line="259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hu-HU"/>
        </w:rPr>
        <w:t>1. GINOP-6.2.4-VEKOP-16-2017-00001 „21. századi szakképzés és felnőttképzés minőségének, valamint tartalmának fejlesztése” című projekthez kapcsolódó kompetenciamérés 9. évfolyam</w:t>
      </w:r>
    </w:p>
    <w:p w:rsidR="009B56CB" w:rsidRPr="00A761DE" w:rsidRDefault="009B56CB" w:rsidP="009B56CB">
      <w:pPr>
        <w:spacing w:after="0" w:line="259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Bemeneti: 202</w:t>
      </w:r>
      <w:r w:rsidR="004562F0"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6</w:t>
      </w: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 xml:space="preserve">. szeptember </w:t>
      </w:r>
      <w:r w:rsidR="004562F0"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15</w:t>
      </w: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.</w:t>
      </w:r>
    </w:p>
    <w:p w:rsidR="009B56CB" w:rsidRPr="00A761DE" w:rsidRDefault="009B56CB" w:rsidP="009B56CB">
      <w:pPr>
        <w:spacing w:before="120" w:after="240" w:line="259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Kimeneti: 202</w:t>
      </w:r>
      <w:r w:rsidR="00DD01EF"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7</w:t>
      </w: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 xml:space="preserve"> tavasza</w:t>
      </w:r>
    </w:p>
    <w:p w:rsidR="009B56CB" w:rsidRPr="00A761DE" w:rsidRDefault="009B56CB" w:rsidP="009B56CB">
      <w:pPr>
        <w:spacing w:before="120" w:after="120" w:line="259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hu-HU"/>
        </w:rPr>
        <w:t>2. A tanulók szövegértési, matematikai és természettudományi kompetenciáit vizsgáló mérés a 10.  évfolyamon.</w:t>
      </w: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 xml:space="preserve">  Országos kompetenciamérés: a 10. évfolyam tanulói körében</w:t>
      </w:r>
    </w:p>
    <w:p w:rsidR="009B56CB" w:rsidRPr="00A761DE" w:rsidRDefault="00DD01EF" w:rsidP="00DD01EF">
      <w:pPr>
        <w:spacing w:after="100" w:afterAutospacing="1" w:line="259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  <w:t>A mérésekre 2027. március 22. és 2027. május 28. között kerül sor.</w:t>
      </w:r>
    </w:p>
    <w:p w:rsidR="0012522E" w:rsidRDefault="0012522E" w:rsidP="0012522E">
      <w:pPr>
        <w:spacing w:after="240" w:line="259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A méréseket az iskoláknak a Hivatal által meghatározott ütemezés szerint kell lebonyolítaniuk.</w:t>
      </w:r>
    </w:p>
    <w:p w:rsidR="00275CFF" w:rsidRPr="00A761DE" w:rsidRDefault="00275CFF" w:rsidP="0012522E">
      <w:pPr>
        <w:spacing w:after="240" w:line="259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Az iskolai mérés tervezett időpontja 2027. március 25.</w:t>
      </w:r>
    </w:p>
    <w:p w:rsidR="009B56CB" w:rsidRPr="00A761DE" w:rsidRDefault="009B56CB" w:rsidP="00985984">
      <w:pPr>
        <w:pStyle w:val="Cmsor2"/>
        <w:rPr>
          <w:color w:val="auto"/>
          <w:lang w:val="hu-HU"/>
        </w:rPr>
      </w:pPr>
      <w:bookmarkStart w:id="22" w:name="_Toc209611458"/>
      <w:bookmarkStart w:id="23" w:name="_Toc241233982"/>
      <w:r w:rsidRPr="00A761DE">
        <w:rPr>
          <w:lang w:val="hu-HU"/>
        </w:rPr>
        <w:t>A tanulók fizikai állapotának és edzettségének vizsgálata</w:t>
      </w:r>
      <w:bookmarkEnd w:id="22"/>
      <w:bookmarkEnd w:id="23"/>
      <w:r w:rsidRPr="00A761DE">
        <w:rPr>
          <w:color w:val="auto"/>
          <w:lang w:val="hu-HU"/>
        </w:rPr>
        <w:t xml:space="preserve"> </w:t>
      </w:r>
    </w:p>
    <w:p w:rsidR="0012522E" w:rsidRPr="004D0422" w:rsidRDefault="0012522E" w:rsidP="004D0422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4D0422">
        <w:rPr>
          <w:rFonts w:ascii="Times New Roman" w:hAnsi="Times New Roman" w:cs="Times New Roman"/>
          <w:sz w:val="24"/>
          <w:szCs w:val="24"/>
          <w:lang w:val="hu-HU"/>
        </w:rPr>
        <w:t xml:space="preserve">A 2026/2027. tanévben az </w:t>
      </w:r>
      <w:proofErr w:type="spellStart"/>
      <w:r w:rsidRPr="004D0422">
        <w:rPr>
          <w:rFonts w:ascii="Times New Roman" w:hAnsi="Times New Roman" w:cs="Times New Roman"/>
          <w:sz w:val="24"/>
          <w:szCs w:val="24"/>
          <w:lang w:val="hu-HU"/>
        </w:rPr>
        <w:t>Nkt</w:t>
      </w:r>
      <w:proofErr w:type="spellEnd"/>
      <w:r w:rsidRPr="004D0422">
        <w:rPr>
          <w:rFonts w:ascii="Times New Roman" w:hAnsi="Times New Roman" w:cs="Times New Roman"/>
          <w:sz w:val="24"/>
          <w:szCs w:val="24"/>
          <w:lang w:val="hu-HU"/>
        </w:rPr>
        <w:t xml:space="preserve">. 80. § (9) bekezdése alapján országos mérés, értékelés keretében a tanulók fizikai állapotának és edzettségének vizsgálatát az iskolák – az 1–4. </w:t>
      </w:r>
      <w:r w:rsidRPr="004D0422">
        <w:rPr>
          <w:rFonts w:ascii="Times New Roman" w:hAnsi="Times New Roman" w:cs="Times New Roman"/>
          <w:sz w:val="24"/>
          <w:szCs w:val="24"/>
          <w:lang w:val="hu-HU"/>
        </w:rPr>
        <w:lastRenderedPageBreak/>
        <w:t>évfolyamon, valamint a felnőttoktatásban tanulók kivételével – a nappali rendszerű iskolai oktatásban részt vevő tanulók esetében 2027. január 8. és 2027. május 5. között szervezik meg. A mérés eredményeit az érintett iskolák 2027. június 11-ig töltik fel a Nemzeti Egységes Tanulói Fittségi Teszt rendszerbe.</w:t>
      </w:r>
    </w:p>
    <w:p w:rsidR="00753D7B" w:rsidRDefault="00753D7B" w:rsidP="00B84A10">
      <w:pPr>
        <w:pStyle w:val="Cmsor1"/>
        <w:spacing w:before="240" w:after="120"/>
        <w:rPr>
          <w:rFonts w:ascii="Times New Roman" w:hAnsi="Times New Roman" w:cs="Times New Roman"/>
          <w:color w:val="1B365D"/>
          <w:sz w:val="24"/>
          <w:szCs w:val="24"/>
          <w:lang w:val="hu-HU"/>
        </w:rPr>
        <w:sectPr w:rsidR="00753D7B" w:rsidSect="00034616">
          <w:pgSz w:w="11909" w:h="16834"/>
          <w:pgMar w:top="1440" w:right="1440" w:bottom="1440" w:left="1440" w:header="720" w:footer="720" w:gutter="0"/>
          <w:cols w:space="720"/>
          <w:docGrid w:linePitch="360"/>
        </w:sectPr>
      </w:pPr>
    </w:p>
    <w:p w:rsidR="00B8704E" w:rsidRPr="00B8704E" w:rsidRDefault="00AD4BC9" w:rsidP="00985984">
      <w:pPr>
        <w:pStyle w:val="Cmsor1"/>
        <w:rPr>
          <w:lang w:val="hu-HU"/>
        </w:rPr>
      </w:pPr>
      <w:bookmarkStart w:id="24" w:name="_Toc241233983"/>
      <w:r w:rsidRPr="00625950">
        <w:rPr>
          <w:lang w:val="hu-HU"/>
        </w:rPr>
        <w:lastRenderedPageBreak/>
        <w:t>8</w:t>
      </w:r>
      <w:r w:rsidR="00B84A10" w:rsidRPr="00B8704E">
        <w:rPr>
          <w:lang w:val="hu-HU"/>
        </w:rPr>
        <w:t>. Stratégiai célok és adminisztrációs határidők</w:t>
      </w:r>
      <w:bookmarkEnd w:id="24"/>
    </w:p>
    <w:p w:rsidR="00B8704E" w:rsidRPr="00A761DE" w:rsidRDefault="00B8704E" w:rsidP="00B8704E">
      <w:pPr>
        <w:pStyle w:val="Cmsor2"/>
        <w:rPr>
          <w:lang w:val="hu-HU"/>
        </w:rPr>
      </w:pPr>
      <w:bookmarkStart w:id="25" w:name="_Toc241233984"/>
      <w:r w:rsidRPr="00A761DE">
        <w:rPr>
          <w:lang w:val="hu-HU"/>
        </w:rPr>
        <w:t>Az oktatói testület feladatai és stratégiai céljai</w:t>
      </w:r>
      <w:bookmarkEnd w:id="25"/>
    </w:p>
    <w:p w:rsidR="00B8704E" w:rsidRPr="00B8704E" w:rsidRDefault="00B8704E" w:rsidP="00B8704E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Az oktatói testület alapvető feladata az intézményi munka tervezése, megszervezése, végrehajtása és értékelése. Az oktatás és nevelés területei szorosan </w:t>
      </w:r>
      <w:proofErr w:type="spellStart"/>
      <w:r w:rsidRPr="00A761DE">
        <w:rPr>
          <w:rFonts w:ascii="Times New Roman" w:hAnsi="Times New Roman" w:cs="Times New Roman"/>
          <w:sz w:val="24"/>
          <w:szCs w:val="24"/>
          <w:lang w:val="hu-HU"/>
        </w:rPr>
        <w:t>összefüggnek</w:t>
      </w:r>
      <w:proofErr w:type="spellEnd"/>
      <w:r w:rsidRPr="00A761DE">
        <w:rPr>
          <w:rFonts w:ascii="Times New Roman" w:hAnsi="Times New Roman" w:cs="Times New Roman"/>
          <w:sz w:val="24"/>
          <w:szCs w:val="24"/>
          <w:lang w:val="hu-HU"/>
        </w:rPr>
        <w:t>, céljainkat rövid és középtávú struktúrában rögzítjük.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</w:p>
    <w:p w:rsidR="00B8704E" w:rsidRPr="00B8704E" w:rsidRDefault="00B8704E" w:rsidP="00B8704E">
      <w:pPr>
        <w:pStyle w:val="Cmsor2"/>
        <w:spacing w:before="120" w:after="120"/>
        <w:rPr>
          <w:rFonts w:ascii="Times New Roman" w:hAnsi="Times New Roman" w:cs="Times New Roman"/>
          <w:sz w:val="24"/>
          <w:szCs w:val="24"/>
          <w:lang w:val="hu-HU"/>
        </w:rPr>
      </w:pPr>
      <w:bookmarkStart w:id="26" w:name="_Toc241233985"/>
      <w:r w:rsidRPr="00A761DE">
        <w:rPr>
          <w:rFonts w:ascii="Times New Roman" w:hAnsi="Times New Roman" w:cs="Times New Roman"/>
          <w:sz w:val="24"/>
          <w:szCs w:val="24"/>
          <w:lang w:val="hu-HU"/>
        </w:rPr>
        <w:t>Közép- és rövid távú stratégiai célok:</w:t>
      </w:r>
      <w:bookmarkEnd w:id="26"/>
    </w:p>
    <w:p w:rsidR="00B8704E" w:rsidRPr="00A761DE" w:rsidRDefault="00B8704E" w:rsidP="00B8704E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**Középtávú célok:**</w:t>
      </w:r>
    </w:p>
    <w:p w:rsidR="00B8704E" w:rsidRPr="00A761DE" w:rsidRDefault="00B8704E" w:rsidP="00B8704E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A tanulók legyenek képesek alkalmazni megszerzett tudásukat, használják kulcskompetenciáikat és problémamegoldó képességüket.</w:t>
      </w:r>
    </w:p>
    <w:p w:rsidR="00B8704E" w:rsidRPr="00A761DE" w:rsidRDefault="00B8704E" w:rsidP="00B8704E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Hátránykompenzációs rendszer működtetése felzárkóztatás és/vagy differenciált oktatási stratégiák kialakításával.</w:t>
      </w:r>
    </w:p>
    <w:p w:rsidR="00B8704E" w:rsidRPr="00A761DE" w:rsidRDefault="00B8704E" w:rsidP="00B8704E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Jó gyakorlataink megerősítése és új jó gyakorlatok létrehozása, integrálása.</w:t>
      </w:r>
    </w:p>
    <w:p w:rsidR="00B8704E" w:rsidRPr="00A761DE" w:rsidRDefault="00B8704E" w:rsidP="00B8704E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**Rövid távú célok a tanévre:**</w:t>
      </w:r>
    </w:p>
    <w:p w:rsidR="00B8704E" w:rsidRPr="00A761DE" w:rsidRDefault="00B8704E" w:rsidP="00B8704E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Oktatók továbbképzésen való részvételének biztosítása (módszertani változatosság, minőségi oktatás).</w:t>
      </w:r>
    </w:p>
    <w:p w:rsidR="00B8704E" w:rsidRPr="00A761DE" w:rsidRDefault="00B8704E" w:rsidP="00B8704E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Kapcsolati tőke aktív felhasználása a duális képzőhelyi partnerekkel, szakmai kamarákkal és gazdasági partnerekkel.</w:t>
      </w:r>
    </w:p>
    <w:p w:rsidR="00B8704E" w:rsidRPr="00A761DE" w:rsidRDefault="00B8704E" w:rsidP="00B8704E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Magas színvonalú szakmai oktatás megvalósítása.</w:t>
      </w:r>
    </w:p>
    <w:p w:rsidR="00B8704E" w:rsidRPr="00A761DE" w:rsidRDefault="00B8704E" w:rsidP="00B8704E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Az iskola váljon országos, regionális és helyi szakmai napok, versenyek és tudásmegosztások helyszínévé.</w:t>
      </w:r>
    </w:p>
    <w:p w:rsidR="00B8704E" w:rsidRPr="00A761DE" w:rsidRDefault="00B8704E" w:rsidP="00B8704E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Demokratikus, családias intézményi légkör kialakítása.</w:t>
      </w:r>
    </w:p>
    <w:p w:rsidR="00B8704E" w:rsidRPr="00A761DE" w:rsidRDefault="00B8704E" w:rsidP="00B8704E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Pályakövetési rendszer alkalmazása az EQAVET keretrendszer szerint a képzési kínálat alakításához (Határidő: szept. 20.).</w:t>
      </w:r>
    </w:p>
    <w:p w:rsidR="00B8704E" w:rsidRPr="00A761DE" w:rsidRDefault="00B8704E" w:rsidP="00B8704E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Pályaorientációs tevékenység hatékonyságának növelése a tanulólétszám növelése érdekében.</w:t>
      </w:r>
    </w:p>
    <w:p w:rsidR="00B8704E" w:rsidRPr="00B8704E" w:rsidRDefault="00B8704E" w:rsidP="00B8704E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A hátrányos helyzetű vagy tanulási nehézségekkel küzdő tanulók lemorzsolódásának csökkentése mentorálással, ösztöndíj- és pályázati programokba való bevonással.</w:t>
      </w:r>
    </w:p>
    <w:p w:rsidR="00B84A10" w:rsidRPr="00A761DE" w:rsidRDefault="00B84A10" w:rsidP="00B84A10">
      <w:pPr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Kiemelt oktatási-nevelési feladatok és megjegyzések:</w:t>
      </w:r>
    </w:p>
    <w:p w:rsidR="00B84A10" w:rsidRPr="00A761DE" w:rsidRDefault="00B84A10" w:rsidP="00B84A10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Képzési célok: A munkaközösségeknek az év elején át kell gondolniuk és pontosítaniuk szükséges a munkaközösségi terveket.</w:t>
      </w:r>
    </w:p>
    <w:p w:rsidR="00B84A10" w:rsidRPr="00A761DE" w:rsidRDefault="00B84A10" w:rsidP="00B84A10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Programok racionalizálása: Szelektálni szükséges a rendezvényeket és a versenyeket (a túlterheltség elkerülése érdekében).</w:t>
      </w:r>
    </w:p>
    <w:p w:rsidR="00B84A10" w:rsidRPr="00A761DE" w:rsidRDefault="00B84A10" w:rsidP="00B84A10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Kiemelt prioritás: Az iskolai évfordulós rendezvények és az 'Aktív Iskola' program eseményei.</w:t>
      </w:r>
    </w:p>
    <w:p w:rsidR="00B8704E" w:rsidRPr="00EF48A8" w:rsidRDefault="00B84A10" w:rsidP="00EF48A8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lastRenderedPageBreak/>
        <w:t xml:space="preserve">Pályakövetés: Össze kell gyűjteni, hogy a végzett tanulókat mely felsőoktatási intézményekbe vették fel. Határidő: szeptember </w:t>
      </w:r>
      <w:r w:rsidR="00753D7B">
        <w:rPr>
          <w:rFonts w:ascii="Times New Roman" w:hAnsi="Times New Roman" w:cs="Times New Roman"/>
          <w:sz w:val="24"/>
          <w:szCs w:val="24"/>
          <w:lang w:val="hu-HU"/>
        </w:rPr>
        <w:t>20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>.</w:t>
      </w:r>
    </w:p>
    <w:p w:rsidR="00536C8B" w:rsidRDefault="00536C8B" w:rsidP="00B84A10">
      <w:pPr>
        <w:spacing w:before="120" w:after="60"/>
        <w:rPr>
          <w:rFonts w:ascii="Times New Roman" w:hAnsi="Times New Roman" w:cs="Times New Roman"/>
          <w:b/>
          <w:sz w:val="24"/>
          <w:szCs w:val="24"/>
          <w:lang w:val="hu-HU"/>
        </w:rPr>
      </w:pPr>
    </w:p>
    <w:p w:rsidR="00B84A10" w:rsidRPr="00A761DE" w:rsidRDefault="00B84A10" w:rsidP="00B84A10">
      <w:pPr>
        <w:spacing w:before="120"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Fontos adminisztrációs és egyeztetési határidők:</w:t>
      </w:r>
    </w:p>
    <w:p w:rsidR="00B84A10" w:rsidRPr="00A761DE" w:rsidRDefault="00B84A10" w:rsidP="00B84A10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Az iskolai alapdokumentumok felülvizsgálat</w:t>
      </w:r>
    </w:p>
    <w:p w:rsidR="00B84A10" w:rsidRPr="00A761DE" w:rsidRDefault="00B84A10" w:rsidP="00B84A10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Külső értékelés helyszíni látogatásának időpontja: december 14.</w:t>
      </w:r>
    </w:p>
    <w:p w:rsidR="00B84A10" w:rsidRPr="00A761DE" w:rsidRDefault="00B84A10" w:rsidP="00B84A10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Rendszeres értekezletek napja:</w:t>
      </w:r>
      <w:r w:rsidR="00B8704E">
        <w:rPr>
          <w:rFonts w:ascii="Times New Roman" w:hAnsi="Times New Roman" w:cs="Times New Roman"/>
          <w:sz w:val="24"/>
          <w:szCs w:val="24"/>
          <w:lang w:val="hu-HU"/>
        </w:rPr>
        <w:t xml:space="preserve"> lehetőség szerint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a csütörtöki nap</w:t>
      </w:r>
      <w:r w:rsidR="00B8704E">
        <w:rPr>
          <w:rFonts w:ascii="Times New Roman" w:hAnsi="Times New Roman" w:cs="Times New Roman"/>
          <w:sz w:val="24"/>
          <w:szCs w:val="24"/>
          <w:lang w:val="hu-HU"/>
        </w:rPr>
        <w:t xml:space="preserve">on legyenek 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>az állandó értekezletek napjának.</w:t>
      </w:r>
    </w:p>
    <w:p w:rsidR="00BC37B0" w:rsidRPr="00A761DE" w:rsidRDefault="00BC37B0" w:rsidP="00B8704E">
      <w:pPr>
        <w:pStyle w:val="Cmsor2"/>
        <w:spacing w:after="120"/>
        <w:rPr>
          <w:rFonts w:ascii="Times New Roman" w:hAnsi="Times New Roman" w:cs="Times New Roman"/>
          <w:sz w:val="24"/>
          <w:szCs w:val="24"/>
          <w:lang w:val="hu-HU"/>
        </w:rPr>
      </w:pPr>
      <w:bookmarkStart w:id="27" w:name="_Toc241233986"/>
      <w:r w:rsidRPr="00A761DE">
        <w:rPr>
          <w:rFonts w:ascii="Times New Roman" w:hAnsi="Times New Roman" w:cs="Times New Roman"/>
          <w:sz w:val="24"/>
          <w:szCs w:val="24"/>
          <w:lang w:val="hu-HU"/>
        </w:rPr>
        <w:t>Feladatok az oktató munka terén:</w:t>
      </w:r>
      <w:bookmarkEnd w:id="27"/>
    </w:p>
    <w:p w:rsidR="00BC37B0" w:rsidRPr="00A761DE" w:rsidRDefault="00BC37B0" w:rsidP="00BC37B0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Korrepetálás: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A tanulási kudarcok csökkentése, kiemelten a 9-10. évfolyamon.</w:t>
      </w:r>
    </w:p>
    <w:p w:rsidR="00BC37B0" w:rsidRPr="00A761DE" w:rsidRDefault="00BC37B0" w:rsidP="00BC37B0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Inkluzív oktatás: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Az SNI-s és BTMN-es tanulók integrált oktatása, a szakvéleményekben biztosított kedvezmények, felmentések és egyéni fejlesztő tevékenységek megvalósítása.</w:t>
      </w:r>
    </w:p>
    <w:p w:rsidR="00BC37B0" w:rsidRPr="00A761DE" w:rsidRDefault="00BC37B0" w:rsidP="00BC37B0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Tehetséggondozás: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Versenyfelkészítés közismereti, szakképzési és testnevelés-sport területeken.</w:t>
      </w:r>
    </w:p>
    <w:p w:rsidR="00BC37B0" w:rsidRPr="00A761DE" w:rsidRDefault="00BC37B0" w:rsidP="00BC37B0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Vizsgafelkészítés: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Fokozott felkészítés a középszintű érettségire és a szakmai vizsgákra.</w:t>
      </w:r>
    </w:p>
    <w:p w:rsidR="00BC37B0" w:rsidRPr="00A761DE" w:rsidRDefault="00BC37B0" w:rsidP="00BC37B0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Alapkompetenciák fejlesztése: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A szövegértés és a matematikai kompetencia horizontális fejlesztése valamennyi munkaközösségben.</w:t>
      </w:r>
    </w:p>
    <w:p w:rsidR="00BC37B0" w:rsidRPr="00A761DE" w:rsidRDefault="00BC37B0" w:rsidP="00BC37B0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Beiskolázás és pályaorientáció: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Beiskolázási feladatok ellátása valamennyi pedagógus részvételével. Pályaorientációs tevékenység végzése minden évfolyamon, kiemelten a 9-10. évfolyamon.</w:t>
      </w:r>
    </w:p>
    <w:p w:rsidR="00BC37B0" w:rsidRPr="00A761DE" w:rsidRDefault="00BC37B0" w:rsidP="00BC37B0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Tantervi munka: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A munkakö</w:t>
      </w:r>
      <w:r w:rsidR="00B8704E">
        <w:rPr>
          <w:rFonts w:ascii="Times New Roman" w:hAnsi="Times New Roman" w:cs="Times New Roman"/>
          <w:sz w:val="24"/>
          <w:szCs w:val="24"/>
          <w:lang w:val="hu-HU"/>
        </w:rPr>
        <w:t>zö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>sségeket érintő tantervek gondozása, új helyi tanmenetek elkészítése (határidő: szeptember 20.).</w:t>
      </w:r>
    </w:p>
    <w:p w:rsidR="00BC37B0" w:rsidRPr="00A761DE" w:rsidRDefault="00BC37B0" w:rsidP="00B8704E">
      <w:pPr>
        <w:pStyle w:val="Cmsor2"/>
        <w:spacing w:after="120"/>
        <w:rPr>
          <w:rFonts w:ascii="Times New Roman" w:hAnsi="Times New Roman" w:cs="Times New Roman"/>
          <w:sz w:val="24"/>
          <w:szCs w:val="24"/>
          <w:lang w:val="hu-HU"/>
        </w:rPr>
      </w:pPr>
      <w:bookmarkStart w:id="28" w:name="_Toc241233987"/>
      <w:r w:rsidRPr="00A761DE">
        <w:rPr>
          <w:rFonts w:ascii="Times New Roman" w:hAnsi="Times New Roman" w:cs="Times New Roman"/>
          <w:sz w:val="24"/>
          <w:szCs w:val="24"/>
          <w:lang w:val="hu-HU"/>
        </w:rPr>
        <w:t>Feladatok a nevelés terén:</w:t>
      </w:r>
      <w:bookmarkEnd w:id="28"/>
    </w:p>
    <w:p w:rsidR="00BC37B0" w:rsidRPr="00A761DE" w:rsidRDefault="00BC37B0" w:rsidP="00BC37B0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Ünnepségek: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Az iskolai szintű megemlékezések, ünnepségek színvonalas megtartása, a nemzeti szimbólumok tiszteletére nevelés és az előírt ünnepi öltözet megkövetelése.</w:t>
      </w:r>
    </w:p>
    <w:p w:rsidR="00BC37B0" w:rsidRPr="00A761DE" w:rsidRDefault="00BC37B0" w:rsidP="00BC37B0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Közösségfejlesztés: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Az osztályfőnöki órák témáinak tudatos feldolgozása, osztályközösségek építése. Az iskolai közösségi szolgálat (IKSZ) pedagógiai előkészítése és értékelése.</w:t>
      </w:r>
    </w:p>
    <w:p w:rsidR="00BC37B0" w:rsidRPr="00A761DE" w:rsidRDefault="00BC37B0" w:rsidP="00BC37B0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Nevelési problémák kezelése: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Külső és belső szakemberek (iskolapszichológus, szociális és prevenciós segítő, ifjúságvédelem, gyermekjólét, jegyző, mentálhigiénés szakemberek) aktív bevonása.</w:t>
      </w:r>
    </w:p>
    <w:p w:rsidR="00BC37B0" w:rsidRPr="00A761DE" w:rsidRDefault="00BC37B0" w:rsidP="00BC37B0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Neveltségi szint és magatartás: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A diákok neveltségi szintjének javítása, az agresszió erőszakmentes és hatékony kezelése. A dicséret, elismerés és büntetés helyes, nem csupán adminisztratív arányának alkalmazása a fegyelmi eljárások megelőzése érdekében.</w:t>
      </w:r>
    </w:p>
    <w:p w:rsidR="00BC37B0" w:rsidRPr="00A761DE" w:rsidRDefault="00BC37B0" w:rsidP="00BC37B0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Egészségnevelés: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Dohányzás, drog, alkohol megelőzése, az egészséges táplálkozás és rendszeres testmozgás ösztönzése. Kiemelt cél a dohányzó tanulók számának csökkentése.</w:t>
      </w:r>
    </w:p>
    <w:p w:rsidR="00BC37B0" w:rsidRPr="00EF48A8" w:rsidRDefault="00BC37B0" w:rsidP="00EF48A8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lastRenderedPageBreak/>
        <w:t>Digitális tudatosság: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A digitális eszközök célszerű és etikus használatára nevelés.</w:t>
      </w:r>
    </w:p>
    <w:p w:rsidR="00BC37B0" w:rsidRPr="00B8704E" w:rsidRDefault="00B8704E" w:rsidP="00B8704E">
      <w:pPr>
        <w:pStyle w:val="Cmsor1"/>
        <w:rPr>
          <w:lang w:val="hu-HU"/>
        </w:rPr>
      </w:pPr>
      <w:bookmarkStart w:id="29" w:name="_Toc241233988"/>
      <w:r w:rsidRPr="00B8704E">
        <w:rPr>
          <w:lang w:val="hu-HU"/>
        </w:rPr>
        <w:t>9</w:t>
      </w:r>
      <w:r w:rsidR="00BC37B0" w:rsidRPr="00B8704E">
        <w:rPr>
          <w:lang w:val="hu-HU"/>
        </w:rPr>
        <w:t>. A tanév kiemelt feladatai és fejlesztési feladatai</w:t>
      </w:r>
      <w:bookmarkEnd w:id="29"/>
    </w:p>
    <w:p w:rsidR="00BC37B0" w:rsidRPr="00A761DE" w:rsidRDefault="00BC37B0" w:rsidP="00BC37B0">
      <w:pPr>
        <w:pStyle w:val="Cmsor2"/>
        <w:rPr>
          <w:rFonts w:ascii="Times New Roman" w:hAnsi="Times New Roman" w:cs="Times New Roman"/>
          <w:sz w:val="24"/>
          <w:szCs w:val="24"/>
          <w:lang w:val="hu-HU"/>
        </w:rPr>
      </w:pPr>
      <w:bookmarkStart w:id="30" w:name="_Toc241233989"/>
      <w:r w:rsidRPr="00A761DE">
        <w:rPr>
          <w:rFonts w:ascii="Times New Roman" w:hAnsi="Times New Roman" w:cs="Times New Roman"/>
          <w:sz w:val="24"/>
          <w:szCs w:val="24"/>
          <w:lang w:val="hu-HU"/>
        </w:rPr>
        <w:t>Oktatási területen:</w:t>
      </w:r>
      <w:bookmarkEnd w:id="30"/>
    </w:p>
    <w:p w:rsidR="00BC37B0" w:rsidRPr="00A761DE" w:rsidRDefault="00BC37B0" w:rsidP="00BC37B0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Átmenet támogatása (9. évfolyam):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Kiemelt feladat a tanulási kudarcok és a lemorzsolódás csökkentése, különös tekintettel az általános iskolai követelmények szintjéről a középiskolai szintre való átmenetre.</w:t>
      </w:r>
    </w:p>
    <w:p w:rsidR="00BC37B0" w:rsidRPr="00A761DE" w:rsidRDefault="00BC37B0" w:rsidP="00BC37B0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Esélyegyenlőség: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A HH és HHH tanulók célzott mentorálása, a minimum követelmények elsajátíttatása és az egyéni képességek maximális figyelembe vétele.</w:t>
      </w:r>
    </w:p>
    <w:p w:rsidR="00BC37B0" w:rsidRPr="00A761DE" w:rsidRDefault="00BC37B0" w:rsidP="00BC37B0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Számonkérés és fejlesztés: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Az SNI-s és BTMN-es tanulók kedvezményeinek, felmentéseinek megfelelő egyedi feladatszabás és számonkérés biztosítása.</w:t>
      </w:r>
    </w:p>
    <w:p w:rsidR="00BC37B0" w:rsidRPr="00A761DE" w:rsidRDefault="00BC37B0" w:rsidP="00BC37B0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Kompetenciamérések: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Az OKM mérésekre való felkészülés során kiemelten a matematikai kompetencia és a szövegértés fejlesztése, a tanulói munkáltatás fokozása.</w:t>
      </w:r>
    </w:p>
    <w:p w:rsidR="00BC37B0" w:rsidRPr="00A761DE" w:rsidRDefault="00BC37B0" w:rsidP="00BC37B0">
      <w:pPr>
        <w:pStyle w:val="Cmsor2"/>
        <w:rPr>
          <w:rFonts w:ascii="Times New Roman" w:hAnsi="Times New Roman" w:cs="Times New Roman"/>
          <w:sz w:val="24"/>
          <w:szCs w:val="24"/>
          <w:lang w:val="hu-HU"/>
        </w:rPr>
      </w:pPr>
      <w:bookmarkStart w:id="31" w:name="_Toc241233990"/>
      <w:r w:rsidRPr="00A761DE">
        <w:rPr>
          <w:rFonts w:ascii="Times New Roman" w:hAnsi="Times New Roman" w:cs="Times New Roman"/>
          <w:sz w:val="24"/>
          <w:szCs w:val="24"/>
          <w:lang w:val="hu-HU"/>
        </w:rPr>
        <w:t>Nevelési területen:</w:t>
      </w:r>
      <w:bookmarkEnd w:id="31"/>
    </w:p>
    <w:p w:rsidR="00BC37B0" w:rsidRPr="00A761DE" w:rsidRDefault="00BC37B0" w:rsidP="00BC37B0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Személyes törődés: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Személyes törődés és példamutatás a diákok felé; szoros, támogató kapcsolattartás a szülőkkel.</w:t>
      </w:r>
    </w:p>
    <w:p w:rsidR="00BC37B0" w:rsidRPr="00A761DE" w:rsidRDefault="00BC37B0" w:rsidP="00BC37B0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Hiányzások kezelése: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Az igazolatlan hiányzások azonnali, jogszabály szerinti időbeni jelzése és kiértesítése a szülők/hatóságok felé.</w:t>
      </w:r>
    </w:p>
    <w:p w:rsidR="00BC37B0" w:rsidRPr="00A761DE" w:rsidRDefault="00BC37B0" w:rsidP="00BC37B0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Környezettudatosság: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Az iskola közvetlen fizikai környezetének rendben tartása, közös ápolása.</w:t>
      </w:r>
    </w:p>
    <w:p w:rsidR="00BC37B0" w:rsidRPr="00A761DE" w:rsidRDefault="00BC37B0" w:rsidP="00BC37B0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Diákélet: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A diákprogramok aktív támogatása és az osztályfőnöki tanmenetek témáinak teljes körű feldolgozása.</w:t>
      </w:r>
    </w:p>
    <w:p w:rsidR="00BC37B0" w:rsidRPr="00A761DE" w:rsidRDefault="00BC37B0" w:rsidP="00BC37B0">
      <w:pPr>
        <w:pStyle w:val="Cmsor2"/>
        <w:rPr>
          <w:rFonts w:ascii="Times New Roman" w:hAnsi="Times New Roman" w:cs="Times New Roman"/>
          <w:sz w:val="24"/>
          <w:szCs w:val="24"/>
          <w:lang w:val="hu-HU"/>
        </w:rPr>
      </w:pPr>
      <w:bookmarkStart w:id="32" w:name="_Toc241233991"/>
      <w:r w:rsidRPr="00A761DE">
        <w:rPr>
          <w:rFonts w:ascii="Times New Roman" w:hAnsi="Times New Roman" w:cs="Times New Roman"/>
          <w:sz w:val="24"/>
          <w:szCs w:val="24"/>
          <w:lang w:val="hu-HU"/>
        </w:rPr>
        <w:t>Kiemelt fejlesztési feladatok (horizontális területek):</w:t>
      </w:r>
      <w:bookmarkEnd w:id="32"/>
    </w:p>
    <w:p w:rsidR="00BC37B0" w:rsidRPr="00A761DE" w:rsidRDefault="00BC37B0" w:rsidP="00BC37B0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 xml:space="preserve">Alapkompetenciák fejlesztése: 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>A tanulók szövegértési és matematikai készségeinek rendszerszintű fejlesztése minden tantárgyban.</w:t>
      </w:r>
    </w:p>
    <w:p w:rsidR="00BC37B0" w:rsidRPr="00A761DE" w:rsidRDefault="00BC37B0" w:rsidP="00BC37B0">
      <w:pPr>
        <w:pStyle w:val="Felsorols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 xml:space="preserve">Digitális kultúra fejlesztése: </w:t>
      </w:r>
      <w:r w:rsidRPr="00A761DE">
        <w:rPr>
          <w:rFonts w:ascii="Times New Roman" w:hAnsi="Times New Roman" w:cs="Times New Roman"/>
          <w:sz w:val="24"/>
          <w:szCs w:val="24"/>
          <w:lang w:val="hu-HU"/>
        </w:rPr>
        <w:t>Mind az oktatók, mind a diákok digitális kompetenciáinak módszertani fejlesztése és az eszközök mindennapi használata.</w:t>
      </w:r>
    </w:p>
    <w:p w:rsidR="00753D7B" w:rsidRDefault="00753D7B" w:rsidP="00BC37B0">
      <w:pPr>
        <w:pStyle w:val="Cmsor1"/>
        <w:spacing w:before="360"/>
        <w:rPr>
          <w:rFonts w:ascii="Times New Roman" w:hAnsi="Times New Roman" w:cs="Times New Roman"/>
          <w:color w:val="1B365D"/>
          <w:sz w:val="24"/>
          <w:szCs w:val="24"/>
          <w:lang w:val="hu-HU"/>
        </w:rPr>
        <w:sectPr w:rsidR="00753D7B" w:rsidSect="00034616">
          <w:pgSz w:w="11909" w:h="16834"/>
          <w:pgMar w:top="1440" w:right="1440" w:bottom="1440" w:left="1440" w:header="720" w:footer="720" w:gutter="0"/>
          <w:cols w:space="720"/>
          <w:docGrid w:linePitch="360"/>
        </w:sectPr>
      </w:pPr>
    </w:p>
    <w:p w:rsidR="00BC37B0" w:rsidRPr="00A761DE" w:rsidRDefault="0081036C" w:rsidP="00BC37B0">
      <w:pPr>
        <w:pStyle w:val="Cmsor1"/>
        <w:spacing w:before="360"/>
        <w:rPr>
          <w:rFonts w:ascii="Times New Roman" w:hAnsi="Times New Roman" w:cs="Times New Roman"/>
          <w:color w:val="1B365D"/>
          <w:sz w:val="24"/>
          <w:szCs w:val="24"/>
          <w:lang w:val="hu-HU"/>
        </w:rPr>
      </w:pPr>
      <w:bookmarkStart w:id="33" w:name="_Toc241233992"/>
      <w:r>
        <w:rPr>
          <w:rFonts w:ascii="Times New Roman" w:hAnsi="Times New Roman" w:cs="Times New Roman"/>
          <w:color w:val="1B365D"/>
          <w:sz w:val="24"/>
          <w:szCs w:val="24"/>
          <w:lang w:val="hu-HU"/>
        </w:rPr>
        <w:lastRenderedPageBreak/>
        <w:t>10</w:t>
      </w:r>
      <w:r w:rsidR="00BC37B0" w:rsidRPr="00A761DE">
        <w:rPr>
          <w:rFonts w:ascii="Times New Roman" w:hAnsi="Times New Roman" w:cs="Times New Roman"/>
          <w:color w:val="1B365D"/>
          <w:sz w:val="24"/>
          <w:szCs w:val="24"/>
          <w:lang w:val="hu-HU"/>
        </w:rPr>
        <w:t>. Szempontrendszer, célértékek és sikerkritériumok</w:t>
      </w:r>
      <w:bookmarkEnd w:id="33"/>
    </w:p>
    <w:p w:rsidR="00BC37B0" w:rsidRPr="00A761DE" w:rsidRDefault="00BC37B0" w:rsidP="00BC37B0">
      <w:pPr>
        <w:rPr>
          <w:rFonts w:ascii="Times New Roman" w:hAnsi="Times New Roman" w:cs="Times New Roman"/>
          <w:sz w:val="24"/>
          <w:szCs w:val="24"/>
          <w:lang w:val="hu-H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08"/>
        <w:gridCol w:w="4521"/>
      </w:tblGrid>
      <w:tr w:rsidR="00BC37B0" w:rsidRPr="00A761DE" w:rsidTr="00505936">
        <w:trPr>
          <w:jc w:val="center"/>
        </w:trPr>
        <w:tc>
          <w:tcPr>
            <w:tcW w:w="4680" w:type="dxa"/>
            <w:shd w:val="clear" w:color="auto" w:fill="1B365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hu-HU"/>
              </w:rPr>
              <w:t>Értékelt Szempont</w:t>
            </w:r>
          </w:p>
        </w:tc>
        <w:tc>
          <w:tcPr>
            <w:tcW w:w="4680" w:type="dxa"/>
            <w:shd w:val="clear" w:color="auto" w:fill="1B365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hu-HU"/>
              </w:rPr>
              <w:t>Célérték / Sikerkritérium a 2026/2027. tanévben</w:t>
            </w:r>
          </w:p>
        </w:tc>
      </w:tr>
      <w:tr w:rsidR="00BC37B0" w:rsidRPr="00D1002A" w:rsidTr="00505936">
        <w:trPr>
          <w:jc w:val="center"/>
        </w:trPr>
        <w:tc>
          <w:tcPr>
            <w:tcW w:w="4680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9. évfolyamra jelentkezők és felvettek száma és aránya</w:t>
            </w:r>
          </w:p>
        </w:tc>
        <w:tc>
          <w:tcPr>
            <w:tcW w:w="4680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Érje el vagy haladja meg az előző tanév statisztikai adatait.</w:t>
            </w:r>
          </w:p>
        </w:tc>
      </w:tr>
      <w:tr w:rsidR="00BC37B0" w:rsidRPr="00D1002A" w:rsidTr="00505936">
        <w:trPr>
          <w:jc w:val="center"/>
        </w:trPr>
        <w:tc>
          <w:tcPr>
            <w:tcW w:w="46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Szakképzési munkaszerződéssel rendelkezők aránya a szakirányú oktatásban</w:t>
            </w:r>
          </w:p>
        </w:tc>
        <w:tc>
          <w:tcPr>
            <w:tcW w:w="46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 tanulók összlétszámához viszonyítva érje el az előző tanév arányát.</w:t>
            </w:r>
          </w:p>
        </w:tc>
      </w:tr>
      <w:tr w:rsidR="00BC37B0" w:rsidRPr="00D1002A" w:rsidTr="00505936">
        <w:trPr>
          <w:jc w:val="center"/>
        </w:trPr>
        <w:tc>
          <w:tcPr>
            <w:tcW w:w="4680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Országos kompetenciamérés (OKM) eredményei</w:t>
            </w:r>
          </w:p>
        </w:tc>
        <w:tc>
          <w:tcPr>
            <w:tcW w:w="4680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Legalább az országos átlageredmény elérése minden mérési területen.</w:t>
            </w:r>
          </w:p>
        </w:tc>
      </w:tr>
      <w:tr w:rsidR="00BC37B0" w:rsidRPr="00D1002A" w:rsidTr="00505936">
        <w:trPr>
          <w:jc w:val="center"/>
        </w:trPr>
        <w:tc>
          <w:tcPr>
            <w:tcW w:w="46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NSZFH mérések eredményei</w:t>
            </w:r>
          </w:p>
        </w:tc>
        <w:tc>
          <w:tcPr>
            <w:tcW w:w="46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 májusi kimeneti mérések eredménye legyen magasabb, mint a szeptemberi bemeneti mérésé.</w:t>
            </w:r>
          </w:p>
        </w:tc>
      </w:tr>
      <w:tr w:rsidR="00BC37B0" w:rsidRPr="00D1002A" w:rsidTr="00505936">
        <w:trPr>
          <w:jc w:val="center"/>
        </w:trPr>
        <w:tc>
          <w:tcPr>
            <w:tcW w:w="4680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Szakmai, közismereti, kulturális és sporteredmények</w:t>
            </w:r>
          </w:p>
        </w:tc>
        <w:tc>
          <w:tcPr>
            <w:tcW w:w="4680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Ágazatonként</w:t>
            </w:r>
            <w:proofErr w:type="spellEnd"/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legalább 1 fő szerepeljen az első 10 helyezett között </w:t>
            </w:r>
            <w:proofErr w:type="spellStart"/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tanévenként</w:t>
            </w:r>
            <w:proofErr w:type="spellEnd"/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.</w:t>
            </w:r>
          </w:p>
        </w:tc>
      </w:tr>
      <w:tr w:rsidR="00BC37B0" w:rsidRPr="00D1002A" w:rsidTr="00505936">
        <w:trPr>
          <w:jc w:val="center"/>
        </w:trPr>
        <w:tc>
          <w:tcPr>
            <w:tcW w:w="46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Vizsgaeredmények elvárt átlagai</w:t>
            </w:r>
          </w:p>
        </w:tc>
        <w:tc>
          <w:tcPr>
            <w:tcW w:w="46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Érettségi tantárgyi átlag: min. 2.00</w:t>
            </w: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br/>
              <w:t>Ágazati alapvizsga átlag: min. 4.00</w:t>
            </w: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br/>
              <w:t>Szakmai vizsga átlaga: min. 4.00</w:t>
            </w:r>
          </w:p>
        </w:tc>
      </w:tr>
      <w:tr w:rsidR="00BC37B0" w:rsidRPr="00A761DE" w:rsidTr="00505936">
        <w:trPr>
          <w:jc w:val="center"/>
        </w:trPr>
        <w:tc>
          <w:tcPr>
            <w:tcW w:w="4680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Sikeres szakmai vizsgát tett tanulók aránya</w:t>
            </w:r>
          </w:p>
        </w:tc>
        <w:tc>
          <w:tcPr>
            <w:tcW w:w="4680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Sikerességi mutató: legalább 90%.</w:t>
            </w:r>
          </w:p>
        </w:tc>
      </w:tr>
      <w:tr w:rsidR="00BC37B0" w:rsidRPr="00D1002A" w:rsidTr="00505936">
        <w:trPr>
          <w:jc w:val="center"/>
        </w:trPr>
        <w:tc>
          <w:tcPr>
            <w:tcW w:w="46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Intézményi elismerések</w:t>
            </w:r>
          </w:p>
        </w:tc>
        <w:tc>
          <w:tcPr>
            <w:tcW w:w="46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Tanévente</w:t>
            </w:r>
            <w:proofErr w:type="spellEnd"/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legalább 1 db elismerés elérése.</w:t>
            </w:r>
          </w:p>
        </w:tc>
      </w:tr>
      <w:tr w:rsidR="00BC37B0" w:rsidRPr="00D1002A" w:rsidTr="00505936">
        <w:trPr>
          <w:jc w:val="center"/>
        </w:trPr>
        <w:tc>
          <w:tcPr>
            <w:tcW w:w="4680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Szakmai bemutatók, konferenciák, szakmai rendezvények</w:t>
            </w:r>
          </w:p>
        </w:tc>
        <w:tc>
          <w:tcPr>
            <w:tcW w:w="4680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Önértékelési </w:t>
            </w:r>
            <w:proofErr w:type="spellStart"/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ciklusonként</w:t>
            </w:r>
            <w:proofErr w:type="spellEnd"/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legalább 1 alkalom szervezése.</w:t>
            </w:r>
          </w:p>
        </w:tc>
      </w:tr>
      <w:tr w:rsidR="00BC37B0" w:rsidRPr="00D1002A" w:rsidTr="00505936">
        <w:trPr>
          <w:jc w:val="center"/>
        </w:trPr>
        <w:tc>
          <w:tcPr>
            <w:tcW w:w="46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Intézményi lemorzsolódási mutató</w:t>
            </w:r>
          </w:p>
        </w:tc>
        <w:tc>
          <w:tcPr>
            <w:tcW w:w="46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Tanulói jogviszonyban: legfeljebb 10%</w:t>
            </w: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br/>
              <w:t>Felnőttképzési jogviszonyban: legfeljebb 25%</w:t>
            </w:r>
          </w:p>
        </w:tc>
      </w:tr>
      <w:tr w:rsidR="00BC37B0" w:rsidRPr="00D1002A" w:rsidTr="00505936">
        <w:trPr>
          <w:jc w:val="center"/>
        </w:trPr>
        <w:tc>
          <w:tcPr>
            <w:tcW w:w="4680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lastRenderedPageBreak/>
              <w:t>Intézményi neveltségi mutatók</w:t>
            </w:r>
          </w:p>
        </w:tc>
        <w:tc>
          <w:tcPr>
            <w:tcW w:w="4680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Fegyelmi esetek száma: </w:t>
            </w:r>
            <w:proofErr w:type="spellStart"/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típusonként</w:t>
            </w:r>
            <w:proofErr w:type="spellEnd"/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&lt; 10 db/tanév</w:t>
            </w: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br/>
              <w:t xml:space="preserve">Dicséretek száma: </w:t>
            </w:r>
            <w:proofErr w:type="spellStart"/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típusonként</w:t>
            </w:r>
            <w:proofErr w:type="spellEnd"/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legalább 1 db/tanév</w:t>
            </w: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br/>
              <w:t>Igazolatlan órák száma: ne haladja meg az előző tanév értékét.</w:t>
            </w:r>
          </w:p>
        </w:tc>
      </w:tr>
      <w:tr w:rsidR="00BC37B0" w:rsidRPr="00D1002A" w:rsidTr="00505936">
        <w:trPr>
          <w:jc w:val="center"/>
        </w:trPr>
        <w:tc>
          <w:tcPr>
            <w:tcW w:w="46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Hátrányos helyzetű (HH) tanulók mentorálása</w:t>
            </w:r>
          </w:p>
        </w:tc>
        <w:tc>
          <w:tcPr>
            <w:tcW w:w="46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 folyamat jellegű mentorálás biztosított, számszerű sikeresség nem értelmezhető.</w:t>
            </w:r>
          </w:p>
        </w:tc>
      </w:tr>
      <w:tr w:rsidR="00BC37B0" w:rsidRPr="00D1002A" w:rsidTr="00505936">
        <w:trPr>
          <w:jc w:val="center"/>
        </w:trPr>
        <w:tc>
          <w:tcPr>
            <w:tcW w:w="4680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Sajátos nevelési igényű (SNI) tanulók fejlesztése</w:t>
            </w:r>
          </w:p>
        </w:tc>
        <w:tc>
          <w:tcPr>
            <w:tcW w:w="4680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 törvényi fejlesztés biztosított, számszerű sikeresség nem értelmezhető.</w:t>
            </w:r>
          </w:p>
        </w:tc>
      </w:tr>
      <w:tr w:rsidR="00BC37B0" w:rsidRPr="00D1002A" w:rsidTr="00505936">
        <w:trPr>
          <w:jc w:val="center"/>
        </w:trPr>
        <w:tc>
          <w:tcPr>
            <w:tcW w:w="46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Szakmai továbbképzésen résztvevő oktatók</w:t>
            </w:r>
          </w:p>
        </w:tc>
        <w:tc>
          <w:tcPr>
            <w:tcW w:w="46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 kötelező képzéseken túl a továbbképzésbe önként bekapcsolódó oktatók száma min. 3 fővel növekedjen.</w:t>
            </w:r>
          </w:p>
        </w:tc>
      </w:tr>
      <w:tr w:rsidR="00BC37B0" w:rsidRPr="00D1002A" w:rsidTr="00505936">
        <w:trPr>
          <w:jc w:val="center"/>
        </w:trPr>
        <w:tc>
          <w:tcPr>
            <w:tcW w:w="4680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Ösztöndíj- és pályázati programok</w:t>
            </w:r>
          </w:p>
        </w:tc>
        <w:tc>
          <w:tcPr>
            <w:tcW w:w="4680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C37B0" w:rsidRPr="00A761DE" w:rsidRDefault="00BC37B0" w:rsidP="00505936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761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Az elmúlt időszakhoz képest legalább eggyel növekedjen a pályázatok, illetve az ösztöndíjprogramban résztvevő tanulók száma.</w:t>
            </w:r>
          </w:p>
        </w:tc>
      </w:tr>
    </w:tbl>
    <w:p w:rsidR="00FF73BD" w:rsidRDefault="00FF73BD" w:rsidP="00BC37B0">
      <w:pPr>
        <w:rPr>
          <w:rFonts w:ascii="Times New Roman" w:hAnsi="Times New Roman" w:cs="Times New Roman"/>
          <w:sz w:val="24"/>
          <w:szCs w:val="24"/>
          <w:lang w:val="hu-HU"/>
        </w:rPr>
        <w:sectPr w:rsidR="00FF73BD" w:rsidSect="00034616">
          <w:pgSz w:w="11909" w:h="16834"/>
          <w:pgMar w:top="1440" w:right="1440" w:bottom="1440" w:left="1440" w:header="720" w:footer="720" w:gutter="0"/>
          <w:cols w:space="720"/>
          <w:docGrid w:linePitch="360"/>
        </w:sectPr>
      </w:pPr>
    </w:p>
    <w:p w:rsidR="0012522E" w:rsidRPr="00A761DE" w:rsidRDefault="0081036C" w:rsidP="00B8704E">
      <w:pPr>
        <w:pStyle w:val="Cmsor1"/>
        <w:rPr>
          <w:lang w:val="hu-HU"/>
        </w:rPr>
      </w:pPr>
      <w:bookmarkStart w:id="34" w:name="_Toc209611459"/>
      <w:bookmarkStart w:id="35" w:name="_Toc241233993"/>
      <w:r>
        <w:rPr>
          <w:lang w:val="hu-HU"/>
        </w:rPr>
        <w:lastRenderedPageBreak/>
        <w:t>11</w:t>
      </w:r>
      <w:r w:rsidR="00753D7B">
        <w:rPr>
          <w:lang w:val="hu-HU"/>
        </w:rPr>
        <w:t xml:space="preserve">. </w:t>
      </w:r>
      <w:r w:rsidR="0012522E" w:rsidRPr="00A761DE">
        <w:rPr>
          <w:lang w:val="hu-HU"/>
        </w:rPr>
        <w:t>Az intézmény munkaközösségei</w:t>
      </w:r>
      <w:bookmarkEnd w:id="34"/>
      <w:bookmarkEnd w:id="35"/>
    </w:p>
    <w:p w:rsidR="0012522E" w:rsidRPr="00A761DE" w:rsidRDefault="0012522E" w:rsidP="0012522E">
      <w:pPr>
        <w:spacing w:after="0" w:line="259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</w:p>
    <w:p w:rsidR="00612ADA" w:rsidRPr="00A761DE" w:rsidRDefault="00612ADA" w:rsidP="00612ADA">
      <w:pPr>
        <w:spacing w:after="18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</w:pPr>
      <w:r w:rsidRPr="00A761D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A munkaközösségek céljai és feladatai a 2026/2027. tanévben</w:t>
      </w:r>
    </w:p>
    <w:p w:rsidR="00612ADA" w:rsidRPr="00A761DE" w:rsidRDefault="00612ADA" w:rsidP="00612ADA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>Intézményünkben a munkaközösségek alkotják a szakmai, pedagógiai és módszertani munka bázisát. Elsődleges küldetésük, hogy összehangolják az oktató-nevelő munkát, biztosítsák a képzés szakmai színvonalát, és támogassák az oktatók módszertani megújulását.</w:t>
      </w:r>
    </w:p>
    <w:p w:rsidR="00612ADA" w:rsidRPr="00A761DE" w:rsidRDefault="00753D7B" w:rsidP="00612ADA">
      <w:pPr>
        <w:spacing w:after="18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7</w:t>
      </w:r>
      <w:r w:rsidR="00612ADA" w:rsidRPr="00A761D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.1. Oktatási és módszertani feladatok</w:t>
      </w:r>
    </w:p>
    <w:p w:rsidR="00612ADA" w:rsidRPr="00A761DE" w:rsidRDefault="00612ADA" w:rsidP="003F3FC3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A761D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Tantervi szabályozás és adminisztráció:</w:t>
      </w: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A munkaközösségek kulcsfontosságú feladata a tantárgyfelosztás alapján a helyi tanmenetek egységes elvek szerinti felülvizsgálata és elkészítése a megadott határidőig (2026. szeptember 20.). Kiemelt figyelmet kell fordítani a KRÉTA rendszer naprakész, pontos vezetésére, valamint a gyakorlatok, a közösségi szolgálat, az osztályozó és javító vizsgák záradékainak szabályos rögzítésére.</w:t>
      </w:r>
    </w:p>
    <w:p w:rsidR="00612ADA" w:rsidRPr="00A761DE" w:rsidRDefault="00612ADA" w:rsidP="003F3FC3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A761D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Vizsgákra való felkészítés és mérés-értékelés:</w:t>
      </w: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Egységes követelmény- és kritériumrendszer kialakítása az ágazati alapvizsgákra, az érettségire és a szakmai vizsgákra történő felkészítés során. A munkaközösség-vezetők feladata a GINOP kompetenciamérés (9. évfolyam, szeptember 15.) és az országos kompetenciamérések (2027. március 22. – május 28.) eredményeinek elemzése, és az ezekre épülő fejlesztési tervek kidolgozása.</w:t>
      </w:r>
    </w:p>
    <w:p w:rsidR="00612ADA" w:rsidRPr="00A761DE" w:rsidRDefault="00612ADA" w:rsidP="003F3FC3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A761D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Módszertani kultúra fejlesztése:</w:t>
      </w: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A projektoktatást és a digitális technológiát alkalmazó pedagógiai eljárások terjesztése. A munkaközösségek kötelesek szakmai programmal megtölteni a kijelölt témanapokat („Diákok hangja”, Magyar Diáksport Napja, Pályaorientációs témanap) és a témaheteket (PÉNZ7, Digitális Témahét, Fenntarthatósági Témahét).</w:t>
      </w:r>
      <w:r w:rsidR="00124AED"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Az Aktív iskola aktív résztvevői legyünk!</w:t>
      </w:r>
    </w:p>
    <w:p w:rsidR="00612ADA" w:rsidRPr="00A761DE" w:rsidRDefault="00612ADA" w:rsidP="003F3FC3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A761D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Minőségbiztosítás és pályakövetés:</w:t>
      </w: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A külső szakmai ellenőrzésekre (különösen a 2026. december 14-i MIR helyszíni látogatásra) való módszertani felkészülés. A végzett tanulók felsőoktatási és munkaerőpiaci elhelyezkedésének pontos nyomon követése és összesítése szeptember 15-ig.</w:t>
      </w:r>
    </w:p>
    <w:p w:rsidR="00BC37B0" w:rsidRPr="00A761DE" w:rsidRDefault="00BC37B0" w:rsidP="00612ADA">
      <w:pPr>
        <w:spacing w:after="18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</w:pPr>
    </w:p>
    <w:p w:rsidR="00612ADA" w:rsidRPr="00A761DE" w:rsidRDefault="00753D7B" w:rsidP="00612ADA">
      <w:pPr>
        <w:spacing w:after="18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7</w:t>
      </w:r>
      <w:r w:rsidR="00612ADA" w:rsidRPr="00A761D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.2. Nevelési és közösségépítési feladatok</w:t>
      </w:r>
    </w:p>
    <w:p w:rsidR="00612ADA" w:rsidRPr="00A761DE" w:rsidRDefault="00612ADA" w:rsidP="003F3FC3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A761D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Szakmai identitás és etika formálása:</w:t>
      </w: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Az egészségügyi és szakmai pályaorientáció támogatása, a hivatástudat elmélyítése a mindennapi oktatómunka során. Az osztályfőnökök és szakmai oktatók szoros együttműködése a kulturált magatartás és a szociális kompetenciák fejlesztése érdekében.</w:t>
      </w:r>
    </w:p>
    <w:p w:rsidR="00BC37B0" w:rsidRPr="00A761DE" w:rsidRDefault="00612ADA" w:rsidP="003F3FC3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A761D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Értékközvetítés és az iskola hírneve:</w:t>
      </w: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Aktív szerepvállalás az intézményi hagyományok ápolásában és az évfordulós rendezvények megszervezésében. </w:t>
      </w:r>
    </w:p>
    <w:p w:rsidR="00612ADA" w:rsidRPr="00A761DE" w:rsidRDefault="00612ADA" w:rsidP="003F3FC3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A761D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Prevenció és egyéni támogatás:</w:t>
      </w: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Szoros és rendszerszintű együttműködés az iskolapszichológussal, valamint a szociális és prevenciós segítővel a beilleszkedési, magatartási és tanulási nehézségekkel küzdő, vagy hátrányos helyzetű tanulók időbeni kiszűrése és támogatása érdekében.</w:t>
      </w:r>
    </w:p>
    <w:p w:rsidR="0012522E" w:rsidRPr="00A761DE" w:rsidRDefault="0012522E" w:rsidP="0012522E">
      <w:pPr>
        <w:rPr>
          <w:rFonts w:ascii="Times New Roman" w:hAnsi="Times New Roman" w:cs="Times New Roman"/>
          <w:sz w:val="24"/>
          <w:szCs w:val="24"/>
          <w:lang w:val="hu-HU"/>
        </w:rPr>
      </w:pPr>
    </w:p>
    <w:p w:rsidR="00FF73BD" w:rsidRDefault="00FF73BD" w:rsidP="0012522E">
      <w:pPr>
        <w:pStyle w:val="Cmsor1"/>
        <w:spacing w:before="240" w:after="120"/>
        <w:rPr>
          <w:rFonts w:ascii="Times New Roman" w:hAnsi="Times New Roman" w:cs="Times New Roman"/>
          <w:color w:val="1B365D"/>
          <w:sz w:val="24"/>
          <w:szCs w:val="24"/>
          <w:lang w:val="hu-HU"/>
        </w:rPr>
        <w:sectPr w:rsidR="00FF73BD" w:rsidSect="00034616">
          <w:pgSz w:w="11909" w:h="16834"/>
          <w:pgMar w:top="1440" w:right="1440" w:bottom="1440" w:left="1440" w:header="720" w:footer="720" w:gutter="0"/>
          <w:cols w:space="720"/>
          <w:docGrid w:linePitch="360"/>
        </w:sectPr>
      </w:pPr>
    </w:p>
    <w:p w:rsidR="000D2C55" w:rsidRPr="00A761DE" w:rsidRDefault="0081036C" w:rsidP="0012522E">
      <w:pPr>
        <w:pStyle w:val="Cmsor1"/>
        <w:spacing w:before="240" w:after="120"/>
        <w:rPr>
          <w:rFonts w:ascii="Times New Roman" w:hAnsi="Times New Roman" w:cs="Times New Roman"/>
          <w:color w:val="1B365D"/>
          <w:sz w:val="24"/>
          <w:szCs w:val="24"/>
          <w:lang w:val="hu-HU"/>
        </w:rPr>
      </w:pPr>
      <w:bookmarkStart w:id="36" w:name="_Toc241233994"/>
      <w:r>
        <w:rPr>
          <w:rFonts w:ascii="Times New Roman" w:hAnsi="Times New Roman" w:cs="Times New Roman"/>
          <w:color w:val="1B365D"/>
          <w:sz w:val="24"/>
          <w:szCs w:val="24"/>
          <w:lang w:val="hu-HU"/>
        </w:rPr>
        <w:lastRenderedPageBreak/>
        <w:t xml:space="preserve">12. </w:t>
      </w:r>
      <w:r w:rsidR="00612ADA" w:rsidRPr="00A761DE">
        <w:rPr>
          <w:rFonts w:ascii="Times New Roman" w:hAnsi="Times New Roman" w:cs="Times New Roman"/>
          <w:color w:val="1B365D"/>
          <w:sz w:val="24"/>
          <w:szCs w:val="24"/>
          <w:lang w:val="hu-HU"/>
        </w:rPr>
        <w:t xml:space="preserve"> Felelősök, </w:t>
      </w:r>
      <w:r w:rsidR="005430B9" w:rsidRPr="00A761DE">
        <w:rPr>
          <w:rFonts w:ascii="Times New Roman" w:hAnsi="Times New Roman" w:cs="Times New Roman"/>
          <w:color w:val="1B365D"/>
          <w:sz w:val="24"/>
          <w:szCs w:val="24"/>
          <w:lang w:val="hu-HU"/>
        </w:rPr>
        <w:t>k</w:t>
      </w:r>
      <w:r w:rsidR="00612ADA" w:rsidRPr="00A761DE">
        <w:rPr>
          <w:rFonts w:ascii="Times New Roman" w:hAnsi="Times New Roman" w:cs="Times New Roman"/>
          <w:color w:val="1B365D"/>
          <w:sz w:val="24"/>
          <w:szCs w:val="24"/>
          <w:lang w:val="hu-HU"/>
        </w:rPr>
        <w:t xml:space="preserve">inevezések és </w:t>
      </w:r>
      <w:r w:rsidR="005430B9" w:rsidRPr="00A761DE">
        <w:rPr>
          <w:rFonts w:ascii="Times New Roman" w:hAnsi="Times New Roman" w:cs="Times New Roman"/>
          <w:color w:val="1B365D"/>
          <w:sz w:val="24"/>
          <w:szCs w:val="24"/>
          <w:lang w:val="hu-HU"/>
        </w:rPr>
        <w:t>f</w:t>
      </w:r>
      <w:r w:rsidR="00612ADA" w:rsidRPr="00A761DE">
        <w:rPr>
          <w:rFonts w:ascii="Times New Roman" w:hAnsi="Times New Roman" w:cs="Times New Roman"/>
          <w:color w:val="1B365D"/>
          <w:sz w:val="24"/>
          <w:szCs w:val="24"/>
          <w:lang w:val="hu-HU"/>
        </w:rPr>
        <w:t>eladatok</w:t>
      </w:r>
      <w:bookmarkEnd w:id="36"/>
    </w:p>
    <w:p w:rsidR="00B84A10" w:rsidRPr="00A761DE" w:rsidRDefault="00B84A10" w:rsidP="00B84A10">
      <w:pPr>
        <w:keepNext/>
        <w:keepLines/>
        <w:spacing w:before="320" w:after="0" w:line="240" w:lineRule="auto"/>
        <w:outlineLvl w:val="0"/>
        <w:rPr>
          <w:rFonts w:ascii="Times New Roman" w:eastAsia="Times New Roman" w:hAnsi="Times New Roman" w:cs="Times New Roman"/>
          <w:color w:val="2F5496"/>
          <w:sz w:val="24"/>
          <w:szCs w:val="24"/>
          <w:lang w:val="hu-HU"/>
        </w:rPr>
      </w:pPr>
      <w:bookmarkStart w:id="37" w:name="_Toc209611462"/>
      <w:bookmarkStart w:id="38" w:name="_Toc241233995"/>
      <w:r w:rsidRPr="00A761DE">
        <w:rPr>
          <w:rFonts w:ascii="Times New Roman" w:eastAsia="Times New Roman" w:hAnsi="Times New Roman" w:cs="Times New Roman"/>
          <w:color w:val="2F5496"/>
          <w:sz w:val="24"/>
          <w:szCs w:val="24"/>
          <w:lang w:val="hu-HU"/>
        </w:rPr>
        <w:t>Megbízatások a 2025-2026. tanévre</w:t>
      </w:r>
      <w:bookmarkEnd w:id="37"/>
      <w:bookmarkEnd w:id="38"/>
    </w:p>
    <w:p w:rsidR="00B84A10" w:rsidRPr="00A761DE" w:rsidRDefault="00B84A10" w:rsidP="00B84A10">
      <w:pPr>
        <w:spacing w:after="160" w:line="259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</w:p>
    <w:p w:rsidR="00B84A10" w:rsidRPr="00A761DE" w:rsidRDefault="00B84A10" w:rsidP="00B84A10">
      <w:pPr>
        <w:spacing w:after="160" w:line="259" w:lineRule="auto"/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hu-HU"/>
        </w:rPr>
        <w:t>Intézményvezetés:</w:t>
      </w:r>
    </w:p>
    <w:p w:rsidR="00B84A10" w:rsidRPr="00A761DE" w:rsidRDefault="00B84A10" w:rsidP="00B84A10">
      <w:pPr>
        <w:spacing w:after="120" w:line="259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Igazgató: Némethné Baráth Anikó</w:t>
      </w:r>
    </w:p>
    <w:p w:rsidR="00B84A10" w:rsidRPr="00A761DE" w:rsidRDefault="00B84A10" w:rsidP="00B84A10">
      <w:pPr>
        <w:spacing w:after="120" w:line="259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Nevelési igazgatóhelyettes: Major Ágota</w:t>
      </w:r>
    </w:p>
    <w:p w:rsidR="00B84A10" w:rsidRPr="00A761DE" w:rsidRDefault="00B84A10" w:rsidP="00B84A10">
      <w:pPr>
        <w:spacing w:after="120" w:line="259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 xml:space="preserve">Szakmai igazgatóhelyettes: </w:t>
      </w:r>
      <w:proofErr w:type="spellStart"/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Szolyákné</w:t>
      </w:r>
      <w:proofErr w:type="spellEnd"/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 xml:space="preserve"> Skoda Marianna</w:t>
      </w:r>
    </w:p>
    <w:p w:rsidR="00B84A10" w:rsidRPr="00A761DE" w:rsidRDefault="00B84A10" w:rsidP="00B84A10">
      <w:pPr>
        <w:spacing w:after="120" w:line="259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Gyakorlati oktatásvezető: Takácsné Hargitai Beáta</w:t>
      </w:r>
    </w:p>
    <w:p w:rsidR="00B84A10" w:rsidRPr="00A761DE" w:rsidRDefault="00B84A10" w:rsidP="00B84A10">
      <w:pPr>
        <w:spacing w:after="160" w:line="259" w:lineRule="auto"/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hu-HU"/>
        </w:rPr>
        <w:t>Munkaközösségek:</w:t>
      </w:r>
    </w:p>
    <w:p w:rsidR="00B84A10" w:rsidRPr="00A761DE" w:rsidRDefault="00B84A10" w:rsidP="00B84A10">
      <w:pPr>
        <w:spacing w:after="120" w:line="259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Közismereti munkaközösségvezető: Simon Bence</w:t>
      </w:r>
    </w:p>
    <w:p w:rsidR="00B84A10" w:rsidRPr="00A761DE" w:rsidRDefault="00B84A10" w:rsidP="00B84A10">
      <w:pPr>
        <w:spacing w:after="120" w:line="259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 xml:space="preserve">Osztályfőnöki munkaközösségvezető: Kalmár Szilárd </w:t>
      </w:r>
    </w:p>
    <w:p w:rsidR="00B84A10" w:rsidRPr="00A761DE" w:rsidRDefault="00B84A10" w:rsidP="00B84A10">
      <w:pPr>
        <w:spacing w:after="120" w:line="259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 xml:space="preserve">Szakmai munkaközösség-vezető: </w:t>
      </w:r>
      <w:proofErr w:type="spellStart"/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Verhás</w:t>
      </w:r>
      <w:proofErr w:type="spellEnd"/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 xml:space="preserve"> Erzsébet</w:t>
      </w:r>
    </w:p>
    <w:p w:rsidR="00B84A10" w:rsidRPr="00A761DE" w:rsidRDefault="00B84A10" w:rsidP="00B84A10">
      <w:pPr>
        <w:spacing w:after="120" w:line="259" w:lineRule="auto"/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hu-HU"/>
        </w:rPr>
        <w:t>Egyéb megbízatások</w:t>
      </w:r>
    </w:p>
    <w:p w:rsidR="00B84A10" w:rsidRPr="00A761DE" w:rsidRDefault="00B84A10" w:rsidP="00B84A10">
      <w:pPr>
        <w:spacing w:after="120" w:line="259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Sport ágazati oktatásvezető: Simon Bence</w:t>
      </w:r>
    </w:p>
    <w:p w:rsidR="00B84A10" w:rsidRPr="00A761DE" w:rsidRDefault="00B84A10" w:rsidP="00B84A10">
      <w:pPr>
        <w:spacing w:after="120" w:line="259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 xml:space="preserve">DÖK segítő tanár: </w:t>
      </w:r>
      <w:proofErr w:type="spellStart"/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Gyöngyössy</w:t>
      </w:r>
      <w:proofErr w:type="spellEnd"/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 xml:space="preserve"> Péterné, Gaál Flóra</w:t>
      </w:r>
    </w:p>
    <w:p w:rsidR="00B84A10" w:rsidRPr="00A761DE" w:rsidRDefault="00B84A10" w:rsidP="00B84A10">
      <w:pPr>
        <w:pStyle w:val="Felsorols"/>
        <w:numPr>
          <w:ilvl w:val="0"/>
          <w:numId w:val="0"/>
        </w:numPr>
        <w:spacing w:after="60"/>
        <w:ind w:left="360" w:hanging="3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Közösségi szolgálat (IKSZ) koordinátor: Pesti Ildikó</w:t>
      </w:r>
    </w:p>
    <w:p w:rsidR="00B84A10" w:rsidRPr="00A761DE" w:rsidRDefault="00B84A10" w:rsidP="00B84A10">
      <w:pPr>
        <w:spacing w:after="120" w:line="259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Ifjúsági felelős: Kalmár Szilárd</w:t>
      </w:r>
    </w:p>
    <w:p w:rsidR="00B84A10" w:rsidRPr="00A761DE" w:rsidRDefault="00B84A10" w:rsidP="00B84A10">
      <w:pPr>
        <w:spacing w:after="120" w:line="259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Tankönyvfelelős: Wágner Dominika</w:t>
      </w:r>
    </w:p>
    <w:p w:rsidR="00B84A10" w:rsidRPr="00A761DE" w:rsidRDefault="00B84A10" w:rsidP="00B84A10">
      <w:pPr>
        <w:spacing w:after="120" w:line="259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 xml:space="preserve">Pályaorientációs felelős: Büki Beatrix, </w:t>
      </w:r>
      <w:proofErr w:type="spellStart"/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Katzler</w:t>
      </w:r>
      <w:proofErr w:type="spellEnd"/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 xml:space="preserve"> Ábel</w:t>
      </w:r>
    </w:p>
    <w:p w:rsidR="00B84A10" w:rsidRPr="00A761DE" w:rsidRDefault="00B84A10" w:rsidP="00B84A10">
      <w:pPr>
        <w:spacing w:after="120" w:line="259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 xml:space="preserve">Képzési Tanács tanári képviselői: Horváth Istvánné és </w:t>
      </w:r>
      <w:proofErr w:type="spellStart"/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Katzler</w:t>
      </w:r>
      <w:proofErr w:type="spellEnd"/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 xml:space="preserve"> Ábel</w:t>
      </w:r>
    </w:p>
    <w:p w:rsidR="00B84A10" w:rsidRDefault="00B84A10" w:rsidP="00FF73BD">
      <w:pPr>
        <w:spacing w:after="120" w:line="259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 xml:space="preserve">Apáczai - program mentor: Wágner Dominika </w:t>
      </w:r>
    </w:p>
    <w:p w:rsidR="00B8704E" w:rsidRPr="00FF73BD" w:rsidRDefault="00B8704E" w:rsidP="00FF73BD">
      <w:pPr>
        <w:spacing w:after="120" w:line="259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K</w:t>
      </w:r>
      <w:r w:rsidR="00B35433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 xml:space="preserve">RESZ -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 xml:space="preserve"> vizs</w:t>
      </w:r>
      <w:r w:rsidR="00B35433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gáztató: Horváth Istvánné, Simon Zsolt</w:t>
      </w:r>
    </w:p>
    <w:p w:rsidR="000D2C55" w:rsidRPr="00A761DE" w:rsidRDefault="00612ADA">
      <w:pPr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b/>
          <w:sz w:val="24"/>
          <w:szCs w:val="24"/>
          <w:lang w:val="hu-HU"/>
        </w:rPr>
        <w:t>Új megbízások a 2026/2027. tanévtől: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Órarend készítése, koordinációja: Simon Zsolt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Erasmus programok: Szegedi Noémi, Wágner Veronika</w:t>
      </w:r>
    </w:p>
    <w:p w:rsidR="000D2C55" w:rsidRPr="00A761DE" w:rsidRDefault="00612ADA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Tankönyv pótrendelések menedzselése: Wágner Dominika</w:t>
      </w:r>
    </w:p>
    <w:p w:rsidR="004562F0" w:rsidRPr="00A761DE" w:rsidRDefault="004562F0" w:rsidP="0081036C">
      <w:pPr>
        <w:pStyle w:val="Cmsor2"/>
        <w:rPr>
          <w:lang w:val="hu-HU"/>
        </w:rPr>
      </w:pPr>
      <w:bookmarkStart w:id="39" w:name="_Toc209611463"/>
      <w:bookmarkStart w:id="40" w:name="_Toc241233996"/>
      <w:r w:rsidRPr="00A761DE">
        <w:rPr>
          <w:lang w:val="hu-HU"/>
        </w:rPr>
        <w:t>Tervezett továbbképzések</w:t>
      </w:r>
      <w:bookmarkEnd w:id="39"/>
      <w:bookmarkEnd w:id="40"/>
    </w:p>
    <w:p w:rsidR="004562F0" w:rsidRPr="00A761DE" w:rsidRDefault="004562F0" w:rsidP="004562F0">
      <w:pPr>
        <w:spacing w:after="160" w:line="259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</w:p>
    <w:p w:rsidR="004562F0" w:rsidRPr="00A761DE" w:rsidRDefault="004562F0" w:rsidP="004562F0">
      <w:pPr>
        <w:spacing w:after="160" w:line="259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Az IKK honlapján az Oktatói Továbbképzési Rendszer keretében történik a továbbképzések tervezése és adminisztrálása.</w:t>
      </w:r>
    </w:p>
    <w:p w:rsidR="004562F0" w:rsidRPr="00A761DE" w:rsidRDefault="004562F0" w:rsidP="004562F0">
      <w:pPr>
        <w:spacing w:after="160" w:line="259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Prioritást élveznek azok a kollégák, akiknek hamarosan lejár a ciklus:</w:t>
      </w:r>
    </w:p>
    <w:p w:rsidR="004562F0" w:rsidRPr="00A761DE" w:rsidRDefault="004562F0" w:rsidP="004562F0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lastRenderedPageBreak/>
        <w:t>Közelgő határidővel érintett kollégák: Takácsné Hargitai Bea, Gaál Flóra, Simon Zsolt, Dohi Veronika</w:t>
      </w:r>
    </w:p>
    <w:p w:rsidR="004562F0" w:rsidRPr="00A761DE" w:rsidRDefault="004562F0">
      <w:pPr>
        <w:spacing w:before="120"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>Szakirányú továbbképzések még:</w:t>
      </w:r>
    </w:p>
    <w:p w:rsidR="00505936" w:rsidRPr="00732B77" w:rsidRDefault="00612ADA" w:rsidP="00732B77">
      <w:pPr>
        <w:pStyle w:val="Felsorols"/>
        <w:spacing w:after="60"/>
        <w:rPr>
          <w:rFonts w:ascii="Times New Roman" w:hAnsi="Times New Roman" w:cs="Times New Roman"/>
          <w:sz w:val="24"/>
          <w:szCs w:val="24"/>
          <w:lang w:val="hu-HU"/>
        </w:rPr>
      </w:pPr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Horváth Istvánné, </w:t>
      </w:r>
      <w:proofErr w:type="spellStart"/>
      <w:r w:rsidRPr="00A761DE">
        <w:rPr>
          <w:rFonts w:ascii="Times New Roman" w:hAnsi="Times New Roman" w:cs="Times New Roman"/>
          <w:sz w:val="24"/>
          <w:szCs w:val="24"/>
          <w:lang w:val="hu-HU"/>
        </w:rPr>
        <w:t>Verhás</w:t>
      </w:r>
      <w:proofErr w:type="spellEnd"/>
      <w:r w:rsidRPr="00A761DE">
        <w:rPr>
          <w:rFonts w:ascii="Times New Roman" w:hAnsi="Times New Roman" w:cs="Times New Roman"/>
          <w:sz w:val="24"/>
          <w:szCs w:val="24"/>
          <w:lang w:val="hu-HU"/>
        </w:rPr>
        <w:t xml:space="preserve"> Erzsébet, Kalmár Szilárd</w:t>
      </w:r>
    </w:p>
    <w:p w:rsidR="00732B77" w:rsidRPr="0081036C" w:rsidRDefault="0081036C" w:rsidP="00732B77">
      <w:pPr>
        <w:pStyle w:val="Cmsor1"/>
        <w:rPr>
          <w:lang w:val="hu-HU"/>
        </w:rPr>
      </w:pPr>
      <w:bookmarkStart w:id="41" w:name="_Toc241233997"/>
      <w:r>
        <w:rPr>
          <w:lang w:val="hu-HU" w:eastAsia="hu-HU"/>
        </w:rPr>
        <w:t>13.</w:t>
      </w:r>
      <w:r w:rsidR="00753D7B" w:rsidRPr="0081036C">
        <w:rPr>
          <w:lang w:val="hu-HU"/>
        </w:rPr>
        <w:t xml:space="preserve"> </w:t>
      </w:r>
      <w:r w:rsidR="00505936" w:rsidRPr="0081036C">
        <w:rPr>
          <w:lang w:val="hu-HU"/>
        </w:rPr>
        <w:t xml:space="preserve">A </w:t>
      </w:r>
      <w:r w:rsidR="00732B77" w:rsidRPr="00732B77">
        <w:rPr>
          <w:lang w:val="hu-HU" w:eastAsia="hu-HU"/>
        </w:rPr>
        <w:t>2026–2027. tanév legfontosabb konkrét feladatai</w:t>
      </w:r>
      <w:bookmarkEnd w:id="41"/>
    </w:p>
    <w:p w:rsidR="00732B77" w:rsidRPr="00732B77" w:rsidRDefault="00732B77" w:rsidP="00732B77">
      <w:pPr>
        <w:rPr>
          <w:lang w:val="hu-HU" w:eastAsia="hu-H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8"/>
        <w:gridCol w:w="2510"/>
        <w:gridCol w:w="2103"/>
        <w:gridCol w:w="1838"/>
      </w:tblGrid>
      <w:tr w:rsidR="00732B77" w:rsidRPr="00732B77" w:rsidTr="004B560D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Feladat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Határidő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Felelős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Értékelés</w:t>
            </w:r>
          </w:p>
        </w:tc>
      </w:tr>
      <w:tr w:rsidR="00732B77" w:rsidRPr="00732B77" w:rsidTr="004B560D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Az iskolai éves munkaterv elkészítése és elfogadása.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 Munkaközösségi munkatervek.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2026. szeptember 10.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 (dokumentumelfogadó értekezlet), a munkaközösségi tervek: </w:t>
            </w: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2026. szeptember 20.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Igazgató, Munkaközösség-vezetők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Félévi és tanévzáró értekezleten</w:t>
            </w:r>
          </w:p>
        </w:tc>
      </w:tr>
      <w:tr w:rsidR="00732B77" w:rsidRPr="00732B77" w:rsidTr="004B560D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Tanmenetek, foglalkozási tervek készítése.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br/>
              <w:t>a) Az előző tanévben is használtak aktualizálása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br/>
              <w:t>b) Felmenő rendszerű „új képzések” tanmenetei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2026. szeptember 20.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Oktatók, Munkaközösség-vezetők, Iskolavezetés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2026. október</w:t>
            </w:r>
          </w:p>
        </w:tc>
      </w:tr>
      <w:tr w:rsidR="00732B77" w:rsidRPr="00732B77" w:rsidTr="004B560D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A duális képzőhellyel közös képzési program kialakítása, felülvizsgálata.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 Az előző évi szakmai vizsga eredményeinek elemzése a duális partnerekkel.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2026. szeptember 30.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Igazgató, Szakmai igazgatóhelyettes, Gyakorlati oktatásvezető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Félévi és tanévzáró értekezleten</w:t>
            </w:r>
          </w:p>
        </w:tc>
      </w:tr>
      <w:tr w:rsidR="00732B77" w:rsidRPr="00732B77" w:rsidTr="004B560D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Országos mérés keretében a tanulók fizikai állapotának vizsgálata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 (NETFIT alkalmazása, adatok rögzítése).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A tanév rendjéről szóló rendelet szerinti tavaszi időszakban.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Igazgató, Iskolatitkár (SZIR tanulói adatok), Testnevelést oktatók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Tanévzáró értekezleten</w:t>
            </w:r>
          </w:p>
        </w:tc>
      </w:tr>
      <w:tr w:rsidR="00732B77" w:rsidRPr="00D1002A" w:rsidTr="004B560D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Iskolai dokumentumok felülvizsgálata, korrekciója: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 Házirend módosítási javaslatok, Képzési program.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Javaslatok: </w:t>
            </w: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2026. szeptember 5-ig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, véglegesítés: </w:t>
            </w: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2026. október 30.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Igazgató, Munkaközösség-vezetők, Iskolavezetés, Oktatók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A dokumentumokat elfogadó oktatói értekezleten</w:t>
            </w:r>
          </w:p>
        </w:tc>
      </w:tr>
      <w:tr w:rsidR="00732B77" w:rsidRPr="00732B77" w:rsidTr="004B560D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Az SNI/BTMN tanulók szakvéleményeinek ellenőrzése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, fejlesztő 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lastRenderedPageBreak/>
              <w:t>foglalkozásaik megszervezése, kedvezményeik biztosítása.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lastRenderedPageBreak/>
              <w:t>2026. szeptember 30.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, majd folyamatos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Igazgató, Nevelési igazgatóhelyettes, 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lastRenderedPageBreak/>
              <w:t>Iskolapszichológus, Fejlesztők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lastRenderedPageBreak/>
              <w:t>Félévi és tanévzáró értekezleten</w:t>
            </w:r>
          </w:p>
        </w:tc>
      </w:tr>
      <w:tr w:rsidR="00732B77" w:rsidRPr="00D1002A" w:rsidTr="004B560D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Az Iskolai Közösségi Szolgálat (IKSZ)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 megszervezése, működtetése és rögzítése a bizonyítványokban.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Folyamatos (A záradékok Kréta-fordítása: </w:t>
            </w: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2026. szeptember 28.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Igazgató, </w:t>
            </w: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Pesti Ildikó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 (új megbízás), Érintett osztályfőnökök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Az érettségi vizsga megkezdése előtt</w:t>
            </w:r>
          </w:p>
        </w:tc>
      </w:tr>
      <w:tr w:rsidR="00732B77" w:rsidRPr="00732B77" w:rsidTr="004B560D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A 2026. évi október-novemberi érettségi vizsgák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 megszervezése és lebonyolítása.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Jelentkezés: </w:t>
            </w: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2026. szeptember 5-ig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 Piroskánál. Írásbeli vizsgák: </w:t>
            </w: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2026. október 15. és 19.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 Szóbelik: </w:t>
            </w: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2026. november 5–20.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Igazgató, Nevelési igazgatóhelyettes, Kijelölt vizsgabizottságok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2026. decemberi értekezleten</w:t>
            </w:r>
          </w:p>
        </w:tc>
      </w:tr>
      <w:tr w:rsidR="00732B77" w:rsidRPr="00732B77" w:rsidTr="004B560D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A 2027. évi május-júniusi érettségi vizsgák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 megszervezése és lebonyolítása.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Jelentkezés: </w:t>
            </w: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2027. február 15-ig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br/>
              <w:t xml:space="preserve">Írásbelik: </w:t>
            </w: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2027. május 3–11.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br/>
              <w:t xml:space="preserve">Szóbelik: </w:t>
            </w: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2027. június 2–30.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Igazgató, Nevelési igazgatóhelyettes, Osztályfőnökök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Tanévzáró értekezleten</w:t>
            </w:r>
          </w:p>
        </w:tc>
      </w:tr>
      <w:tr w:rsidR="00732B77" w:rsidRPr="00D1002A" w:rsidTr="004B560D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Szakmai vizsgák megszervezése és lebonyolítása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 (Október, Február, Május időszakok).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2026. október 5-től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, </w:t>
            </w: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2027. február 1-től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, </w:t>
            </w: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2027. május 3-tól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 a szakmai táblázat szerint.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Igazgató, Szakmai igazgatóhelyettes, Vizsgabizottságok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Az adott vizsgaidőszakot követően és év végén</w:t>
            </w:r>
          </w:p>
        </w:tc>
      </w:tr>
      <w:tr w:rsidR="00732B77" w:rsidRPr="00732B77" w:rsidTr="004B560D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Alapkompetencia fejlesztés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 (szövegértés, matematika és idegen nyelv) a 9–10. évfolyamon a lemorzsolódás csökkentésére.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Folyamatos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Oktatók, Munkaközösségek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Tanévzáró értekezleten</w:t>
            </w:r>
          </w:p>
        </w:tc>
      </w:tr>
      <w:tr w:rsidR="00732B77" w:rsidRPr="00732B77" w:rsidTr="004B560D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Tehetséggondozás, versenyfelkészítés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, tanulmányi és sportversenyek szigorú szelektálása. </w:t>
            </w: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Aktív Iskola program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2026. szeptemberétől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 folyamatos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Oktatók, Testnevelők, Munkaközösség-vezetők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Tanévzáró értekezleten</w:t>
            </w:r>
          </w:p>
        </w:tc>
      </w:tr>
      <w:tr w:rsidR="00732B77" w:rsidRPr="00732B77" w:rsidTr="004B560D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Iskolai szintű megemlékezések, nemzeti ünnepek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 méltó megtartása (Okt. 6., Okt. 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lastRenderedPageBreak/>
              <w:t>23., Febr. 25., Márc. 15., Ápr. 16., Jún. 4.).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lastRenderedPageBreak/>
              <w:t>Az aktuális ünnepnapok szerint (kiemelt hangsúly az ünnepi öltözeten).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proofErr w:type="spellStart"/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Gyöngyössy</w:t>
            </w:r>
            <w:proofErr w:type="spellEnd"/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 Péterné, Gaál Flóra, Osztályfőnöki munkaközösség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Tanévzáró értekezleten</w:t>
            </w:r>
          </w:p>
        </w:tc>
      </w:tr>
      <w:tr w:rsidR="00732B77" w:rsidRPr="00732B77" w:rsidTr="004B560D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Az iskola hagyományos programjainak szervezése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 (</w:t>
            </w:r>
            <w:proofErr w:type="spellStart"/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Gólyanap</w:t>
            </w:r>
            <w:proofErr w:type="spellEnd"/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, Évfordulós kiemelt rendezvények).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proofErr w:type="spellStart"/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Gólyanap</w:t>
            </w:r>
            <w:proofErr w:type="spellEnd"/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: </w:t>
            </w: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2026. augusztus 31.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 Tanévnyitó: </w:t>
            </w: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2026. szeptember 2.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 Évfordulók: folyamatos.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Iskolavezetés, Osztályfőnökök, Munkaközösségek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Félévi és tanévzáró értekezleten</w:t>
            </w:r>
          </w:p>
        </w:tc>
      </w:tr>
      <w:tr w:rsidR="00732B77" w:rsidRPr="00732B77" w:rsidTr="004B560D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Beiskolázási és pályaorientációs feladatok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, nyílt napok, nyolcadikosok megszólítása.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A programterv szerint, kiemelten a csütörtöki napokon.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Iskolavezetés, Büki Beatrix, </w:t>
            </w:r>
            <w:proofErr w:type="spellStart"/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Katzler</w:t>
            </w:r>
            <w:proofErr w:type="spellEnd"/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 Ábel, Az oktatói testület minden tagja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Tanévzáró értekezleten</w:t>
            </w:r>
          </w:p>
        </w:tc>
      </w:tr>
      <w:tr w:rsidR="00732B77" w:rsidRPr="00732B77" w:rsidTr="004B560D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GINOP kompetenciamérés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 a 9. évfolyamon.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2026. szeptember 15., 7:30-tól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Munkaközösség-vezetők, Érintett felmérésvezető oktatók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Félévi értekezleten</w:t>
            </w:r>
          </w:p>
        </w:tc>
      </w:tr>
      <w:tr w:rsidR="00732B77" w:rsidRPr="00732B77" w:rsidTr="004B560D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Országos kompetenciamérések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 megszervezése és lebonyolítása az érintett évfolyamokon.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2027. március 22. és 2027. május 28. között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Igazgató, Telephelyi koordinátor (Nevelési igh.), Felmérésvezetők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Tanévzáró értekezleten</w:t>
            </w:r>
          </w:p>
        </w:tc>
      </w:tr>
      <w:tr w:rsidR="00732B77" w:rsidRPr="00732B77" w:rsidTr="004B560D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Pályakövetési rendszer alkalmazása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 (EQAVET szerint), adatok összegyűjtése a felsőoktatásba </w:t>
            </w:r>
            <w:proofErr w:type="spellStart"/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felvettekről</w:t>
            </w:r>
            <w:proofErr w:type="spellEnd"/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2026. szeptember 15-ig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Osztályfőnökök, Munkaközösség-vezetők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2026. őszi vezetői értekezleten</w:t>
            </w:r>
          </w:p>
        </w:tc>
      </w:tr>
      <w:tr w:rsidR="00732B77" w:rsidRPr="00732B77" w:rsidTr="004B560D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Projektoktatást biztosító Témanapok és Témahetek: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br/>
              <w:t>a) Magyar Diáksport Napja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br/>
              <w:t>b) „Diákok hangja” témanap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br/>
            </w:r>
          </w:p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c) Pályaorientációs témanap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br/>
              <w:t>d) „PÉNZ7” pénzügyi témahét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br/>
              <w:t>e) Digitális Témahét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br/>
              <w:t>f) Fenntarthatósági Témahét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br/>
            </w:r>
          </w:p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</w:pPr>
          </w:p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2026. szeptember 25.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br/>
            </w: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2026. szept. 14. – okt. 22. között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 egy nap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br/>
              <w:t>Az iskola által választott szabad napon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br/>
            </w: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2027. március 1–5. között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br/>
            </w: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2027. április 5–9. között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br/>
            </w: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2027. április 19–23. között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</w:p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</w:p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Nevelési igazgatóhelyettes, Munkaközösség-vezetők, felkért oktatók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</w:p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Tanévzáró értekezleten</w:t>
            </w:r>
          </w:p>
        </w:tc>
      </w:tr>
      <w:tr w:rsidR="00732B77" w:rsidRPr="00732B77" w:rsidTr="004B560D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lastRenderedPageBreak/>
              <w:t>Folyamatos együttműködés a PTE Egészségtudományi Kar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 vezetőivel és munkatársaival (tanügy, munkajog, gazdálkodás, pályázatok).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Folyamatos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Iskolavezetés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Félévi és tanévzáró értekezleten</w:t>
            </w:r>
          </w:p>
        </w:tc>
      </w:tr>
      <w:tr w:rsidR="00732B77" w:rsidRPr="00732B77" w:rsidTr="004B560D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Az oktatói munka belső ellenőrzése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, hospitálások, MIR szempontok követése.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Folyamatos (MIR külső értékelés helyszíni látogatása: </w:t>
            </w: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2026. december 14.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Igazgató, Iskolavezetés, MIR tagok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Tanévzáró értekezleten</w:t>
            </w:r>
          </w:p>
        </w:tc>
      </w:tr>
      <w:tr w:rsidR="00732B77" w:rsidRPr="00732B77" w:rsidTr="004B560D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Oktatói továbbképzések</w:t>
            </w: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 és beiskolázási terv végrehajtása (cél: min. +3 fő bevonása a kötelezőn felül).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Közelgő határidősök: Takácsné H. Bea, Gaál Flóra, Simon Zsolt, Dohi Veronika.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Igazgató, Érintett pedagógusok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732B77" w:rsidRPr="00732B77" w:rsidRDefault="00732B77" w:rsidP="00732B7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732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Tanévzáró értekezleten</w:t>
            </w:r>
          </w:p>
        </w:tc>
      </w:tr>
    </w:tbl>
    <w:p w:rsidR="0081036C" w:rsidRDefault="0081036C" w:rsidP="0081036C">
      <w:pPr>
        <w:rPr>
          <w:lang w:val="hu-HU"/>
        </w:rPr>
      </w:pPr>
      <w:bookmarkStart w:id="42" w:name="_Toc209611467"/>
    </w:p>
    <w:p w:rsidR="0081036C" w:rsidRDefault="0081036C" w:rsidP="00EA745F">
      <w:pPr>
        <w:pStyle w:val="Cmsor1"/>
        <w:rPr>
          <w:lang w:val="hu-HU"/>
        </w:rPr>
        <w:sectPr w:rsidR="0081036C" w:rsidSect="00034616">
          <w:pgSz w:w="11909" w:h="16834"/>
          <w:pgMar w:top="1440" w:right="1440" w:bottom="1440" w:left="1440" w:header="720" w:footer="720" w:gutter="0"/>
          <w:cols w:space="720"/>
          <w:docGrid w:linePitch="360"/>
        </w:sectPr>
      </w:pPr>
    </w:p>
    <w:p w:rsidR="00EA745F" w:rsidRPr="00EA745F" w:rsidRDefault="00EA745F" w:rsidP="00536C8B">
      <w:pPr>
        <w:pStyle w:val="Cmsor1"/>
        <w:rPr>
          <w:lang w:val="hu-HU"/>
        </w:rPr>
      </w:pPr>
      <w:bookmarkStart w:id="43" w:name="_Toc241233998"/>
      <w:r>
        <w:rPr>
          <w:lang w:val="hu-HU"/>
        </w:rPr>
        <w:lastRenderedPageBreak/>
        <w:t>1</w:t>
      </w:r>
      <w:r w:rsidR="0081036C">
        <w:rPr>
          <w:lang w:val="hu-HU"/>
        </w:rPr>
        <w:t>4</w:t>
      </w:r>
      <w:r>
        <w:rPr>
          <w:lang w:val="hu-HU"/>
        </w:rPr>
        <w:t xml:space="preserve">. </w:t>
      </w:r>
      <w:r w:rsidR="001C238B" w:rsidRPr="001C238B">
        <w:rPr>
          <w:lang w:val="hu-HU"/>
        </w:rPr>
        <w:t>Beiskolázási terv</w:t>
      </w:r>
      <w:bookmarkEnd w:id="42"/>
      <w:bookmarkEnd w:id="43"/>
    </w:p>
    <w:p w:rsidR="00536C8B" w:rsidRPr="00536C8B" w:rsidRDefault="00536C8B" w:rsidP="00536C8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hu-HU"/>
        </w:rPr>
      </w:pPr>
    </w:p>
    <w:p w:rsidR="001C238B" w:rsidRPr="001C238B" w:rsidRDefault="001C238B" w:rsidP="001C238B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u-HU"/>
        </w:rPr>
      </w:pPr>
      <w:r w:rsidRPr="001C23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u-HU"/>
        </w:rPr>
        <w:t>Nyolcadikosoknak felvétel a technikumi képzésbe:</w:t>
      </w:r>
    </w:p>
    <w:p w:rsidR="001C238B" w:rsidRPr="001C238B" w:rsidRDefault="001C238B" w:rsidP="001C238B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u-HU"/>
        </w:rPr>
      </w:pPr>
      <w:r w:rsidRPr="001C23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u-HU"/>
        </w:rPr>
        <w:t>Felvehető tanulók létszáma:</w:t>
      </w:r>
    </w:p>
    <w:p w:rsidR="001C238B" w:rsidRPr="001C238B" w:rsidRDefault="001C238B" w:rsidP="001C238B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</w:pPr>
      <w:r w:rsidRPr="001C238B"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>Egészségügyi ágazat: 70 fő</w:t>
      </w:r>
    </w:p>
    <w:p w:rsidR="001C238B" w:rsidRPr="001C238B" w:rsidRDefault="001C238B" w:rsidP="001C238B">
      <w:pPr>
        <w:spacing w:after="160" w:line="360" w:lineRule="auto"/>
        <w:jc w:val="both"/>
        <w:rPr>
          <w:rFonts w:ascii="Times New Roman" w:eastAsia="Calibri" w:hAnsi="Times New Roman" w:cs="Times New Roman"/>
          <w:b/>
          <w:bCs/>
          <w:color w:val="auto"/>
          <w:sz w:val="24"/>
          <w:szCs w:val="24"/>
          <w:lang w:val="hu-HU"/>
        </w:rPr>
      </w:pPr>
      <w:r w:rsidRPr="001C238B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>Sport ágazat: 32 fő</w:t>
      </w:r>
    </w:p>
    <w:p w:rsidR="001C238B" w:rsidRPr="001C238B" w:rsidRDefault="001C238B" w:rsidP="001C238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hu-HU" w:eastAsia="hu-HU"/>
        </w:rPr>
      </w:pPr>
      <w:r w:rsidRPr="001C23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u-HU" w:eastAsia="hu-HU"/>
        </w:rPr>
        <w:t>2027/28-as tanévre vonatkozóan képzési kínálat:</w:t>
      </w:r>
    </w:p>
    <w:p w:rsidR="001C238B" w:rsidRPr="001C238B" w:rsidRDefault="001C238B" w:rsidP="001C238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hu-HU" w:eastAsia="hu-HU"/>
        </w:rPr>
      </w:pPr>
    </w:p>
    <w:tbl>
      <w:tblPr>
        <w:tblpPr w:leftFromText="141" w:rightFromText="141" w:vertAnchor="text" w:horzAnchor="margin" w:tblpX="-777" w:tblpY="595"/>
        <w:tblW w:w="10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7"/>
        <w:gridCol w:w="1012"/>
        <w:gridCol w:w="844"/>
        <w:gridCol w:w="1469"/>
        <w:gridCol w:w="1429"/>
        <w:gridCol w:w="2782"/>
        <w:gridCol w:w="1016"/>
        <w:gridCol w:w="13"/>
      </w:tblGrid>
      <w:tr w:rsidR="00C93C67" w:rsidRPr="00C93C67" w:rsidTr="003E550A">
        <w:tc>
          <w:tcPr>
            <w:tcW w:w="10792" w:type="dxa"/>
            <w:gridSpan w:val="8"/>
          </w:tcPr>
          <w:p w:rsidR="00C93C67" w:rsidRPr="00C93C67" w:rsidRDefault="00C93C67" w:rsidP="00C93C6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TECHNIKUMI OSZTÁLYOK</w:t>
            </w:r>
          </w:p>
        </w:tc>
      </w:tr>
      <w:tr w:rsidR="00C93C67" w:rsidRPr="00C93C67" w:rsidTr="003E550A">
        <w:trPr>
          <w:gridAfter w:val="1"/>
          <w:wAfter w:w="13" w:type="dxa"/>
          <w:cantSplit/>
          <w:trHeight w:val="1541"/>
        </w:trPr>
        <w:tc>
          <w:tcPr>
            <w:tcW w:w="2227" w:type="dxa"/>
          </w:tcPr>
          <w:p w:rsidR="00C93C67" w:rsidRPr="00C93C67" w:rsidRDefault="00C93C67" w:rsidP="00C93C6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  <w:p w:rsidR="00C93C67" w:rsidRPr="00C93C67" w:rsidRDefault="00C93C67" w:rsidP="00C93C6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Feladatellátási hely</w:t>
            </w:r>
          </w:p>
        </w:tc>
        <w:tc>
          <w:tcPr>
            <w:tcW w:w="1012" w:type="dxa"/>
            <w:textDirection w:val="btLr"/>
          </w:tcPr>
          <w:p w:rsidR="00C93C67" w:rsidRPr="00C93C67" w:rsidRDefault="00C93C67" w:rsidP="00C93C67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  <w:p w:rsidR="00C93C67" w:rsidRPr="00C93C67" w:rsidRDefault="00C93C67" w:rsidP="00C93C67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Intézményi kód</w:t>
            </w:r>
          </w:p>
        </w:tc>
        <w:tc>
          <w:tcPr>
            <w:tcW w:w="844" w:type="dxa"/>
            <w:shd w:val="clear" w:color="auto" w:fill="auto"/>
            <w:textDirection w:val="btLr"/>
            <w:vAlign w:val="center"/>
          </w:tcPr>
          <w:p w:rsidR="00C93C67" w:rsidRPr="00C93C67" w:rsidRDefault="00C93C67" w:rsidP="00C93C67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Tagozat kód</w:t>
            </w:r>
          </w:p>
        </w:tc>
        <w:tc>
          <w:tcPr>
            <w:tcW w:w="1469" w:type="dxa"/>
            <w:shd w:val="clear" w:color="auto" w:fill="auto"/>
            <w:textDirection w:val="btLr"/>
            <w:vAlign w:val="center"/>
          </w:tcPr>
          <w:p w:rsidR="00C93C67" w:rsidRPr="00C93C67" w:rsidRDefault="00C93C67" w:rsidP="00C93C67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Ágazat</w:t>
            </w:r>
          </w:p>
        </w:tc>
        <w:tc>
          <w:tcPr>
            <w:tcW w:w="1429" w:type="dxa"/>
            <w:textDirection w:val="btLr"/>
          </w:tcPr>
          <w:p w:rsidR="00C93C67" w:rsidRPr="00C93C67" w:rsidRDefault="00C93C67" w:rsidP="00C93C67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Választható nyelv</w:t>
            </w:r>
          </w:p>
        </w:tc>
        <w:tc>
          <w:tcPr>
            <w:tcW w:w="2782" w:type="dxa"/>
            <w:shd w:val="clear" w:color="auto" w:fill="auto"/>
            <w:vAlign w:val="center"/>
          </w:tcPr>
          <w:p w:rsidR="00C93C67" w:rsidRPr="00C93C67" w:rsidRDefault="00C93C67" w:rsidP="00C93C6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Szakmakínálat</w:t>
            </w:r>
          </w:p>
          <w:p w:rsidR="00C93C67" w:rsidRPr="00C93C67" w:rsidRDefault="00C93C67" w:rsidP="00C93C6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 xml:space="preserve">Egyéb információ: </w:t>
            </w:r>
            <w:r w:rsidRPr="00C93C67"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ágazati alapvizsgát követően a 10. év végén választható szakmairányok</w:t>
            </w:r>
          </w:p>
        </w:tc>
        <w:tc>
          <w:tcPr>
            <w:tcW w:w="1016" w:type="dxa"/>
          </w:tcPr>
          <w:p w:rsidR="00C93C67" w:rsidRPr="00C93C67" w:rsidRDefault="00C93C67" w:rsidP="00C93C6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Képzési idő</w:t>
            </w:r>
          </w:p>
        </w:tc>
      </w:tr>
      <w:tr w:rsidR="00C93C67" w:rsidRPr="00C93C67" w:rsidTr="003E550A">
        <w:trPr>
          <w:gridAfter w:val="1"/>
          <w:wAfter w:w="13" w:type="dxa"/>
        </w:trPr>
        <w:tc>
          <w:tcPr>
            <w:tcW w:w="2227" w:type="dxa"/>
            <w:vMerge w:val="restart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Pécsi Tudományegyetem Szent-Györgyi Albert Egészségügyi Technikum és Szakképző Iskola</w:t>
            </w:r>
          </w:p>
        </w:tc>
        <w:tc>
          <w:tcPr>
            <w:tcW w:w="1012" w:type="dxa"/>
            <w:vMerge w:val="restart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001</w:t>
            </w:r>
          </w:p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844" w:type="dxa"/>
            <w:vMerge w:val="restart"/>
            <w:shd w:val="clear" w:color="auto" w:fill="auto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0001</w:t>
            </w:r>
          </w:p>
        </w:tc>
        <w:tc>
          <w:tcPr>
            <w:tcW w:w="1469" w:type="dxa"/>
            <w:vMerge w:val="restart"/>
            <w:shd w:val="clear" w:color="auto" w:fill="auto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val="hu-HU" w:eastAsia="zh-CN" w:bidi="hi-IN"/>
              </w:rPr>
              <w:t>Egészségügy</w:t>
            </w:r>
          </w:p>
        </w:tc>
        <w:tc>
          <w:tcPr>
            <w:tcW w:w="1429" w:type="dxa"/>
            <w:vMerge w:val="restart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német/angol</w:t>
            </w:r>
          </w:p>
        </w:tc>
        <w:tc>
          <w:tcPr>
            <w:tcW w:w="2782" w:type="dxa"/>
            <w:shd w:val="clear" w:color="auto" w:fill="auto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Általános ápoló</w:t>
            </w:r>
          </w:p>
        </w:tc>
        <w:tc>
          <w:tcPr>
            <w:tcW w:w="1016" w:type="dxa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6 év</w:t>
            </w:r>
          </w:p>
        </w:tc>
      </w:tr>
      <w:tr w:rsidR="00C93C67" w:rsidRPr="00C93C67" w:rsidTr="003E550A">
        <w:trPr>
          <w:gridAfter w:val="1"/>
          <w:wAfter w:w="13" w:type="dxa"/>
        </w:trPr>
        <w:tc>
          <w:tcPr>
            <w:tcW w:w="2227" w:type="dxa"/>
            <w:vMerge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1012" w:type="dxa"/>
            <w:vMerge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844" w:type="dxa"/>
            <w:vMerge/>
            <w:shd w:val="clear" w:color="auto" w:fill="auto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1469" w:type="dxa"/>
            <w:vMerge/>
            <w:shd w:val="clear" w:color="auto" w:fill="auto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1429" w:type="dxa"/>
            <w:vMerge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2782" w:type="dxa"/>
            <w:shd w:val="clear" w:color="auto" w:fill="auto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Perioperatív szakasszisztens</w:t>
            </w:r>
          </w:p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-műtéti szakasszisztens</w:t>
            </w:r>
          </w:p>
        </w:tc>
        <w:tc>
          <w:tcPr>
            <w:tcW w:w="1016" w:type="dxa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6 év</w:t>
            </w:r>
          </w:p>
        </w:tc>
      </w:tr>
      <w:tr w:rsidR="00C93C67" w:rsidRPr="00C93C67" w:rsidTr="003E550A">
        <w:trPr>
          <w:gridAfter w:val="1"/>
          <w:wAfter w:w="13" w:type="dxa"/>
        </w:trPr>
        <w:tc>
          <w:tcPr>
            <w:tcW w:w="2227" w:type="dxa"/>
            <w:vMerge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1012" w:type="dxa"/>
            <w:vMerge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844" w:type="dxa"/>
            <w:vMerge w:val="restart"/>
            <w:shd w:val="clear" w:color="auto" w:fill="auto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0002</w:t>
            </w:r>
          </w:p>
        </w:tc>
        <w:tc>
          <w:tcPr>
            <w:tcW w:w="1469" w:type="dxa"/>
            <w:vMerge w:val="restart"/>
            <w:shd w:val="clear" w:color="auto" w:fill="auto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val="hu-HU" w:eastAsia="zh-CN" w:bidi="hi-IN"/>
              </w:rPr>
              <w:t>Egészségügy</w:t>
            </w:r>
          </w:p>
        </w:tc>
        <w:tc>
          <w:tcPr>
            <w:tcW w:w="1429" w:type="dxa"/>
            <w:vMerge w:val="restart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német/angol</w:t>
            </w:r>
          </w:p>
        </w:tc>
        <w:tc>
          <w:tcPr>
            <w:tcW w:w="2782" w:type="dxa"/>
            <w:shd w:val="clear" w:color="auto" w:fill="auto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Csecsemő- és gyermekápoló</w:t>
            </w:r>
          </w:p>
        </w:tc>
        <w:tc>
          <w:tcPr>
            <w:tcW w:w="1016" w:type="dxa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5 év</w:t>
            </w:r>
          </w:p>
        </w:tc>
      </w:tr>
      <w:tr w:rsidR="00C93C67" w:rsidRPr="00C93C67" w:rsidTr="003E550A">
        <w:trPr>
          <w:gridAfter w:val="1"/>
          <w:wAfter w:w="13" w:type="dxa"/>
        </w:trPr>
        <w:tc>
          <w:tcPr>
            <w:tcW w:w="2227" w:type="dxa"/>
            <w:vMerge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1012" w:type="dxa"/>
            <w:vMerge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844" w:type="dxa"/>
            <w:vMerge/>
            <w:shd w:val="clear" w:color="auto" w:fill="auto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1469" w:type="dxa"/>
            <w:vMerge/>
            <w:shd w:val="clear" w:color="auto" w:fill="auto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1429" w:type="dxa"/>
            <w:vMerge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2782" w:type="dxa"/>
            <w:shd w:val="clear" w:color="auto" w:fill="auto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</w:pPr>
            <w:r w:rsidRPr="00C93C6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Mentőápoló</w:t>
            </w:r>
          </w:p>
        </w:tc>
        <w:tc>
          <w:tcPr>
            <w:tcW w:w="1016" w:type="dxa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</w:pPr>
            <w:r w:rsidRPr="00C93C6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5 év</w:t>
            </w:r>
          </w:p>
        </w:tc>
      </w:tr>
      <w:tr w:rsidR="00C93C67" w:rsidRPr="00C93C67" w:rsidTr="003E550A">
        <w:trPr>
          <w:gridAfter w:val="1"/>
          <w:wAfter w:w="13" w:type="dxa"/>
        </w:trPr>
        <w:tc>
          <w:tcPr>
            <w:tcW w:w="2227" w:type="dxa"/>
            <w:vMerge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1012" w:type="dxa"/>
            <w:vMerge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844" w:type="dxa"/>
            <w:vMerge/>
            <w:shd w:val="clear" w:color="auto" w:fill="auto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1469" w:type="dxa"/>
            <w:vMerge/>
            <w:shd w:val="clear" w:color="auto" w:fill="auto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1429" w:type="dxa"/>
            <w:vMerge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2782" w:type="dxa"/>
            <w:shd w:val="clear" w:color="auto" w:fill="auto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C93C6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Egészségügyi asszisztens</w:t>
            </w:r>
            <w:r w:rsidRPr="00C93C6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 </w:t>
            </w:r>
          </w:p>
          <w:p w:rsidR="00C93C67" w:rsidRPr="00C93C67" w:rsidRDefault="00C93C67" w:rsidP="00C93C67">
            <w:pPr>
              <w:widowControl w:val="0"/>
              <w:numPr>
                <w:ilvl w:val="1"/>
                <w:numId w:val="42"/>
              </w:numPr>
              <w:suppressAutoHyphens/>
              <w:autoSpaceDN w:val="0"/>
              <w:spacing w:after="0" w:line="240" w:lineRule="auto"/>
              <w:ind w:left="357" w:hanging="357"/>
              <w:contextualSpacing/>
              <w:textAlignment w:val="baseline"/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perioperatív asszisztens</w:t>
            </w:r>
          </w:p>
          <w:p w:rsidR="00C93C67" w:rsidRPr="00C93C67" w:rsidRDefault="00C93C67" w:rsidP="00C93C67">
            <w:pPr>
              <w:widowControl w:val="0"/>
              <w:numPr>
                <w:ilvl w:val="1"/>
                <w:numId w:val="42"/>
              </w:numPr>
              <w:suppressAutoHyphens/>
              <w:autoSpaceDN w:val="0"/>
              <w:spacing w:after="0" w:line="240" w:lineRule="auto"/>
              <w:ind w:left="357" w:hanging="357"/>
              <w:contextualSpacing/>
              <w:textAlignment w:val="baseline"/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fogászati asszisztens</w:t>
            </w:r>
          </w:p>
        </w:tc>
        <w:tc>
          <w:tcPr>
            <w:tcW w:w="1016" w:type="dxa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5 év</w:t>
            </w:r>
          </w:p>
        </w:tc>
      </w:tr>
      <w:tr w:rsidR="00C93C67" w:rsidRPr="00C93C67" w:rsidTr="003E550A">
        <w:trPr>
          <w:gridAfter w:val="1"/>
          <w:wAfter w:w="13" w:type="dxa"/>
        </w:trPr>
        <w:tc>
          <w:tcPr>
            <w:tcW w:w="2227" w:type="dxa"/>
            <w:vMerge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1012" w:type="dxa"/>
            <w:vMerge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844" w:type="dxa"/>
            <w:vMerge/>
            <w:shd w:val="clear" w:color="auto" w:fill="auto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1469" w:type="dxa"/>
            <w:vMerge/>
            <w:shd w:val="clear" w:color="auto" w:fill="auto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1429" w:type="dxa"/>
            <w:vMerge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2782" w:type="dxa"/>
            <w:shd w:val="clear" w:color="auto" w:fill="auto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 xml:space="preserve">Egészségügyi laboráns </w:t>
            </w:r>
          </w:p>
          <w:p w:rsidR="00C93C67" w:rsidRPr="00C93C67" w:rsidRDefault="00C93C67" w:rsidP="00C93C67">
            <w:pPr>
              <w:widowControl w:val="0"/>
              <w:numPr>
                <w:ilvl w:val="1"/>
                <w:numId w:val="42"/>
              </w:numPr>
              <w:suppressAutoHyphens/>
              <w:autoSpaceDN w:val="0"/>
              <w:spacing w:after="0" w:line="240" w:lineRule="auto"/>
              <w:ind w:left="357" w:hanging="357"/>
              <w:contextualSpacing/>
              <w:textAlignment w:val="baseline"/>
              <w:rPr>
                <w:rFonts w:ascii="Times New Roman" w:eastAsia="SimSun" w:hAnsi="Times New Roman" w:cs="Mangal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klinikai laboratóriumi asszisztens</w:t>
            </w:r>
          </w:p>
        </w:tc>
        <w:tc>
          <w:tcPr>
            <w:tcW w:w="1016" w:type="dxa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Mangal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5 év</w:t>
            </w:r>
          </w:p>
        </w:tc>
      </w:tr>
      <w:tr w:rsidR="00C93C67" w:rsidRPr="00C93C67" w:rsidTr="003E550A">
        <w:trPr>
          <w:gridAfter w:val="1"/>
          <w:wAfter w:w="13" w:type="dxa"/>
        </w:trPr>
        <w:tc>
          <w:tcPr>
            <w:tcW w:w="2227" w:type="dxa"/>
            <w:vMerge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1012" w:type="dxa"/>
            <w:vMerge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844" w:type="dxa"/>
            <w:vMerge/>
            <w:shd w:val="clear" w:color="auto" w:fill="auto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1469" w:type="dxa"/>
            <w:vMerge/>
            <w:shd w:val="clear" w:color="auto" w:fill="auto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1429" w:type="dxa"/>
            <w:vMerge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2782" w:type="dxa"/>
            <w:shd w:val="clear" w:color="auto" w:fill="auto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Mangal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Rehabilitációs terapeuta</w:t>
            </w:r>
          </w:p>
          <w:p w:rsidR="00C93C67" w:rsidRPr="00C93C67" w:rsidRDefault="00C93C67" w:rsidP="00C93C67">
            <w:pPr>
              <w:widowControl w:val="0"/>
              <w:numPr>
                <w:ilvl w:val="1"/>
                <w:numId w:val="42"/>
              </w:numPr>
              <w:suppressAutoHyphens/>
              <w:autoSpaceDN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SimSun" w:hAnsi="Times New Roman" w:cs="Mangal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proofErr w:type="spellStart"/>
            <w:r w:rsidRPr="00C93C67">
              <w:rPr>
                <w:rFonts w:ascii="Times New Roman" w:eastAsia="SimSun" w:hAnsi="Times New Roman" w:cs="Mangal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gyógymasszőr</w:t>
            </w:r>
            <w:proofErr w:type="spellEnd"/>
          </w:p>
        </w:tc>
        <w:tc>
          <w:tcPr>
            <w:tcW w:w="1016" w:type="dxa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Mangal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5 év</w:t>
            </w:r>
          </w:p>
        </w:tc>
      </w:tr>
      <w:tr w:rsidR="00C93C67" w:rsidRPr="00C93C67" w:rsidTr="003E550A">
        <w:trPr>
          <w:gridAfter w:val="1"/>
          <w:wAfter w:w="13" w:type="dxa"/>
        </w:trPr>
        <w:tc>
          <w:tcPr>
            <w:tcW w:w="2227" w:type="dxa"/>
            <w:vMerge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1012" w:type="dxa"/>
            <w:vMerge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844" w:type="dxa"/>
            <w:vMerge w:val="restart"/>
            <w:shd w:val="clear" w:color="auto" w:fill="auto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0003</w:t>
            </w:r>
          </w:p>
        </w:tc>
        <w:tc>
          <w:tcPr>
            <w:tcW w:w="1469" w:type="dxa"/>
            <w:vMerge w:val="restart"/>
            <w:shd w:val="clear" w:color="auto" w:fill="auto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val="hu-HU" w:eastAsia="zh-CN" w:bidi="hi-IN"/>
              </w:rPr>
              <w:t>Sport</w:t>
            </w:r>
          </w:p>
        </w:tc>
        <w:tc>
          <w:tcPr>
            <w:tcW w:w="1429" w:type="dxa"/>
            <w:vMerge w:val="restart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német/angol</w:t>
            </w:r>
          </w:p>
        </w:tc>
        <w:tc>
          <w:tcPr>
            <w:tcW w:w="2782" w:type="dxa"/>
            <w:shd w:val="clear" w:color="auto" w:fill="auto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Mangal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Sportedző-sportszervező</w:t>
            </w:r>
          </w:p>
        </w:tc>
        <w:tc>
          <w:tcPr>
            <w:tcW w:w="1016" w:type="dxa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Mangal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5 év</w:t>
            </w:r>
          </w:p>
        </w:tc>
      </w:tr>
      <w:tr w:rsidR="00C93C67" w:rsidRPr="00C93C67" w:rsidTr="003E550A">
        <w:trPr>
          <w:gridAfter w:val="1"/>
          <w:wAfter w:w="13" w:type="dxa"/>
        </w:trPr>
        <w:tc>
          <w:tcPr>
            <w:tcW w:w="2227" w:type="dxa"/>
            <w:vMerge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1012" w:type="dxa"/>
            <w:vMerge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844" w:type="dxa"/>
            <w:vMerge/>
            <w:shd w:val="clear" w:color="auto" w:fill="auto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1469" w:type="dxa"/>
            <w:vMerge/>
            <w:shd w:val="clear" w:color="auto" w:fill="auto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1429" w:type="dxa"/>
            <w:vMerge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</w:p>
        </w:tc>
        <w:tc>
          <w:tcPr>
            <w:tcW w:w="2782" w:type="dxa"/>
            <w:shd w:val="clear" w:color="auto" w:fill="auto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proofErr w:type="spellStart"/>
            <w:r w:rsidRPr="00C93C67">
              <w:rPr>
                <w:rFonts w:ascii="Times New Roman" w:eastAsia="SimSun" w:hAnsi="Times New Roman" w:cs="Mangal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Fitness</w:t>
            </w:r>
            <w:proofErr w:type="spellEnd"/>
            <w:r w:rsidRPr="00C93C67">
              <w:rPr>
                <w:rFonts w:ascii="Times New Roman" w:eastAsia="SimSun" w:hAnsi="Times New Roman" w:cs="Mangal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-wellness instruktor</w:t>
            </w:r>
          </w:p>
        </w:tc>
        <w:tc>
          <w:tcPr>
            <w:tcW w:w="1016" w:type="dxa"/>
          </w:tcPr>
          <w:p w:rsidR="00C93C67" w:rsidRPr="00C93C67" w:rsidRDefault="00C93C67" w:rsidP="00C93C67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</w:pPr>
            <w:r w:rsidRPr="00C93C67">
              <w:rPr>
                <w:rFonts w:ascii="Times New Roman" w:eastAsia="SimSun" w:hAnsi="Times New Roman" w:cs="Mangal"/>
                <w:b/>
                <w:bCs/>
                <w:color w:val="auto"/>
                <w:kern w:val="3"/>
                <w:sz w:val="24"/>
                <w:szCs w:val="24"/>
                <w:lang w:val="hu-HU" w:eastAsia="zh-CN" w:bidi="hi-IN"/>
              </w:rPr>
              <w:t>5 év</w:t>
            </w:r>
          </w:p>
        </w:tc>
      </w:tr>
    </w:tbl>
    <w:p w:rsidR="00536C8B" w:rsidRDefault="00536C8B" w:rsidP="00536C8B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auto"/>
          <w:sz w:val="24"/>
          <w:szCs w:val="24"/>
          <w:lang w:val="hu-HU"/>
        </w:rPr>
      </w:pPr>
    </w:p>
    <w:p w:rsidR="00C93C67" w:rsidRDefault="00C93C67" w:rsidP="001C238B">
      <w:pPr>
        <w:spacing w:after="160" w:line="360" w:lineRule="auto"/>
        <w:jc w:val="both"/>
        <w:rPr>
          <w:rFonts w:ascii="Times New Roman" w:eastAsia="Calibri" w:hAnsi="Times New Roman" w:cs="Times New Roman"/>
          <w:b/>
          <w:color w:val="auto"/>
          <w:sz w:val="24"/>
          <w:szCs w:val="24"/>
          <w:u w:val="single"/>
          <w:lang w:val="hu-HU"/>
        </w:rPr>
      </w:pPr>
    </w:p>
    <w:p w:rsidR="00C93C67" w:rsidRDefault="00C93C67" w:rsidP="001C238B">
      <w:pPr>
        <w:spacing w:after="160" w:line="360" w:lineRule="auto"/>
        <w:jc w:val="both"/>
        <w:rPr>
          <w:rFonts w:ascii="Times New Roman" w:eastAsia="Calibri" w:hAnsi="Times New Roman" w:cs="Times New Roman"/>
          <w:b/>
          <w:color w:val="auto"/>
          <w:sz w:val="24"/>
          <w:szCs w:val="24"/>
          <w:u w:val="single"/>
          <w:lang w:val="hu-HU"/>
        </w:rPr>
      </w:pPr>
    </w:p>
    <w:p w:rsidR="001C238B" w:rsidRPr="001C238B" w:rsidRDefault="001C238B" w:rsidP="001C238B">
      <w:pPr>
        <w:spacing w:after="160" w:line="360" w:lineRule="auto"/>
        <w:jc w:val="both"/>
        <w:rPr>
          <w:rFonts w:ascii="Times New Roman" w:eastAsia="Calibri" w:hAnsi="Times New Roman" w:cs="Times New Roman"/>
          <w:b/>
          <w:color w:val="auto"/>
          <w:sz w:val="24"/>
          <w:szCs w:val="24"/>
          <w:u w:val="single"/>
          <w:lang w:val="hu-HU"/>
        </w:rPr>
      </w:pPr>
      <w:r w:rsidRPr="001C238B">
        <w:rPr>
          <w:rFonts w:ascii="Times New Roman" w:eastAsia="Calibri" w:hAnsi="Times New Roman" w:cs="Times New Roman"/>
          <w:b/>
          <w:color w:val="auto"/>
          <w:sz w:val="24"/>
          <w:szCs w:val="24"/>
          <w:u w:val="single"/>
          <w:lang w:val="hu-HU"/>
        </w:rPr>
        <w:lastRenderedPageBreak/>
        <w:t>Alkalmassági követelmények</w:t>
      </w:r>
    </w:p>
    <w:p w:rsidR="001C238B" w:rsidRPr="001C238B" w:rsidRDefault="001C238B" w:rsidP="001C238B">
      <w:pPr>
        <w:spacing w:after="160" w:line="360" w:lineRule="auto"/>
        <w:jc w:val="both"/>
        <w:rPr>
          <w:rFonts w:ascii="Times New Roman" w:eastAsia="Calibri" w:hAnsi="Times New Roman" w:cs="Times New Roman"/>
          <w:b/>
          <w:bCs/>
          <w:color w:val="auto"/>
          <w:sz w:val="24"/>
          <w:szCs w:val="24"/>
          <w:lang w:val="hu-HU"/>
        </w:rPr>
      </w:pPr>
      <w:r w:rsidRPr="001C238B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lang w:val="hu-HU"/>
        </w:rPr>
        <w:t>A felvételi eljárás során intézményünk</w:t>
      </w:r>
      <w:r w:rsidRPr="001C238B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u w:val="single"/>
          <w:lang w:val="hu-HU"/>
        </w:rPr>
        <w:t xml:space="preserve"> felvételi fizikai alkalmassági felmérést és motivációs beszélgetés</w:t>
      </w:r>
      <w:r w:rsidRPr="001C238B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lang w:val="hu-HU"/>
        </w:rPr>
        <w:t>t tart.</w:t>
      </w:r>
    </w:p>
    <w:p w:rsidR="001C238B" w:rsidRPr="001C238B" w:rsidRDefault="001C238B" w:rsidP="001C238B">
      <w:pPr>
        <w:spacing w:after="160" w:line="360" w:lineRule="auto"/>
        <w:jc w:val="both"/>
        <w:rPr>
          <w:rFonts w:ascii="Times New Roman" w:eastAsia="Calibri" w:hAnsi="Times New Roman" w:cs="Times New Roman"/>
          <w:b/>
          <w:bCs/>
          <w:color w:val="auto"/>
          <w:sz w:val="24"/>
          <w:szCs w:val="24"/>
          <w:lang w:val="hu-HU"/>
        </w:rPr>
      </w:pPr>
      <w:r w:rsidRPr="001C238B">
        <w:rPr>
          <w:rFonts w:ascii="Times New Roman" w:eastAsia="Calibri" w:hAnsi="Times New Roman" w:cs="Times New Roman"/>
          <w:bCs/>
          <w:color w:val="auto"/>
          <w:sz w:val="24"/>
          <w:szCs w:val="24"/>
          <w:u w:val="single"/>
          <w:lang w:val="hu-HU"/>
        </w:rPr>
        <w:t>Motivációs beszélgetés</w:t>
      </w:r>
      <w:r w:rsidRPr="001C238B">
        <w:rPr>
          <w:rFonts w:ascii="Times New Roman" w:eastAsia="Calibri" w:hAnsi="Times New Roman" w:cs="Times New Roman"/>
          <w:bCs/>
          <w:color w:val="auto"/>
          <w:sz w:val="24"/>
          <w:szCs w:val="24"/>
          <w:lang w:val="hu-HU"/>
        </w:rPr>
        <w:t xml:space="preserve">  – egészségügyi ágazaton</w:t>
      </w:r>
      <w:r w:rsidRPr="001C238B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lang w:val="hu-HU"/>
        </w:rPr>
        <w:t xml:space="preserve"> </w:t>
      </w:r>
    </w:p>
    <w:p w:rsidR="001C238B" w:rsidRPr="001C238B" w:rsidRDefault="001C238B" w:rsidP="001C238B">
      <w:pPr>
        <w:spacing w:after="160" w:line="360" w:lineRule="auto"/>
        <w:jc w:val="both"/>
        <w:rPr>
          <w:rFonts w:ascii="Times New Roman" w:eastAsia="Calibri" w:hAnsi="Times New Roman" w:cs="Times New Roman"/>
          <w:b/>
          <w:bCs/>
          <w:color w:val="auto"/>
          <w:sz w:val="24"/>
          <w:szCs w:val="24"/>
          <w:lang w:val="hu-HU"/>
        </w:rPr>
      </w:pPr>
      <w:r w:rsidRPr="001C238B">
        <w:rPr>
          <w:rFonts w:ascii="Times New Roman" w:eastAsia="Calibri" w:hAnsi="Times New Roman" w:cs="Times New Roman"/>
          <w:bCs/>
          <w:color w:val="auto"/>
          <w:sz w:val="24"/>
          <w:szCs w:val="24"/>
          <w:u w:val="single"/>
          <w:lang w:val="hu-HU"/>
        </w:rPr>
        <w:t>Fizikai alkalmassági felmérés és motivációs beszélgetés</w:t>
      </w:r>
      <w:r w:rsidRPr="001C238B">
        <w:rPr>
          <w:rFonts w:ascii="Times New Roman" w:eastAsia="Calibri" w:hAnsi="Times New Roman" w:cs="Times New Roman"/>
          <w:bCs/>
          <w:color w:val="auto"/>
          <w:sz w:val="24"/>
          <w:szCs w:val="24"/>
          <w:lang w:val="hu-HU"/>
        </w:rPr>
        <w:t xml:space="preserve">  – sport ágazaton</w:t>
      </w:r>
    </w:p>
    <w:p w:rsidR="001C238B" w:rsidRPr="001C238B" w:rsidRDefault="001C238B" w:rsidP="001C238B">
      <w:pPr>
        <w:spacing w:after="160" w:line="36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1C238B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lang w:val="hu-HU"/>
        </w:rPr>
        <w:t>Foglalkozásegészségügyi alkalmassági</w:t>
      </w:r>
      <w:r w:rsidRPr="001C238B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 xml:space="preserve"> vizsgálat: </w:t>
      </w:r>
      <w:r w:rsidRPr="001C238B">
        <w:rPr>
          <w:rFonts w:ascii="Times New Roman" w:eastAsia="Calibri" w:hAnsi="Times New Roman" w:cs="Times New Roman"/>
          <w:bCs/>
          <w:color w:val="auto"/>
          <w:sz w:val="24"/>
          <w:szCs w:val="24"/>
          <w:lang w:val="hu-HU"/>
        </w:rPr>
        <w:t>szükséges</w:t>
      </w:r>
    </w:p>
    <w:p w:rsidR="001C238B" w:rsidRPr="001C238B" w:rsidRDefault="001C238B" w:rsidP="001C238B">
      <w:pPr>
        <w:spacing w:after="160" w:line="360" w:lineRule="auto"/>
        <w:jc w:val="both"/>
        <w:rPr>
          <w:rFonts w:ascii="Times New Roman" w:eastAsia="Calibri" w:hAnsi="Times New Roman" w:cs="Times New Roman"/>
          <w:b/>
          <w:bCs/>
          <w:color w:val="auto"/>
          <w:sz w:val="24"/>
          <w:szCs w:val="24"/>
          <w:lang w:val="hu-HU"/>
        </w:rPr>
      </w:pPr>
      <w:r w:rsidRPr="001C238B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lang w:val="hu-HU"/>
        </w:rPr>
        <w:t xml:space="preserve">Pályaalkalmassági vizsgálat: </w:t>
      </w:r>
      <w:r w:rsidRPr="001C238B">
        <w:rPr>
          <w:rFonts w:ascii="Times New Roman" w:eastAsia="Calibri" w:hAnsi="Times New Roman" w:cs="Times New Roman"/>
          <w:bCs/>
          <w:color w:val="auto"/>
          <w:sz w:val="24"/>
          <w:szCs w:val="24"/>
          <w:lang w:val="hu-HU"/>
        </w:rPr>
        <w:t>szükséges</w:t>
      </w:r>
    </w:p>
    <w:p w:rsidR="001C238B" w:rsidRPr="001C238B" w:rsidRDefault="001C238B" w:rsidP="001C238B">
      <w:pPr>
        <w:spacing w:after="160" w:line="36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1C238B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lang w:val="hu-HU"/>
        </w:rPr>
        <w:t>Alaptevékenységünk közé tartozik</w:t>
      </w:r>
      <w:r w:rsidRPr="001C238B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>: a sajátos nevelési igényű tanulók közismereti és szakma megszerzésére felkészítő szakmai oktatásának szakmai feladatai a szakképző iskolákban.</w:t>
      </w:r>
    </w:p>
    <w:p w:rsidR="00505936" w:rsidRPr="00A761DE" w:rsidRDefault="00505936" w:rsidP="00505936">
      <w:pPr>
        <w:spacing w:after="0" w:line="240" w:lineRule="auto"/>
        <w:rPr>
          <w:rFonts w:ascii="Times New Roman" w:eastAsia="Calibri" w:hAnsi="Times New Roman" w:cs="Times New Roman"/>
          <w:b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b/>
          <w:color w:val="auto"/>
          <w:sz w:val="24"/>
          <w:szCs w:val="24"/>
          <w:lang w:val="hu-HU"/>
        </w:rPr>
        <w:t>A felvételi eljárás:</w:t>
      </w:r>
    </w:p>
    <w:p w:rsidR="00FD3320" w:rsidRPr="00A761DE" w:rsidRDefault="00FD3320" w:rsidP="00FD3320">
      <w:pPr>
        <w:widowControl w:val="0"/>
        <w:autoSpaceDE w:val="0"/>
        <w:autoSpaceDN w:val="0"/>
        <w:spacing w:after="0" w:line="240" w:lineRule="auto"/>
        <w:ind w:left="779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</w:p>
    <w:p w:rsidR="00FD3320" w:rsidRPr="00A761DE" w:rsidRDefault="00FD3320" w:rsidP="00FD3320">
      <w:pPr>
        <w:widowControl w:val="0"/>
        <w:autoSpaceDE w:val="0"/>
        <w:autoSpaceDN w:val="0"/>
        <w:spacing w:after="0" w:line="240" w:lineRule="auto"/>
        <w:ind w:left="779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1/2026.</w:t>
      </w:r>
      <w:r w:rsidRPr="00A761DE">
        <w:rPr>
          <w:rFonts w:ascii="Times New Roman" w:eastAsia="Times New Roman" w:hAnsi="Times New Roman" w:cs="Times New Roman"/>
          <w:color w:val="auto"/>
          <w:spacing w:val="-3"/>
          <w:sz w:val="24"/>
          <w:szCs w:val="24"/>
          <w:lang w:val="hu-HU"/>
        </w:rPr>
        <w:t xml:space="preserve"> </w:t>
      </w: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(VII.</w:t>
      </w:r>
      <w:r w:rsidRPr="00A761DE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  <w:lang w:val="hu-HU"/>
        </w:rPr>
        <w:t xml:space="preserve"> </w:t>
      </w: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31.)</w:t>
      </w:r>
      <w:r w:rsidRPr="00A761DE">
        <w:rPr>
          <w:rFonts w:ascii="Times New Roman" w:eastAsia="Times New Roman" w:hAnsi="Times New Roman" w:cs="Times New Roman"/>
          <w:color w:val="auto"/>
          <w:spacing w:val="-3"/>
          <w:sz w:val="24"/>
          <w:szCs w:val="24"/>
          <w:lang w:val="hu-HU"/>
        </w:rPr>
        <w:t xml:space="preserve"> </w:t>
      </w: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OGYM</w:t>
      </w:r>
      <w:r w:rsidRPr="00A761DE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  <w:lang w:val="hu-HU"/>
        </w:rPr>
        <w:t xml:space="preserve"> </w:t>
      </w: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rendelet</w:t>
      </w:r>
      <w:r w:rsidRPr="00A761DE">
        <w:rPr>
          <w:rFonts w:ascii="Times New Roman" w:eastAsia="Times New Roman" w:hAnsi="Times New Roman" w:cs="Times New Roman"/>
          <w:color w:val="auto"/>
          <w:spacing w:val="-3"/>
          <w:sz w:val="24"/>
          <w:szCs w:val="24"/>
          <w:lang w:val="hu-HU"/>
        </w:rPr>
        <w:t xml:space="preserve"> </w:t>
      </w: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a</w:t>
      </w:r>
      <w:r w:rsidRPr="00A761DE">
        <w:rPr>
          <w:rFonts w:ascii="Times New Roman" w:eastAsia="Times New Roman" w:hAnsi="Times New Roman" w:cs="Times New Roman"/>
          <w:color w:val="auto"/>
          <w:spacing w:val="-3"/>
          <w:sz w:val="24"/>
          <w:szCs w:val="24"/>
          <w:lang w:val="hu-HU"/>
        </w:rPr>
        <w:t xml:space="preserve"> </w:t>
      </w: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2026/2027.</w:t>
      </w:r>
      <w:r w:rsidRPr="00A761DE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  <w:lang w:val="hu-HU"/>
        </w:rPr>
        <w:t xml:space="preserve"> </w:t>
      </w:r>
      <w:r w:rsidRPr="00A761DE"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  <w:t>tanév</w:t>
      </w:r>
      <w:r w:rsidRPr="00A761DE">
        <w:rPr>
          <w:rFonts w:ascii="Times New Roman" w:eastAsia="Times New Roman" w:hAnsi="Times New Roman" w:cs="Times New Roman"/>
          <w:color w:val="auto"/>
          <w:spacing w:val="-3"/>
          <w:sz w:val="24"/>
          <w:szCs w:val="24"/>
          <w:lang w:val="hu-HU"/>
        </w:rPr>
        <w:t xml:space="preserve"> </w:t>
      </w:r>
      <w:r w:rsidRPr="00A761DE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  <w:lang w:val="hu-HU"/>
        </w:rPr>
        <w:t>rendjéről alapján</w:t>
      </w:r>
    </w:p>
    <w:p w:rsidR="00505936" w:rsidRPr="00A761DE" w:rsidRDefault="00505936" w:rsidP="00505936">
      <w:pPr>
        <w:rPr>
          <w:rFonts w:ascii="Times New Roman" w:hAnsi="Times New Roman" w:cs="Times New Roman"/>
          <w:sz w:val="24"/>
          <w:szCs w:val="24"/>
          <w:lang w:val="hu-HU"/>
        </w:rPr>
      </w:pPr>
    </w:p>
    <w:tbl>
      <w:tblPr>
        <w:tblStyle w:val="TableNormal"/>
        <w:tblW w:w="9244" w:type="dxa"/>
        <w:tblInd w:w="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1"/>
        <w:gridCol w:w="6813"/>
      </w:tblGrid>
      <w:tr w:rsidR="00FD3320" w:rsidRPr="00A761DE" w:rsidTr="00FD3320">
        <w:trPr>
          <w:trHeight w:val="239"/>
        </w:trPr>
        <w:tc>
          <w:tcPr>
            <w:tcW w:w="2431" w:type="dxa"/>
          </w:tcPr>
          <w:p w:rsidR="00FD3320" w:rsidRPr="00A761DE" w:rsidRDefault="00FD3320" w:rsidP="00505936">
            <w:pPr>
              <w:spacing w:before="2" w:line="220" w:lineRule="exact"/>
              <w:ind w:left="14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val="hu-HU"/>
              </w:rPr>
            </w:pPr>
            <w:r w:rsidRPr="00A761DE"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24"/>
                <w:szCs w:val="24"/>
                <w:lang w:val="hu-HU"/>
              </w:rPr>
              <w:t>Határidők</w:t>
            </w:r>
          </w:p>
        </w:tc>
        <w:tc>
          <w:tcPr>
            <w:tcW w:w="6813" w:type="dxa"/>
          </w:tcPr>
          <w:p w:rsidR="00FD3320" w:rsidRPr="00A761DE" w:rsidRDefault="00FD3320" w:rsidP="00505936">
            <w:pPr>
              <w:spacing w:before="2" w:line="220" w:lineRule="exact"/>
              <w:ind w:left="5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val="hu-HU"/>
              </w:rPr>
            </w:pPr>
            <w:r w:rsidRPr="00A761DE"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24"/>
                <w:szCs w:val="24"/>
                <w:lang w:val="hu-HU"/>
              </w:rPr>
              <w:t>Feladatok</w:t>
            </w:r>
          </w:p>
        </w:tc>
      </w:tr>
      <w:tr w:rsidR="00FD3320" w:rsidRPr="00D1002A" w:rsidTr="00FD3320">
        <w:trPr>
          <w:trHeight w:val="720"/>
        </w:trPr>
        <w:tc>
          <w:tcPr>
            <w:tcW w:w="2431" w:type="dxa"/>
          </w:tcPr>
          <w:p w:rsidR="00FD3320" w:rsidRPr="00A761DE" w:rsidRDefault="00FD3320" w:rsidP="00505936">
            <w:pPr>
              <w:spacing w:before="2"/>
              <w:ind w:left="14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2026.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1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október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2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szCs w:val="24"/>
                <w:lang w:val="hu-HU"/>
              </w:rPr>
              <w:t>20.</w:t>
            </w:r>
          </w:p>
        </w:tc>
        <w:tc>
          <w:tcPr>
            <w:tcW w:w="6813" w:type="dxa"/>
          </w:tcPr>
          <w:p w:rsidR="00FD3320" w:rsidRPr="00A761DE" w:rsidRDefault="00FD3320" w:rsidP="00FD3320">
            <w:pPr>
              <w:spacing w:before="2"/>
              <w:ind w:left="6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A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47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középfokú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60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iskolák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61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a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61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középfokú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61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intézmények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60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felvételi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61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információs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61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rendszerében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61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–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60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szCs w:val="24"/>
                <w:lang w:val="hu-HU"/>
              </w:rPr>
              <w:t>a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 xml:space="preserve"> Hivatal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80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által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80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közzétett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80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közleményben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80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foglaltak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80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szerint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80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–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80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meghatározzák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80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tanulmányi területeiket, és rögzítik a felvételi eljárásuk rendjét tartalmazó felvételi tájékoztatójukat.</w:t>
            </w:r>
          </w:p>
        </w:tc>
      </w:tr>
      <w:tr w:rsidR="00FD3320" w:rsidRPr="00D1002A" w:rsidTr="00FD3320">
        <w:trPr>
          <w:trHeight w:val="493"/>
        </w:trPr>
        <w:tc>
          <w:tcPr>
            <w:tcW w:w="2431" w:type="dxa"/>
          </w:tcPr>
          <w:p w:rsidR="00FD3320" w:rsidRPr="00A761DE" w:rsidRDefault="00FD3320" w:rsidP="00505936">
            <w:pPr>
              <w:spacing w:before="2"/>
              <w:ind w:left="14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2026.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1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október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2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szCs w:val="24"/>
                <w:lang w:val="hu-HU"/>
              </w:rPr>
              <w:t>20.</w:t>
            </w:r>
          </w:p>
        </w:tc>
        <w:tc>
          <w:tcPr>
            <w:tcW w:w="6813" w:type="dxa"/>
          </w:tcPr>
          <w:p w:rsidR="00FD3320" w:rsidRPr="00A761DE" w:rsidRDefault="00FD3320" w:rsidP="00FD3320">
            <w:pPr>
              <w:spacing w:before="2"/>
              <w:ind w:left="6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A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75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középfokú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63"/>
                <w:w w:val="150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iskolák,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64"/>
                <w:w w:val="150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kollégiumok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63"/>
                <w:w w:val="150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nyilvánosságra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64"/>
                <w:w w:val="150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hozzák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63"/>
                <w:w w:val="150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a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64"/>
                <w:w w:val="150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honlapjukon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63"/>
                <w:w w:val="150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a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64"/>
                <w:w w:val="150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szCs w:val="24"/>
                <w:lang w:val="hu-HU"/>
              </w:rPr>
              <w:t>felvételi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szCs w:val="24"/>
                <w:lang w:val="hu-HU"/>
              </w:rPr>
              <w:t>tájékoztatójukat.</w:t>
            </w:r>
          </w:p>
        </w:tc>
      </w:tr>
      <w:tr w:rsidR="00FD3320" w:rsidRPr="00D1002A" w:rsidTr="00FD3320">
        <w:trPr>
          <w:trHeight w:val="265"/>
        </w:trPr>
        <w:tc>
          <w:tcPr>
            <w:tcW w:w="2431" w:type="dxa"/>
          </w:tcPr>
          <w:p w:rsidR="00FD3320" w:rsidRPr="00A761DE" w:rsidRDefault="00FD3320" w:rsidP="00505936">
            <w:pPr>
              <w:spacing w:before="2"/>
              <w:ind w:left="14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2027.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8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január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1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szCs w:val="24"/>
                <w:lang w:val="hu-HU"/>
              </w:rPr>
              <w:t>23.</w:t>
            </w:r>
          </w:p>
        </w:tc>
        <w:tc>
          <w:tcPr>
            <w:tcW w:w="6813" w:type="dxa"/>
          </w:tcPr>
          <w:p w:rsidR="00FD3320" w:rsidRPr="00A761DE" w:rsidRDefault="00FD3320" w:rsidP="00505936">
            <w:pPr>
              <w:spacing w:before="2"/>
              <w:ind w:left="6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Az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1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általános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2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felvételi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1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eljárás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2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szCs w:val="24"/>
                <w:lang w:val="hu-HU"/>
              </w:rPr>
              <w:t>kezdete.</w:t>
            </w:r>
          </w:p>
        </w:tc>
      </w:tr>
      <w:tr w:rsidR="00FD3320" w:rsidRPr="00D1002A" w:rsidTr="00FD3320">
        <w:trPr>
          <w:trHeight w:val="479"/>
        </w:trPr>
        <w:tc>
          <w:tcPr>
            <w:tcW w:w="2431" w:type="dxa"/>
          </w:tcPr>
          <w:p w:rsidR="00FD3320" w:rsidRPr="00A761DE" w:rsidRDefault="00FD3320" w:rsidP="00505936">
            <w:pPr>
              <w:spacing w:before="2"/>
              <w:ind w:left="14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2027.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1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február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1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szCs w:val="24"/>
                <w:lang w:val="hu-HU"/>
              </w:rPr>
              <w:t>12.</w:t>
            </w:r>
          </w:p>
        </w:tc>
        <w:tc>
          <w:tcPr>
            <w:tcW w:w="6813" w:type="dxa"/>
          </w:tcPr>
          <w:p w:rsidR="00FD3320" w:rsidRPr="00A761DE" w:rsidRDefault="00FD3320" w:rsidP="00505936">
            <w:pPr>
              <w:spacing w:before="2"/>
              <w:ind w:left="6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A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28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központi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42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írásbeli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42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felvételi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42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vizsgát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42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szervező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42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intézmények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42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a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42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Hivatal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42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által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41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szCs w:val="24"/>
                <w:lang w:val="hu-HU"/>
              </w:rPr>
              <w:t>meghatározott</w:t>
            </w:r>
          </w:p>
          <w:p w:rsidR="00FD3320" w:rsidRPr="00A761DE" w:rsidRDefault="00FD3320" w:rsidP="00505936">
            <w:pPr>
              <w:spacing w:before="13" w:line="220" w:lineRule="exact"/>
              <w:ind w:left="6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módon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1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értesítik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2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az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1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írásbeli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2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eredményéről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1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a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2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szCs w:val="24"/>
                <w:lang w:val="hu-HU"/>
              </w:rPr>
              <w:t>tanulókat.</w:t>
            </w:r>
          </w:p>
        </w:tc>
      </w:tr>
      <w:tr w:rsidR="00FD3320" w:rsidRPr="00A761DE" w:rsidTr="00FD3320">
        <w:trPr>
          <w:trHeight w:val="960"/>
        </w:trPr>
        <w:tc>
          <w:tcPr>
            <w:tcW w:w="2431" w:type="dxa"/>
          </w:tcPr>
          <w:p w:rsidR="00FD3320" w:rsidRPr="00A761DE" w:rsidRDefault="00FD3320" w:rsidP="00505936">
            <w:pPr>
              <w:spacing w:before="2"/>
              <w:ind w:left="14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2027.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1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február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1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szCs w:val="24"/>
                <w:lang w:val="hu-HU"/>
              </w:rPr>
              <w:t>22.</w:t>
            </w:r>
          </w:p>
        </w:tc>
        <w:tc>
          <w:tcPr>
            <w:tcW w:w="6813" w:type="dxa"/>
          </w:tcPr>
          <w:p w:rsidR="00FD3320" w:rsidRPr="00A761DE" w:rsidRDefault="00FD3320" w:rsidP="00505936">
            <w:pPr>
              <w:spacing w:before="2" w:line="254" w:lineRule="auto"/>
              <w:ind w:left="6" w:right="1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Az általános iskola továbbítja a tanulói jelentkezési lapokat a középfokú iskoláknak, a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tanulói adatlapot a Hivatalnak. A 6 és 8 évfolyamos gimnáziumba történő jelentkezésről a tanuló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3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közvetlenül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4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is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4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továbbíthatja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4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a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4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jelentkezési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4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lapot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4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a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4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gimnáziumnak,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4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a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4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tanulói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14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szCs w:val="24"/>
                <w:lang w:val="hu-HU"/>
              </w:rPr>
              <w:t>adatlapot</w:t>
            </w:r>
          </w:p>
          <w:p w:rsidR="00FD3320" w:rsidRPr="00A761DE" w:rsidRDefault="00FD3320" w:rsidP="00505936">
            <w:pPr>
              <w:spacing w:line="219" w:lineRule="exact"/>
              <w:ind w:left="6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  <w:t>a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2"/>
                <w:sz w:val="24"/>
                <w:szCs w:val="24"/>
                <w:lang w:val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szCs w:val="24"/>
                <w:lang w:val="hu-HU"/>
              </w:rPr>
              <w:t>Hivatalnak.</w:t>
            </w:r>
          </w:p>
        </w:tc>
      </w:tr>
    </w:tbl>
    <w:tbl>
      <w:tblPr>
        <w:tblStyle w:val="TableNormal1"/>
        <w:tblW w:w="9411" w:type="dxa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5"/>
        <w:gridCol w:w="6936"/>
      </w:tblGrid>
      <w:tr w:rsidR="00FD3320" w:rsidRPr="00A761DE" w:rsidTr="00FD3320">
        <w:trPr>
          <w:trHeight w:val="499"/>
        </w:trPr>
        <w:tc>
          <w:tcPr>
            <w:tcW w:w="2475" w:type="dxa"/>
          </w:tcPr>
          <w:p w:rsidR="00FD3320" w:rsidRPr="00A761DE" w:rsidRDefault="00FD3320" w:rsidP="00C050E8">
            <w:pPr>
              <w:pStyle w:val="TableParagraph"/>
              <w:ind w:left="14"/>
              <w:rPr>
                <w:sz w:val="24"/>
                <w:szCs w:val="24"/>
              </w:rPr>
            </w:pPr>
            <w:r w:rsidRPr="00A761DE">
              <w:rPr>
                <w:sz w:val="24"/>
                <w:szCs w:val="24"/>
              </w:rPr>
              <w:t>2027.</w:t>
            </w:r>
            <w:r w:rsidRPr="00A761DE">
              <w:rPr>
                <w:spacing w:val="11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március</w:t>
            </w:r>
            <w:r w:rsidRPr="00A761DE">
              <w:rPr>
                <w:spacing w:val="12"/>
                <w:sz w:val="24"/>
                <w:szCs w:val="24"/>
              </w:rPr>
              <w:t xml:space="preserve"> </w:t>
            </w:r>
            <w:r w:rsidRPr="00A761DE"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6936" w:type="dxa"/>
          </w:tcPr>
          <w:p w:rsidR="00FD3320" w:rsidRPr="00A761DE" w:rsidRDefault="00FD3320" w:rsidP="00C050E8">
            <w:pPr>
              <w:pStyle w:val="TableParagraph"/>
              <w:jc w:val="left"/>
              <w:rPr>
                <w:sz w:val="24"/>
                <w:szCs w:val="24"/>
              </w:rPr>
            </w:pPr>
            <w:r w:rsidRPr="00A761DE">
              <w:rPr>
                <w:sz w:val="24"/>
                <w:szCs w:val="24"/>
              </w:rPr>
              <w:t>A</w:t>
            </w:r>
            <w:r w:rsidRPr="00A761DE">
              <w:rPr>
                <w:spacing w:val="66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középfokú</w:t>
            </w:r>
            <w:r w:rsidRPr="00A761DE">
              <w:rPr>
                <w:spacing w:val="78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iskola</w:t>
            </w:r>
            <w:r w:rsidRPr="00A761DE">
              <w:rPr>
                <w:spacing w:val="78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eddig</w:t>
            </w:r>
            <w:r w:rsidRPr="00A761DE">
              <w:rPr>
                <w:spacing w:val="78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az</w:t>
            </w:r>
            <w:r w:rsidRPr="00A761DE">
              <w:rPr>
                <w:spacing w:val="78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időpontig</w:t>
            </w:r>
            <w:r w:rsidRPr="00A761DE">
              <w:rPr>
                <w:spacing w:val="78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nyilvánosságra</w:t>
            </w:r>
            <w:r w:rsidRPr="00A761DE">
              <w:rPr>
                <w:spacing w:val="79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hozza</w:t>
            </w:r>
            <w:r w:rsidRPr="00A761DE">
              <w:rPr>
                <w:spacing w:val="78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</w:t>
            </w:r>
            <w:r w:rsidRPr="00A761DE">
              <w:rPr>
                <w:spacing w:val="78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jelentkezők</w:t>
            </w:r>
            <w:r w:rsidRPr="00A761DE">
              <w:rPr>
                <w:spacing w:val="78"/>
                <w:sz w:val="24"/>
                <w:szCs w:val="24"/>
              </w:rPr>
              <w:t xml:space="preserve"> </w:t>
            </w:r>
            <w:r w:rsidRPr="00A761DE">
              <w:rPr>
                <w:spacing w:val="-2"/>
                <w:sz w:val="24"/>
                <w:szCs w:val="24"/>
              </w:rPr>
              <w:t>felvételi</w:t>
            </w:r>
          </w:p>
          <w:p w:rsidR="00FD3320" w:rsidRPr="00A761DE" w:rsidRDefault="00FD3320" w:rsidP="00C050E8">
            <w:pPr>
              <w:pStyle w:val="TableParagraph"/>
              <w:spacing w:before="13"/>
              <w:jc w:val="left"/>
              <w:rPr>
                <w:sz w:val="24"/>
                <w:szCs w:val="24"/>
              </w:rPr>
            </w:pPr>
            <w:r w:rsidRPr="00A761DE">
              <w:rPr>
                <w:spacing w:val="-2"/>
                <w:sz w:val="24"/>
                <w:szCs w:val="24"/>
              </w:rPr>
              <w:t>jegyzékét.</w:t>
            </w:r>
          </w:p>
        </w:tc>
      </w:tr>
      <w:tr w:rsidR="00FD3320" w:rsidRPr="00D1002A" w:rsidTr="00FD3320">
        <w:trPr>
          <w:trHeight w:val="268"/>
        </w:trPr>
        <w:tc>
          <w:tcPr>
            <w:tcW w:w="2475" w:type="dxa"/>
          </w:tcPr>
          <w:p w:rsidR="00FD3320" w:rsidRPr="00A761DE" w:rsidRDefault="00FD3320" w:rsidP="00C050E8">
            <w:pPr>
              <w:pStyle w:val="TableParagraph"/>
              <w:ind w:left="14"/>
              <w:rPr>
                <w:sz w:val="24"/>
                <w:szCs w:val="24"/>
              </w:rPr>
            </w:pPr>
            <w:r w:rsidRPr="00A761DE">
              <w:rPr>
                <w:sz w:val="24"/>
                <w:szCs w:val="24"/>
              </w:rPr>
              <w:t>2027.</w:t>
            </w:r>
            <w:r w:rsidRPr="00A761DE">
              <w:rPr>
                <w:spacing w:val="5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április</w:t>
            </w:r>
            <w:r w:rsidRPr="00A761DE">
              <w:rPr>
                <w:spacing w:val="8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6.</w:t>
            </w:r>
            <w:r w:rsidRPr="00A761DE">
              <w:rPr>
                <w:spacing w:val="8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–</w:t>
            </w:r>
            <w:r w:rsidRPr="00A761DE">
              <w:rPr>
                <w:spacing w:val="8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április</w:t>
            </w:r>
            <w:r w:rsidRPr="00A761DE">
              <w:rPr>
                <w:spacing w:val="8"/>
                <w:sz w:val="24"/>
                <w:szCs w:val="24"/>
              </w:rPr>
              <w:t xml:space="preserve"> </w:t>
            </w:r>
            <w:r w:rsidRPr="00A761DE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6936" w:type="dxa"/>
          </w:tcPr>
          <w:p w:rsidR="00FD3320" w:rsidRPr="00A761DE" w:rsidRDefault="00FD3320" w:rsidP="00C050E8">
            <w:pPr>
              <w:pStyle w:val="TableParagraph"/>
              <w:jc w:val="left"/>
              <w:rPr>
                <w:sz w:val="24"/>
                <w:szCs w:val="24"/>
              </w:rPr>
            </w:pPr>
            <w:r w:rsidRPr="00A761DE">
              <w:rPr>
                <w:sz w:val="24"/>
                <w:szCs w:val="24"/>
              </w:rPr>
              <w:t>A</w:t>
            </w:r>
            <w:r w:rsidRPr="00A761DE">
              <w:rPr>
                <w:spacing w:val="-1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tanulói</w:t>
            </w:r>
            <w:r w:rsidRPr="00A761DE">
              <w:rPr>
                <w:spacing w:val="16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adatlapok</w:t>
            </w:r>
            <w:r w:rsidRPr="00A761DE">
              <w:rPr>
                <w:spacing w:val="15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módosításának</w:t>
            </w:r>
            <w:r w:rsidRPr="00A761DE">
              <w:rPr>
                <w:spacing w:val="15"/>
                <w:sz w:val="24"/>
                <w:szCs w:val="24"/>
              </w:rPr>
              <w:t xml:space="preserve"> </w:t>
            </w:r>
            <w:r w:rsidRPr="00A761DE">
              <w:rPr>
                <w:spacing w:val="-2"/>
                <w:sz w:val="24"/>
                <w:szCs w:val="24"/>
              </w:rPr>
              <w:t>lehetősége.</w:t>
            </w:r>
          </w:p>
        </w:tc>
      </w:tr>
      <w:tr w:rsidR="00FD3320" w:rsidRPr="00D1002A" w:rsidTr="00FD3320">
        <w:trPr>
          <w:trHeight w:val="1215"/>
        </w:trPr>
        <w:tc>
          <w:tcPr>
            <w:tcW w:w="2475" w:type="dxa"/>
          </w:tcPr>
          <w:p w:rsidR="00FD3320" w:rsidRPr="00A761DE" w:rsidRDefault="00FD3320" w:rsidP="00C050E8">
            <w:pPr>
              <w:pStyle w:val="TableParagraph"/>
              <w:ind w:left="14"/>
              <w:rPr>
                <w:sz w:val="24"/>
                <w:szCs w:val="24"/>
              </w:rPr>
            </w:pPr>
            <w:r w:rsidRPr="00A761DE">
              <w:rPr>
                <w:sz w:val="24"/>
                <w:szCs w:val="24"/>
              </w:rPr>
              <w:lastRenderedPageBreak/>
              <w:t>2027.</w:t>
            </w:r>
            <w:r w:rsidRPr="00A761DE">
              <w:rPr>
                <w:spacing w:val="8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április</w:t>
            </w:r>
            <w:r w:rsidRPr="00A761DE">
              <w:rPr>
                <w:spacing w:val="11"/>
                <w:sz w:val="24"/>
                <w:szCs w:val="24"/>
              </w:rPr>
              <w:t xml:space="preserve"> </w:t>
            </w:r>
            <w:r w:rsidRPr="00A761DE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6936" w:type="dxa"/>
          </w:tcPr>
          <w:p w:rsidR="00FD3320" w:rsidRPr="00A761DE" w:rsidRDefault="00FD3320" w:rsidP="00FD3320">
            <w:pPr>
              <w:pStyle w:val="TableParagraph"/>
              <w:spacing w:line="254" w:lineRule="auto"/>
              <w:ind w:right="1"/>
              <w:jc w:val="both"/>
              <w:rPr>
                <w:sz w:val="24"/>
                <w:szCs w:val="24"/>
              </w:rPr>
            </w:pPr>
            <w:r w:rsidRPr="00A761DE">
              <w:rPr>
                <w:sz w:val="24"/>
                <w:szCs w:val="24"/>
              </w:rPr>
              <w:t>A módosító tanulói adatlapok továbbításának határnapja. Az általános iskolai jelentkeztetés esetén az iskola eddig az időpontig elzárva őrzi az eredeti, korábban beküldött tanulói</w:t>
            </w:r>
            <w:r w:rsidRPr="00A761DE">
              <w:rPr>
                <w:spacing w:val="80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adatlap egyik példányát, és a módosító tanulói adatlapot továbbítja a Hivatalnak. A 6 és 8 évfolyamos</w:t>
            </w:r>
            <w:r w:rsidRPr="00A761DE">
              <w:rPr>
                <w:spacing w:val="43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gimnáziumba</w:t>
            </w:r>
            <w:r w:rsidRPr="00A761DE">
              <w:rPr>
                <w:spacing w:val="44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történő</w:t>
            </w:r>
            <w:r w:rsidRPr="00A761DE">
              <w:rPr>
                <w:spacing w:val="44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jelentkezés</w:t>
            </w:r>
            <w:r w:rsidRPr="00A761DE">
              <w:rPr>
                <w:spacing w:val="44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esetén</w:t>
            </w:r>
            <w:r w:rsidRPr="00A761DE">
              <w:rPr>
                <w:spacing w:val="44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</w:t>
            </w:r>
            <w:r w:rsidRPr="00A761DE">
              <w:rPr>
                <w:spacing w:val="44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szülő</w:t>
            </w:r>
            <w:r w:rsidRPr="00A761DE">
              <w:rPr>
                <w:spacing w:val="44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egyénileg</w:t>
            </w:r>
            <w:r w:rsidRPr="00A761DE">
              <w:rPr>
                <w:spacing w:val="44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is</w:t>
            </w:r>
            <w:r w:rsidRPr="00A761DE">
              <w:rPr>
                <w:spacing w:val="43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továbbíthatja</w:t>
            </w:r>
            <w:r w:rsidRPr="00A761DE">
              <w:rPr>
                <w:spacing w:val="44"/>
                <w:sz w:val="24"/>
                <w:szCs w:val="24"/>
              </w:rPr>
              <w:t xml:space="preserve"> </w:t>
            </w:r>
            <w:r w:rsidRPr="00A761DE">
              <w:rPr>
                <w:spacing w:val="-10"/>
                <w:sz w:val="24"/>
                <w:szCs w:val="24"/>
              </w:rPr>
              <w:t>a</w:t>
            </w:r>
            <w:r w:rsidRPr="00A761DE">
              <w:rPr>
                <w:sz w:val="24"/>
                <w:szCs w:val="24"/>
              </w:rPr>
              <w:t xml:space="preserve"> módosító</w:t>
            </w:r>
            <w:r w:rsidRPr="00A761DE">
              <w:rPr>
                <w:spacing w:val="11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tanulói</w:t>
            </w:r>
            <w:r w:rsidRPr="00A761DE">
              <w:rPr>
                <w:spacing w:val="1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adatlapot</w:t>
            </w:r>
            <w:r w:rsidRPr="00A761DE">
              <w:rPr>
                <w:spacing w:val="11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</w:t>
            </w:r>
            <w:r w:rsidRPr="00A761DE">
              <w:rPr>
                <w:spacing w:val="12"/>
                <w:sz w:val="24"/>
                <w:szCs w:val="24"/>
              </w:rPr>
              <w:t xml:space="preserve"> </w:t>
            </w:r>
            <w:r w:rsidRPr="00A761DE">
              <w:rPr>
                <w:spacing w:val="-2"/>
                <w:sz w:val="24"/>
                <w:szCs w:val="24"/>
              </w:rPr>
              <w:t>Hivatalnak.</w:t>
            </w:r>
          </w:p>
        </w:tc>
      </w:tr>
      <w:tr w:rsidR="00FD3320" w:rsidRPr="00D1002A" w:rsidTr="00FD3320">
        <w:trPr>
          <w:trHeight w:val="499"/>
        </w:trPr>
        <w:tc>
          <w:tcPr>
            <w:tcW w:w="2475" w:type="dxa"/>
          </w:tcPr>
          <w:p w:rsidR="00FD3320" w:rsidRPr="00A761DE" w:rsidRDefault="00FD3320" w:rsidP="00C050E8">
            <w:pPr>
              <w:pStyle w:val="TableParagraph"/>
              <w:ind w:left="14"/>
              <w:rPr>
                <w:sz w:val="24"/>
                <w:szCs w:val="24"/>
              </w:rPr>
            </w:pPr>
            <w:r w:rsidRPr="00A761DE">
              <w:rPr>
                <w:sz w:val="24"/>
                <w:szCs w:val="24"/>
              </w:rPr>
              <w:t>2027.</w:t>
            </w:r>
            <w:r w:rsidRPr="00A761DE">
              <w:rPr>
                <w:spacing w:val="8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április</w:t>
            </w:r>
            <w:r w:rsidRPr="00A761DE">
              <w:rPr>
                <w:spacing w:val="11"/>
                <w:sz w:val="24"/>
                <w:szCs w:val="24"/>
              </w:rPr>
              <w:t xml:space="preserve"> </w:t>
            </w:r>
            <w:r w:rsidRPr="00A761DE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6936" w:type="dxa"/>
          </w:tcPr>
          <w:p w:rsidR="00FD3320" w:rsidRPr="00A761DE" w:rsidRDefault="00FD3320" w:rsidP="00FD3320">
            <w:pPr>
              <w:pStyle w:val="TableParagraph"/>
              <w:jc w:val="left"/>
              <w:rPr>
                <w:sz w:val="24"/>
                <w:szCs w:val="24"/>
              </w:rPr>
            </w:pPr>
            <w:r w:rsidRPr="00A761DE">
              <w:rPr>
                <w:sz w:val="24"/>
                <w:szCs w:val="24"/>
              </w:rPr>
              <w:t>A</w:t>
            </w:r>
            <w:r w:rsidRPr="00A761DE">
              <w:rPr>
                <w:spacing w:val="33"/>
                <w:sz w:val="24"/>
                <w:szCs w:val="24"/>
              </w:rPr>
              <w:t xml:space="preserve">  </w:t>
            </w:r>
            <w:r w:rsidRPr="00A761DE">
              <w:rPr>
                <w:sz w:val="24"/>
                <w:szCs w:val="24"/>
              </w:rPr>
              <w:t>Hivatal</w:t>
            </w:r>
            <w:r w:rsidRPr="00A761DE">
              <w:rPr>
                <w:spacing w:val="40"/>
                <w:sz w:val="24"/>
                <w:szCs w:val="24"/>
              </w:rPr>
              <w:t xml:space="preserve">  </w:t>
            </w:r>
            <w:r w:rsidRPr="00A761DE">
              <w:rPr>
                <w:sz w:val="24"/>
                <w:szCs w:val="24"/>
              </w:rPr>
              <w:t>elektronikus</w:t>
            </w:r>
            <w:r w:rsidRPr="00A761DE">
              <w:rPr>
                <w:spacing w:val="40"/>
                <w:sz w:val="24"/>
                <w:szCs w:val="24"/>
              </w:rPr>
              <w:t xml:space="preserve">  </w:t>
            </w:r>
            <w:r w:rsidRPr="00A761DE">
              <w:rPr>
                <w:sz w:val="24"/>
                <w:szCs w:val="24"/>
              </w:rPr>
              <w:t>formában</w:t>
            </w:r>
            <w:r w:rsidRPr="00A761DE">
              <w:rPr>
                <w:spacing w:val="40"/>
                <w:sz w:val="24"/>
                <w:szCs w:val="24"/>
              </w:rPr>
              <w:t xml:space="preserve">  </w:t>
            </w:r>
            <w:r w:rsidRPr="00A761DE">
              <w:rPr>
                <w:sz w:val="24"/>
                <w:szCs w:val="24"/>
              </w:rPr>
              <w:t>megküldi</w:t>
            </w:r>
            <w:r w:rsidRPr="00A761DE">
              <w:rPr>
                <w:spacing w:val="39"/>
                <w:sz w:val="24"/>
                <w:szCs w:val="24"/>
              </w:rPr>
              <w:t xml:space="preserve">  </w:t>
            </w:r>
            <w:r w:rsidRPr="00A761DE">
              <w:rPr>
                <w:sz w:val="24"/>
                <w:szCs w:val="24"/>
              </w:rPr>
              <w:t>a</w:t>
            </w:r>
            <w:r w:rsidRPr="00A761DE">
              <w:rPr>
                <w:spacing w:val="40"/>
                <w:sz w:val="24"/>
                <w:szCs w:val="24"/>
              </w:rPr>
              <w:t xml:space="preserve">  </w:t>
            </w:r>
            <w:r w:rsidRPr="00A761DE">
              <w:rPr>
                <w:sz w:val="24"/>
                <w:szCs w:val="24"/>
              </w:rPr>
              <w:t>középfokú</w:t>
            </w:r>
            <w:r w:rsidRPr="00A761DE">
              <w:rPr>
                <w:spacing w:val="40"/>
                <w:sz w:val="24"/>
                <w:szCs w:val="24"/>
              </w:rPr>
              <w:t xml:space="preserve">  </w:t>
            </w:r>
            <w:r w:rsidRPr="00A761DE">
              <w:rPr>
                <w:sz w:val="24"/>
                <w:szCs w:val="24"/>
              </w:rPr>
              <w:t>iskoláknak</w:t>
            </w:r>
            <w:r w:rsidRPr="00A761DE">
              <w:rPr>
                <w:spacing w:val="40"/>
                <w:sz w:val="24"/>
                <w:szCs w:val="24"/>
              </w:rPr>
              <w:t xml:space="preserve">  </w:t>
            </w:r>
            <w:r w:rsidRPr="00A761DE">
              <w:rPr>
                <w:sz w:val="24"/>
                <w:szCs w:val="24"/>
              </w:rPr>
              <w:t>a</w:t>
            </w:r>
            <w:r w:rsidRPr="00A761DE">
              <w:rPr>
                <w:spacing w:val="104"/>
                <w:w w:val="150"/>
                <w:sz w:val="24"/>
                <w:szCs w:val="24"/>
              </w:rPr>
              <w:t xml:space="preserve"> </w:t>
            </w:r>
            <w:r w:rsidRPr="00A761DE">
              <w:rPr>
                <w:spacing w:val="-2"/>
                <w:sz w:val="24"/>
                <w:szCs w:val="24"/>
              </w:rPr>
              <w:t>hozzájuk</w:t>
            </w:r>
            <w:r w:rsidRPr="00A761DE">
              <w:rPr>
                <w:sz w:val="24"/>
                <w:szCs w:val="24"/>
              </w:rPr>
              <w:t xml:space="preserve"> jelentkezettek</w:t>
            </w:r>
            <w:r w:rsidRPr="00A761DE">
              <w:rPr>
                <w:spacing w:val="15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listáját</w:t>
            </w:r>
            <w:r w:rsidRPr="00A761DE">
              <w:rPr>
                <w:spacing w:val="1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ABC</w:t>
            </w:r>
            <w:r w:rsidRPr="00A761DE">
              <w:rPr>
                <w:spacing w:val="16"/>
                <w:sz w:val="24"/>
                <w:szCs w:val="24"/>
              </w:rPr>
              <w:t xml:space="preserve"> </w:t>
            </w:r>
            <w:r w:rsidRPr="00A761DE">
              <w:rPr>
                <w:spacing w:val="-2"/>
                <w:sz w:val="24"/>
                <w:szCs w:val="24"/>
              </w:rPr>
              <w:t>sorrendben.</w:t>
            </w:r>
          </w:p>
        </w:tc>
      </w:tr>
      <w:tr w:rsidR="00FD3320" w:rsidRPr="00D1002A" w:rsidTr="00FD3320">
        <w:trPr>
          <w:trHeight w:val="268"/>
        </w:trPr>
        <w:tc>
          <w:tcPr>
            <w:tcW w:w="2475" w:type="dxa"/>
          </w:tcPr>
          <w:p w:rsidR="00FD3320" w:rsidRPr="00A761DE" w:rsidRDefault="00FD3320" w:rsidP="00C050E8">
            <w:pPr>
              <w:pStyle w:val="TableParagraph"/>
              <w:ind w:left="14"/>
              <w:rPr>
                <w:sz w:val="24"/>
                <w:szCs w:val="24"/>
              </w:rPr>
            </w:pPr>
            <w:r w:rsidRPr="00A761DE">
              <w:rPr>
                <w:sz w:val="24"/>
                <w:szCs w:val="24"/>
              </w:rPr>
              <w:t>2027.</w:t>
            </w:r>
            <w:r w:rsidRPr="00A761DE">
              <w:rPr>
                <w:spacing w:val="8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április</w:t>
            </w:r>
            <w:r w:rsidRPr="00A761DE">
              <w:rPr>
                <w:spacing w:val="11"/>
                <w:sz w:val="24"/>
                <w:szCs w:val="24"/>
              </w:rPr>
              <w:t xml:space="preserve"> </w:t>
            </w:r>
            <w:r w:rsidRPr="00A761DE">
              <w:rPr>
                <w:spacing w:val="-5"/>
                <w:sz w:val="24"/>
                <w:szCs w:val="24"/>
              </w:rPr>
              <w:t>19.</w:t>
            </w:r>
          </w:p>
        </w:tc>
        <w:tc>
          <w:tcPr>
            <w:tcW w:w="6936" w:type="dxa"/>
          </w:tcPr>
          <w:p w:rsidR="00FD3320" w:rsidRPr="00A761DE" w:rsidRDefault="00FD3320" w:rsidP="00C050E8">
            <w:pPr>
              <w:pStyle w:val="TableParagraph"/>
              <w:jc w:val="left"/>
              <w:rPr>
                <w:sz w:val="24"/>
                <w:szCs w:val="24"/>
              </w:rPr>
            </w:pPr>
            <w:r w:rsidRPr="00A761DE">
              <w:rPr>
                <w:sz w:val="24"/>
                <w:szCs w:val="24"/>
              </w:rPr>
              <w:t>A</w:t>
            </w:r>
            <w:r w:rsidRPr="00A761DE">
              <w:rPr>
                <w:spacing w:val="-3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Hivatal</w:t>
            </w:r>
            <w:r w:rsidRPr="00A761DE">
              <w:rPr>
                <w:spacing w:val="1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</w:t>
            </w:r>
            <w:r w:rsidRPr="00A761DE">
              <w:rPr>
                <w:spacing w:val="1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módosító</w:t>
            </w:r>
            <w:r w:rsidRPr="00A761DE">
              <w:rPr>
                <w:spacing w:val="1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tanulói</w:t>
            </w:r>
            <w:r w:rsidRPr="00A761DE">
              <w:rPr>
                <w:spacing w:val="13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adatlapok</w:t>
            </w:r>
            <w:r w:rsidRPr="00A761DE">
              <w:rPr>
                <w:spacing w:val="1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alapján</w:t>
            </w:r>
            <w:r w:rsidRPr="00A761DE">
              <w:rPr>
                <w:spacing w:val="1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kiegészíti</w:t>
            </w:r>
            <w:r w:rsidRPr="00A761DE">
              <w:rPr>
                <w:spacing w:val="1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</w:t>
            </w:r>
            <w:r w:rsidRPr="00A761DE">
              <w:rPr>
                <w:spacing w:val="1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jelentkezettek</w:t>
            </w:r>
            <w:r w:rsidRPr="00A761DE">
              <w:rPr>
                <w:spacing w:val="12"/>
                <w:sz w:val="24"/>
                <w:szCs w:val="24"/>
              </w:rPr>
              <w:t xml:space="preserve"> </w:t>
            </w:r>
            <w:r w:rsidRPr="00A761DE">
              <w:rPr>
                <w:spacing w:val="-2"/>
                <w:sz w:val="24"/>
                <w:szCs w:val="24"/>
              </w:rPr>
              <w:t>listáját.</w:t>
            </w:r>
          </w:p>
        </w:tc>
      </w:tr>
      <w:tr w:rsidR="00FD3320" w:rsidRPr="00D1002A" w:rsidTr="00FD3320">
        <w:trPr>
          <w:trHeight w:val="483"/>
        </w:trPr>
        <w:tc>
          <w:tcPr>
            <w:tcW w:w="2475" w:type="dxa"/>
          </w:tcPr>
          <w:p w:rsidR="00FD3320" w:rsidRPr="00A761DE" w:rsidRDefault="00FD3320" w:rsidP="00C050E8">
            <w:pPr>
              <w:pStyle w:val="TableParagraph"/>
              <w:ind w:left="14"/>
              <w:rPr>
                <w:sz w:val="24"/>
                <w:szCs w:val="24"/>
              </w:rPr>
            </w:pPr>
            <w:r w:rsidRPr="00A761DE">
              <w:rPr>
                <w:sz w:val="24"/>
                <w:szCs w:val="24"/>
              </w:rPr>
              <w:t>2027.</w:t>
            </w:r>
            <w:r w:rsidRPr="00A761DE">
              <w:rPr>
                <w:spacing w:val="8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április</w:t>
            </w:r>
            <w:r w:rsidRPr="00A761DE">
              <w:rPr>
                <w:spacing w:val="11"/>
                <w:sz w:val="24"/>
                <w:szCs w:val="24"/>
              </w:rPr>
              <w:t xml:space="preserve"> </w:t>
            </w:r>
            <w:r w:rsidRPr="00A761DE"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6936" w:type="dxa"/>
          </w:tcPr>
          <w:p w:rsidR="00FD3320" w:rsidRPr="00A761DE" w:rsidRDefault="00FD3320" w:rsidP="00FD3320">
            <w:pPr>
              <w:pStyle w:val="TableParagraph"/>
              <w:jc w:val="left"/>
              <w:rPr>
                <w:sz w:val="24"/>
                <w:szCs w:val="24"/>
              </w:rPr>
            </w:pPr>
            <w:r w:rsidRPr="00A761DE">
              <w:rPr>
                <w:sz w:val="24"/>
                <w:szCs w:val="24"/>
              </w:rPr>
              <w:t>A</w:t>
            </w:r>
            <w:r w:rsidRPr="00A761DE">
              <w:rPr>
                <w:spacing w:val="73"/>
                <w:w w:val="150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középfokú</w:t>
            </w:r>
            <w:r w:rsidRPr="00A761DE">
              <w:rPr>
                <w:spacing w:val="30"/>
                <w:sz w:val="24"/>
                <w:szCs w:val="24"/>
              </w:rPr>
              <w:t xml:space="preserve">  </w:t>
            </w:r>
            <w:r w:rsidRPr="00A761DE">
              <w:rPr>
                <w:sz w:val="24"/>
                <w:szCs w:val="24"/>
              </w:rPr>
              <w:t>iskola</w:t>
            </w:r>
            <w:r w:rsidRPr="00A761DE">
              <w:rPr>
                <w:spacing w:val="30"/>
                <w:sz w:val="24"/>
                <w:szCs w:val="24"/>
              </w:rPr>
              <w:t xml:space="preserve">  </w:t>
            </w:r>
            <w:r w:rsidRPr="00A761DE">
              <w:rPr>
                <w:sz w:val="24"/>
                <w:szCs w:val="24"/>
              </w:rPr>
              <w:t>igazgatója</w:t>
            </w:r>
            <w:r w:rsidRPr="00A761DE">
              <w:rPr>
                <w:spacing w:val="31"/>
                <w:sz w:val="24"/>
                <w:szCs w:val="24"/>
              </w:rPr>
              <w:t xml:space="preserve">  </w:t>
            </w:r>
            <w:r w:rsidRPr="00A761DE">
              <w:rPr>
                <w:sz w:val="24"/>
                <w:szCs w:val="24"/>
              </w:rPr>
              <w:t>az</w:t>
            </w:r>
            <w:r w:rsidRPr="00A761DE">
              <w:rPr>
                <w:spacing w:val="30"/>
                <w:sz w:val="24"/>
                <w:szCs w:val="24"/>
              </w:rPr>
              <w:t xml:space="preserve">  </w:t>
            </w:r>
            <w:r w:rsidRPr="00A761DE">
              <w:rPr>
                <w:sz w:val="24"/>
                <w:szCs w:val="24"/>
              </w:rPr>
              <w:t>ideiglenes</w:t>
            </w:r>
            <w:r w:rsidRPr="00A761DE">
              <w:rPr>
                <w:spacing w:val="31"/>
                <w:sz w:val="24"/>
                <w:szCs w:val="24"/>
              </w:rPr>
              <w:t xml:space="preserve">  </w:t>
            </w:r>
            <w:r w:rsidRPr="00A761DE">
              <w:rPr>
                <w:sz w:val="24"/>
                <w:szCs w:val="24"/>
              </w:rPr>
              <w:t>felvételi</w:t>
            </w:r>
            <w:r w:rsidRPr="00A761DE">
              <w:rPr>
                <w:spacing w:val="30"/>
                <w:sz w:val="24"/>
                <w:szCs w:val="24"/>
              </w:rPr>
              <w:t xml:space="preserve">  </w:t>
            </w:r>
            <w:r w:rsidRPr="00A761DE">
              <w:rPr>
                <w:sz w:val="24"/>
                <w:szCs w:val="24"/>
              </w:rPr>
              <w:t>rangsort</w:t>
            </w:r>
            <w:r w:rsidRPr="00A761DE">
              <w:rPr>
                <w:spacing w:val="30"/>
                <w:sz w:val="24"/>
                <w:szCs w:val="24"/>
              </w:rPr>
              <w:t xml:space="preserve">  </w:t>
            </w:r>
            <w:r w:rsidRPr="00A761DE">
              <w:rPr>
                <w:sz w:val="24"/>
                <w:szCs w:val="24"/>
              </w:rPr>
              <w:t>–</w:t>
            </w:r>
            <w:r w:rsidRPr="00A761DE">
              <w:rPr>
                <w:spacing w:val="31"/>
                <w:sz w:val="24"/>
                <w:szCs w:val="24"/>
              </w:rPr>
              <w:t xml:space="preserve">  </w:t>
            </w:r>
            <w:r w:rsidRPr="00A761DE">
              <w:rPr>
                <w:sz w:val="24"/>
                <w:szCs w:val="24"/>
              </w:rPr>
              <w:t>a</w:t>
            </w:r>
            <w:r w:rsidRPr="00A761DE">
              <w:rPr>
                <w:spacing w:val="30"/>
                <w:sz w:val="24"/>
                <w:szCs w:val="24"/>
              </w:rPr>
              <w:t xml:space="preserve">  </w:t>
            </w:r>
            <w:r w:rsidRPr="00A761DE">
              <w:rPr>
                <w:sz w:val="24"/>
                <w:szCs w:val="24"/>
              </w:rPr>
              <w:t>Hivatal</w:t>
            </w:r>
            <w:r w:rsidRPr="00A761DE">
              <w:rPr>
                <w:spacing w:val="31"/>
                <w:sz w:val="24"/>
                <w:szCs w:val="24"/>
              </w:rPr>
              <w:t xml:space="preserve">  </w:t>
            </w:r>
            <w:r w:rsidRPr="00A761DE">
              <w:rPr>
                <w:spacing w:val="-2"/>
                <w:sz w:val="24"/>
                <w:szCs w:val="24"/>
              </w:rPr>
              <w:t>által</w:t>
            </w:r>
            <w:r w:rsidRPr="00A761DE">
              <w:rPr>
                <w:sz w:val="24"/>
                <w:szCs w:val="24"/>
              </w:rPr>
              <w:t xml:space="preserve"> meghatározott</w:t>
            </w:r>
            <w:r w:rsidRPr="00A761DE">
              <w:rPr>
                <w:spacing w:val="11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módon</w:t>
            </w:r>
            <w:r w:rsidRPr="00A761DE">
              <w:rPr>
                <w:spacing w:val="1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–</w:t>
            </w:r>
            <w:r w:rsidRPr="00A761DE">
              <w:rPr>
                <w:spacing w:val="11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megküldi</w:t>
            </w:r>
            <w:r w:rsidRPr="00A761DE">
              <w:rPr>
                <w:spacing w:val="1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</w:t>
            </w:r>
            <w:r w:rsidRPr="00A761DE">
              <w:rPr>
                <w:spacing w:val="11"/>
                <w:sz w:val="24"/>
                <w:szCs w:val="24"/>
              </w:rPr>
              <w:t xml:space="preserve"> </w:t>
            </w:r>
            <w:r w:rsidRPr="00A761DE">
              <w:rPr>
                <w:spacing w:val="-2"/>
                <w:sz w:val="24"/>
                <w:szCs w:val="24"/>
              </w:rPr>
              <w:t>Hivatalnak.</w:t>
            </w:r>
          </w:p>
        </w:tc>
      </w:tr>
      <w:tr w:rsidR="00FD3320" w:rsidRPr="00D1002A" w:rsidTr="00FD3320">
        <w:trPr>
          <w:trHeight w:val="483"/>
        </w:trPr>
        <w:tc>
          <w:tcPr>
            <w:tcW w:w="2475" w:type="dxa"/>
          </w:tcPr>
          <w:p w:rsidR="00FD3320" w:rsidRPr="00A761DE" w:rsidRDefault="00FD3320" w:rsidP="00C050E8">
            <w:pPr>
              <w:pStyle w:val="TableParagraph"/>
              <w:ind w:left="14"/>
              <w:rPr>
                <w:sz w:val="24"/>
                <w:szCs w:val="24"/>
              </w:rPr>
            </w:pPr>
            <w:r w:rsidRPr="00A761DE">
              <w:rPr>
                <w:sz w:val="24"/>
                <w:szCs w:val="24"/>
              </w:rPr>
              <w:t>2027.</w:t>
            </w:r>
            <w:r w:rsidRPr="00A761DE">
              <w:rPr>
                <w:spacing w:val="8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április</w:t>
            </w:r>
            <w:r w:rsidRPr="00A761DE">
              <w:rPr>
                <w:spacing w:val="11"/>
                <w:sz w:val="24"/>
                <w:szCs w:val="24"/>
              </w:rPr>
              <w:t xml:space="preserve"> </w:t>
            </w:r>
            <w:r w:rsidRPr="00A761DE">
              <w:rPr>
                <w:spacing w:val="-5"/>
                <w:sz w:val="24"/>
                <w:szCs w:val="24"/>
              </w:rPr>
              <w:t>29.</w:t>
            </w:r>
          </w:p>
        </w:tc>
        <w:tc>
          <w:tcPr>
            <w:tcW w:w="6936" w:type="dxa"/>
          </w:tcPr>
          <w:p w:rsidR="00FD3320" w:rsidRPr="00A761DE" w:rsidRDefault="00FD3320" w:rsidP="00FD3320">
            <w:pPr>
              <w:pStyle w:val="TableParagraph"/>
              <w:jc w:val="left"/>
              <w:rPr>
                <w:sz w:val="24"/>
                <w:szCs w:val="24"/>
              </w:rPr>
            </w:pPr>
            <w:r w:rsidRPr="00A761DE">
              <w:rPr>
                <w:sz w:val="24"/>
                <w:szCs w:val="24"/>
              </w:rPr>
              <w:t>A</w:t>
            </w:r>
            <w:r w:rsidRPr="00A761DE">
              <w:rPr>
                <w:spacing w:val="1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Hivatal</w:t>
            </w:r>
            <w:r w:rsidRPr="00A761DE">
              <w:rPr>
                <w:spacing w:val="16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kialakítja</w:t>
            </w:r>
            <w:r w:rsidRPr="00A761DE">
              <w:rPr>
                <w:spacing w:val="16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</w:t>
            </w:r>
            <w:r w:rsidRPr="00A761DE">
              <w:rPr>
                <w:spacing w:val="15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végeredményt</w:t>
            </w:r>
            <w:r w:rsidRPr="00A761DE">
              <w:rPr>
                <w:spacing w:val="16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az</w:t>
            </w:r>
            <w:r w:rsidRPr="00A761DE">
              <w:rPr>
                <w:spacing w:val="16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igazgatói</w:t>
            </w:r>
            <w:r w:rsidRPr="00A761DE">
              <w:rPr>
                <w:spacing w:val="16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döntések</w:t>
            </w:r>
            <w:r w:rsidRPr="00A761DE">
              <w:rPr>
                <w:spacing w:val="16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és</w:t>
            </w:r>
            <w:r w:rsidRPr="00A761DE">
              <w:rPr>
                <w:spacing w:val="15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tanulói</w:t>
            </w:r>
            <w:r w:rsidRPr="00A761DE">
              <w:rPr>
                <w:spacing w:val="16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adatlapok</w:t>
            </w:r>
            <w:r w:rsidRPr="00A761DE">
              <w:rPr>
                <w:spacing w:val="16"/>
                <w:sz w:val="24"/>
                <w:szCs w:val="24"/>
              </w:rPr>
              <w:t xml:space="preserve"> </w:t>
            </w:r>
            <w:r w:rsidRPr="00A761DE">
              <w:rPr>
                <w:spacing w:val="-2"/>
                <w:sz w:val="24"/>
                <w:szCs w:val="24"/>
              </w:rPr>
              <w:t>egyeztetése</w:t>
            </w:r>
            <w:r w:rsidRPr="00A761DE">
              <w:rPr>
                <w:sz w:val="24"/>
                <w:szCs w:val="24"/>
              </w:rPr>
              <w:t xml:space="preserve"> alapján,</w:t>
            </w:r>
            <w:r w:rsidRPr="00A761DE">
              <w:rPr>
                <w:spacing w:val="1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és</w:t>
            </w:r>
            <w:r w:rsidRPr="00A761DE">
              <w:rPr>
                <w:spacing w:val="1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elküldi</w:t>
            </w:r>
            <w:r w:rsidRPr="00A761DE">
              <w:rPr>
                <w:spacing w:val="1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azt</w:t>
            </w:r>
            <w:r w:rsidRPr="00A761DE">
              <w:rPr>
                <w:spacing w:val="1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</w:t>
            </w:r>
            <w:r w:rsidRPr="00A761DE">
              <w:rPr>
                <w:spacing w:val="1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középfokú</w:t>
            </w:r>
            <w:r w:rsidRPr="00A761DE">
              <w:rPr>
                <w:spacing w:val="1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iskoláknak</w:t>
            </w:r>
            <w:r w:rsidRPr="00A761DE">
              <w:rPr>
                <w:spacing w:val="1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(egyeztetett</w:t>
            </w:r>
            <w:r w:rsidRPr="00A761DE">
              <w:rPr>
                <w:spacing w:val="1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felvételi</w:t>
            </w:r>
            <w:r w:rsidRPr="00A761DE">
              <w:rPr>
                <w:spacing w:val="12"/>
                <w:sz w:val="24"/>
                <w:szCs w:val="24"/>
              </w:rPr>
              <w:t xml:space="preserve"> </w:t>
            </w:r>
            <w:r w:rsidRPr="00A761DE">
              <w:rPr>
                <w:spacing w:val="-2"/>
                <w:sz w:val="24"/>
                <w:szCs w:val="24"/>
              </w:rPr>
              <w:t>jegyzék).</w:t>
            </w:r>
          </w:p>
        </w:tc>
      </w:tr>
      <w:tr w:rsidR="00FD3320" w:rsidRPr="00D1002A" w:rsidTr="00FD3320">
        <w:trPr>
          <w:trHeight w:val="483"/>
        </w:trPr>
        <w:tc>
          <w:tcPr>
            <w:tcW w:w="2475" w:type="dxa"/>
          </w:tcPr>
          <w:p w:rsidR="00FD3320" w:rsidRPr="00A761DE" w:rsidRDefault="00FD3320" w:rsidP="00C050E8">
            <w:pPr>
              <w:pStyle w:val="TableParagraph"/>
              <w:ind w:left="14"/>
              <w:rPr>
                <w:sz w:val="24"/>
                <w:szCs w:val="24"/>
              </w:rPr>
            </w:pPr>
            <w:r w:rsidRPr="00A761DE">
              <w:rPr>
                <w:sz w:val="24"/>
                <w:szCs w:val="24"/>
              </w:rPr>
              <w:t>2027.</w:t>
            </w:r>
            <w:r w:rsidRPr="00A761DE">
              <w:rPr>
                <w:spacing w:val="10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május</w:t>
            </w:r>
            <w:r w:rsidRPr="00A761DE">
              <w:rPr>
                <w:spacing w:val="10"/>
                <w:sz w:val="24"/>
                <w:szCs w:val="24"/>
              </w:rPr>
              <w:t xml:space="preserve"> </w:t>
            </w:r>
            <w:r w:rsidRPr="00A761DE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6936" w:type="dxa"/>
          </w:tcPr>
          <w:p w:rsidR="00FD3320" w:rsidRPr="00A761DE" w:rsidRDefault="00FD3320" w:rsidP="00FD3320">
            <w:pPr>
              <w:pStyle w:val="TableParagraph"/>
              <w:jc w:val="left"/>
              <w:rPr>
                <w:sz w:val="24"/>
                <w:szCs w:val="24"/>
              </w:rPr>
            </w:pPr>
            <w:r w:rsidRPr="00A761DE">
              <w:rPr>
                <w:sz w:val="24"/>
                <w:szCs w:val="24"/>
              </w:rPr>
              <w:t>A</w:t>
            </w:r>
            <w:r w:rsidRPr="00A761DE">
              <w:rPr>
                <w:spacing w:val="24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felvételt</w:t>
            </w:r>
            <w:r w:rsidRPr="00A761DE">
              <w:rPr>
                <w:spacing w:val="37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hirdető</w:t>
            </w:r>
            <w:r w:rsidRPr="00A761DE">
              <w:rPr>
                <w:spacing w:val="38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középfokú</w:t>
            </w:r>
            <w:r w:rsidRPr="00A761DE">
              <w:rPr>
                <w:spacing w:val="37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iskolák</w:t>
            </w:r>
            <w:r w:rsidRPr="00A761DE">
              <w:rPr>
                <w:spacing w:val="37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megküldik</w:t>
            </w:r>
            <w:r w:rsidRPr="00A761DE">
              <w:rPr>
                <w:spacing w:val="37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</w:t>
            </w:r>
            <w:r w:rsidRPr="00A761DE">
              <w:rPr>
                <w:spacing w:val="37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felvételről</w:t>
            </w:r>
            <w:r w:rsidRPr="00A761DE">
              <w:rPr>
                <w:spacing w:val="38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vagy</w:t>
            </w:r>
            <w:r w:rsidRPr="00A761DE">
              <w:rPr>
                <w:spacing w:val="37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az</w:t>
            </w:r>
            <w:r w:rsidRPr="00A761DE">
              <w:rPr>
                <w:spacing w:val="37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elutasításról</w:t>
            </w:r>
            <w:r w:rsidRPr="00A761DE">
              <w:rPr>
                <w:spacing w:val="37"/>
                <w:sz w:val="24"/>
                <w:szCs w:val="24"/>
              </w:rPr>
              <w:t xml:space="preserve"> </w:t>
            </w:r>
            <w:r w:rsidRPr="00A761DE">
              <w:rPr>
                <w:spacing w:val="-2"/>
                <w:sz w:val="24"/>
                <w:szCs w:val="24"/>
              </w:rPr>
              <w:t>szóló</w:t>
            </w:r>
            <w:r w:rsidRPr="00A761DE">
              <w:rPr>
                <w:sz w:val="24"/>
                <w:szCs w:val="24"/>
              </w:rPr>
              <w:t xml:space="preserve"> értesítést</w:t>
            </w:r>
            <w:r w:rsidRPr="00A761DE">
              <w:rPr>
                <w:spacing w:val="11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</w:t>
            </w:r>
            <w:r w:rsidRPr="00A761DE">
              <w:rPr>
                <w:spacing w:val="11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jelentkezőknek</w:t>
            </w:r>
            <w:r w:rsidRPr="00A761DE">
              <w:rPr>
                <w:spacing w:val="11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és</w:t>
            </w:r>
            <w:r w:rsidRPr="00A761DE">
              <w:rPr>
                <w:spacing w:val="11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az</w:t>
            </w:r>
            <w:r w:rsidRPr="00A761DE">
              <w:rPr>
                <w:spacing w:val="1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általános</w:t>
            </w:r>
            <w:r w:rsidRPr="00A761DE">
              <w:rPr>
                <w:spacing w:val="11"/>
                <w:sz w:val="24"/>
                <w:szCs w:val="24"/>
              </w:rPr>
              <w:t xml:space="preserve"> </w:t>
            </w:r>
            <w:r w:rsidRPr="00A761DE">
              <w:rPr>
                <w:spacing w:val="-2"/>
                <w:sz w:val="24"/>
                <w:szCs w:val="24"/>
              </w:rPr>
              <w:t>iskoláknak.</w:t>
            </w:r>
          </w:p>
        </w:tc>
      </w:tr>
      <w:tr w:rsidR="00FD3320" w:rsidRPr="00D1002A" w:rsidTr="00FD3320">
        <w:trPr>
          <w:trHeight w:val="742"/>
        </w:trPr>
        <w:tc>
          <w:tcPr>
            <w:tcW w:w="2475" w:type="dxa"/>
          </w:tcPr>
          <w:p w:rsidR="00FD3320" w:rsidRPr="00A761DE" w:rsidRDefault="00FD3320" w:rsidP="00C050E8">
            <w:pPr>
              <w:pStyle w:val="TableParagraph"/>
              <w:ind w:left="14"/>
              <w:rPr>
                <w:sz w:val="24"/>
                <w:szCs w:val="24"/>
              </w:rPr>
            </w:pPr>
            <w:r w:rsidRPr="00A761DE">
              <w:rPr>
                <w:sz w:val="24"/>
                <w:szCs w:val="24"/>
              </w:rPr>
              <w:t>2027.</w:t>
            </w:r>
            <w:r w:rsidRPr="00A761DE">
              <w:rPr>
                <w:spacing w:val="8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május</w:t>
            </w:r>
            <w:r w:rsidRPr="00A761DE">
              <w:rPr>
                <w:spacing w:val="8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10.</w:t>
            </w:r>
            <w:r w:rsidRPr="00A761DE">
              <w:rPr>
                <w:spacing w:val="8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–</w:t>
            </w:r>
            <w:r w:rsidRPr="00A761DE">
              <w:rPr>
                <w:spacing w:val="8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május</w:t>
            </w:r>
            <w:r w:rsidRPr="00A761DE">
              <w:rPr>
                <w:spacing w:val="8"/>
                <w:sz w:val="24"/>
                <w:szCs w:val="24"/>
              </w:rPr>
              <w:t xml:space="preserve"> </w:t>
            </w:r>
            <w:r w:rsidRPr="00A761DE">
              <w:rPr>
                <w:spacing w:val="-5"/>
                <w:sz w:val="24"/>
                <w:szCs w:val="24"/>
              </w:rPr>
              <w:t>21.</w:t>
            </w:r>
          </w:p>
        </w:tc>
        <w:tc>
          <w:tcPr>
            <w:tcW w:w="6936" w:type="dxa"/>
          </w:tcPr>
          <w:p w:rsidR="00FD3320" w:rsidRPr="00A761DE" w:rsidRDefault="00FD3320" w:rsidP="00C050E8">
            <w:pPr>
              <w:pStyle w:val="TableParagraph"/>
              <w:spacing w:line="268" w:lineRule="auto"/>
              <w:jc w:val="left"/>
              <w:rPr>
                <w:sz w:val="24"/>
                <w:szCs w:val="24"/>
              </w:rPr>
            </w:pPr>
            <w:r w:rsidRPr="00A761DE">
              <w:rPr>
                <w:sz w:val="24"/>
                <w:szCs w:val="24"/>
              </w:rPr>
              <w:t>Rendkívüli</w:t>
            </w:r>
            <w:r w:rsidRPr="00A761DE">
              <w:rPr>
                <w:spacing w:val="7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felvételi</w:t>
            </w:r>
            <w:r w:rsidRPr="00A761DE">
              <w:rPr>
                <w:spacing w:val="7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eljárást</w:t>
            </w:r>
            <w:r w:rsidRPr="00A761DE">
              <w:rPr>
                <w:spacing w:val="7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kell</w:t>
            </w:r>
            <w:r w:rsidRPr="00A761DE">
              <w:rPr>
                <w:spacing w:val="7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tartani,</w:t>
            </w:r>
            <w:r w:rsidRPr="00A761DE">
              <w:rPr>
                <w:spacing w:val="7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ha</w:t>
            </w:r>
            <w:r w:rsidRPr="00A761DE">
              <w:rPr>
                <w:spacing w:val="7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az</w:t>
            </w:r>
            <w:r w:rsidRPr="00A761DE">
              <w:rPr>
                <w:spacing w:val="7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általános</w:t>
            </w:r>
            <w:r w:rsidRPr="00A761DE">
              <w:rPr>
                <w:spacing w:val="7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felvételi</w:t>
            </w:r>
            <w:r w:rsidRPr="00A761DE">
              <w:rPr>
                <w:spacing w:val="7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eljárás</w:t>
            </w:r>
            <w:r w:rsidRPr="00A761DE">
              <w:rPr>
                <w:spacing w:val="7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keretében</w:t>
            </w:r>
            <w:r w:rsidRPr="00A761DE">
              <w:rPr>
                <w:spacing w:val="7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 felvehető létszám 90%-</w:t>
            </w:r>
            <w:proofErr w:type="spellStart"/>
            <w:r w:rsidRPr="00A761DE">
              <w:rPr>
                <w:sz w:val="24"/>
                <w:szCs w:val="24"/>
              </w:rPr>
              <w:t>ánál</w:t>
            </w:r>
            <w:proofErr w:type="spellEnd"/>
            <w:r w:rsidRPr="00A761DE">
              <w:rPr>
                <w:sz w:val="24"/>
                <w:szCs w:val="24"/>
              </w:rPr>
              <w:t xml:space="preserve"> kevesebb tanulót vettek fel.</w:t>
            </w:r>
          </w:p>
          <w:p w:rsidR="00FD3320" w:rsidRPr="00A761DE" w:rsidRDefault="00FD3320" w:rsidP="00C050E8">
            <w:pPr>
              <w:pStyle w:val="TableParagraph"/>
              <w:spacing w:before="0" w:line="206" w:lineRule="exact"/>
              <w:jc w:val="left"/>
              <w:rPr>
                <w:sz w:val="24"/>
                <w:szCs w:val="24"/>
              </w:rPr>
            </w:pPr>
            <w:r w:rsidRPr="00A761DE">
              <w:rPr>
                <w:sz w:val="24"/>
                <w:szCs w:val="24"/>
              </w:rPr>
              <w:t>A</w:t>
            </w:r>
            <w:r w:rsidRPr="00A761DE">
              <w:rPr>
                <w:spacing w:val="-3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felvételi</w:t>
            </w:r>
            <w:r w:rsidRPr="00A761DE">
              <w:rPr>
                <w:spacing w:val="11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kérelmekről</w:t>
            </w:r>
            <w:r w:rsidRPr="00A761DE">
              <w:rPr>
                <w:spacing w:val="1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az</w:t>
            </w:r>
            <w:r w:rsidRPr="00A761DE">
              <w:rPr>
                <w:spacing w:val="11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igazgató</w:t>
            </w:r>
            <w:r w:rsidRPr="00A761DE">
              <w:rPr>
                <w:spacing w:val="1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</w:t>
            </w:r>
            <w:r w:rsidRPr="00A761DE">
              <w:rPr>
                <w:spacing w:val="11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határnapig</w:t>
            </w:r>
            <w:r w:rsidRPr="00A761DE">
              <w:rPr>
                <w:spacing w:val="12"/>
                <w:sz w:val="24"/>
                <w:szCs w:val="24"/>
              </w:rPr>
              <w:t xml:space="preserve"> </w:t>
            </w:r>
            <w:r w:rsidRPr="00A761DE">
              <w:rPr>
                <w:spacing w:val="-2"/>
                <w:sz w:val="24"/>
                <w:szCs w:val="24"/>
              </w:rPr>
              <w:t>dönt.</w:t>
            </w:r>
          </w:p>
        </w:tc>
      </w:tr>
      <w:tr w:rsidR="00FD3320" w:rsidRPr="00D1002A" w:rsidTr="00FD3320">
        <w:trPr>
          <w:trHeight w:val="268"/>
        </w:trPr>
        <w:tc>
          <w:tcPr>
            <w:tcW w:w="2475" w:type="dxa"/>
          </w:tcPr>
          <w:p w:rsidR="00FD3320" w:rsidRPr="00A761DE" w:rsidRDefault="00FD3320" w:rsidP="00C050E8">
            <w:pPr>
              <w:pStyle w:val="TableParagraph"/>
              <w:ind w:left="14"/>
              <w:rPr>
                <w:sz w:val="24"/>
                <w:szCs w:val="24"/>
              </w:rPr>
            </w:pPr>
            <w:r w:rsidRPr="00A761DE">
              <w:rPr>
                <w:sz w:val="24"/>
                <w:szCs w:val="24"/>
              </w:rPr>
              <w:t>2027.</w:t>
            </w:r>
            <w:r w:rsidRPr="00A761DE">
              <w:rPr>
                <w:spacing w:val="9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május</w:t>
            </w:r>
            <w:r w:rsidRPr="00A761DE">
              <w:rPr>
                <w:spacing w:val="9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10.</w:t>
            </w:r>
            <w:r w:rsidRPr="00A761DE">
              <w:rPr>
                <w:spacing w:val="9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–</w:t>
            </w:r>
            <w:r w:rsidRPr="00A761DE">
              <w:rPr>
                <w:spacing w:val="10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augusztus</w:t>
            </w:r>
            <w:r w:rsidRPr="00A761DE">
              <w:rPr>
                <w:spacing w:val="9"/>
                <w:sz w:val="24"/>
                <w:szCs w:val="24"/>
              </w:rPr>
              <w:t xml:space="preserve"> </w:t>
            </w:r>
            <w:r w:rsidRPr="00A761DE">
              <w:rPr>
                <w:spacing w:val="-5"/>
                <w:sz w:val="24"/>
                <w:szCs w:val="24"/>
              </w:rPr>
              <w:t>31.</w:t>
            </w:r>
          </w:p>
        </w:tc>
        <w:tc>
          <w:tcPr>
            <w:tcW w:w="6936" w:type="dxa"/>
          </w:tcPr>
          <w:p w:rsidR="00FD3320" w:rsidRPr="00A761DE" w:rsidRDefault="00FD3320" w:rsidP="00C050E8">
            <w:pPr>
              <w:pStyle w:val="TableParagraph"/>
              <w:jc w:val="left"/>
              <w:rPr>
                <w:sz w:val="24"/>
                <w:szCs w:val="24"/>
              </w:rPr>
            </w:pPr>
            <w:r w:rsidRPr="00A761DE">
              <w:rPr>
                <w:sz w:val="24"/>
                <w:szCs w:val="24"/>
              </w:rPr>
              <w:t>A</w:t>
            </w:r>
            <w:r w:rsidRPr="00A761DE">
              <w:rPr>
                <w:spacing w:val="-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középfokú</w:t>
            </w:r>
            <w:r w:rsidRPr="00A761DE">
              <w:rPr>
                <w:spacing w:val="13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iskola</w:t>
            </w:r>
            <w:r w:rsidRPr="00A761DE">
              <w:rPr>
                <w:spacing w:val="13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igazgatója</w:t>
            </w:r>
            <w:r w:rsidRPr="00A761DE">
              <w:rPr>
                <w:spacing w:val="13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rendkívüli</w:t>
            </w:r>
            <w:r w:rsidRPr="00A761DE">
              <w:rPr>
                <w:spacing w:val="13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felvételi</w:t>
            </w:r>
            <w:r w:rsidRPr="00A761DE">
              <w:rPr>
                <w:spacing w:val="13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eljárást</w:t>
            </w:r>
            <w:r w:rsidRPr="00A761DE">
              <w:rPr>
                <w:spacing w:val="14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írhat</w:t>
            </w:r>
            <w:r w:rsidRPr="00A761DE">
              <w:rPr>
                <w:spacing w:val="13"/>
                <w:sz w:val="24"/>
                <w:szCs w:val="24"/>
              </w:rPr>
              <w:t xml:space="preserve"> </w:t>
            </w:r>
            <w:r w:rsidRPr="00A761DE">
              <w:rPr>
                <w:spacing w:val="-5"/>
                <w:sz w:val="24"/>
                <w:szCs w:val="24"/>
              </w:rPr>
              <w:t>ki.</w:t>
            </w:r>
          </w:p>
        </w:tc>
      </w:tr>
      <w:tr w:rsidR="00FD3320" w:rsidRPr="00D1002A" w:rsidTr="00FD3320">
        <w:trPr>
          <w:trHeight w:val="268"/>
        </w:trPr>
        <w:tc>
          <w:tcPr>
            <w:tcW w:w="2475" w:type="dxa"/>
          </w:tcPr>
          <w:p w:rsidR="00FD3320" w:rsidRPr="00A761DE" w:rsidRDefault="00FD3320" w:rsidP="00C050E8">
            <w:pPr>
              <w:pStyle w:val="TableParagraph"/>
              <w:ind w:left="14"/>
              <w:rPr>
                <w:sz w:val="24"/>
                <w:szCs w:val="24"/>
              </w:rPr>
            </w:pPr>
            <w:r w:rsidRPr="00A761DE">
              <w:rPr>
                <w:sz w:val="24"/>
                <w:szCs w:val="24"/>
              </w:rPr>
              <w:t>2027.</w:t>
            </w:r>
            <w:r w:rsidRPr="00A761DE">
              <w:rPr>
                <w:spacing w:val="10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június</w:t>
            </w:r>
            <w:r w:rsidRPr="00A761DE">
              <w:rPr>
                <w:spacing w:val="10"/>
                <w:sz w:val="24"/>
                <w:szCs w:val="24"/>
              </w:rPr>
              <w:t xml:space="preserve"> </w:t>
            </w:r>
            <w:r w:rsidRPr="00A761DE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6936" w:type="dxa"/>
          </w:tcPr>
          <w:p w:rsidR="00FD3320" w:rsidRPr="00A761DE" w:rsidRDefault="00FD3320" w:rsidP="00C050E8">
            <w:pPr>
              <w:pStyle w:val="TableParagraph"/>
              <w:jc w:val="left"/>
              <w:rPr>
                <w:sz w:val="24"/>
                <w:szCs w:val="24"/>
              </w:rPr>
            </w:pPr>
            <w:r w:rsidRPr="00A761DE">
              <w:rPr>
                <w:sz w:val="24"/>
                <w:szCs w:val="24"/>
              </w:rPr>
              <w:t>A</w:t>
            </w:r>
            <w:r w:rsidRPr="00A761DE">
              <w:rPr>
                <w:spacing w:val="-2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benyújtott</w:t>
            </w:r>
            <w:r w:rsidRPr="00A761DE">
              <w:rPr>
                <w:spacing w:val="14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kérelmek</w:t>
            </w:r>
            <w:r w:rsidRPr="00A761DE">
              <w:rPr>
                <w:spacing w:val="14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alapján</w:t>
            </w:r>
            <w:r w:rsidRPr="00A761DE">
              <w:rPr>
                <w:spacing w:val="13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lefolytatott</w:t>
            </w:r>
            <w:r w:rsidRPr="00A761DE">
              <w:rPr>
                <w:spacing w:val="14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jogorvoslati</w:t>
            </w:r>
            <w:r w:rsidRPr="00A761DE">
              <w:rPr>
                <w:spacing w:val="14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eljárás</w:t>
            </w:r>
            <w:r w:rsidRPr="00A761DE">
              <w:rPr>
                <w:spacing w:val="13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befejezése</w:t>
            </w:r>
            <w:r w:rsidRPr="00A761DE">
              <w:rPr>
                <w:spacing w:val="14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</w:t>
            </w:r>
            <w:r w:rsidRPr="00A761DE">
              <w:rPr>
                <w:spacing w:val="14"/>
                <w:sz w:val="24"/>
                <w:szCs w:val="24"/>
              </w:rPr>
              <w:t xml:space="preserve"> </w:t>
            </w:r>
            <w:r w:rsidRPr="00A761DE">
              <w:rPr>
                <w:spacing w:val="-2"/>
                <w:sz w:val="24"/>
                <w:szCs w:val="24"/>
              </w:rPr>
              <w:t>fenntartónál.</w:t>
            </w:r>
          </w:p>
        </w:tc>
      </w:tr>
      <w:tr w:rsidR="00FD3320" w:rsidRPr="00A761DE" w:rsidTr="00FD3320">
        <w:trPr>
          <w:trHeight w:val="268"/>
        </w:trPr>
        <w:tc>
          <w:tcPr>
            <w:tcW w:w="2475" w:type="dxa"/>
          </w:tcPr>
          <w:p w:rsidR="00FD3320" w:rsidRPr="00A761DE" w:rsidRDefault="00FD3320" w:rsidP="00C050E8">
            <w:pPr>
              <w:pStyle w:val="TableParagraph"/>
              <w:ind w:left="14"/>
              <w:rPr>
                <w:sz w:val="24"/>
                <w:szCs w:val="24"/>
              </w:rPr>
            </w:pPr>
            <w:r w:rsidRPr="00A761DE">
              <w:rPr>
                <w:sz w:val="24"/>
                <w:szCs w:val="24"/>
              </w:rPr>
              <w:t>2027.</w:t>
            </w:r>
            <w:r w:rsidRPr="00A761DE">
              <w:rPr>
                <w:spacing w:val="8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június</w:t>
            </w:r>
            <w:r w:rsidRPr="00A761DE">
              <w:rPr>
                <w:spacing w:val="8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24.</w:t>
            </w:r>
            <w:r w:rsidRPr="00A761DE">
              <w:rPr>
                <w:spacing w:val="8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–</w:t>
            </w:r>
            <w:r w:rsidRPr="00A761DE">
              <w:rPr>
                <w:spacing w:val="8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június</w:t>
            </w:r>
            <w:r w:rsidRPr="00A761DE">
              <w:rPr>
                <w:spacing w:val="8"/>
                <w:sz w:val="24"/>
                <w:szCs w:val="24"/>
              </w:rPr>
              <w:t xml:space="preserve"> </w:t>
            </w:r>
            <w:r w:rsidRPr="00A761DE">
              <w:rPr>
                <w:spacing w:val="-5"/>
                <w:sz w:val="24"/>
                <w:szCs w:val="24"/>
              </w:rPr>
              <w:t>25.</w:t>
            </w:r>
          </w:p>
        </w:tc>
        <w:tc>
          <w:tcPr>
            <w:tcW w:w="6936" w:type="dxa"/>
          </w:tcPr>
          <w:p w:rsidR="00FD3320" w:rsidRPr="00A761DE" w:rsidRDefault="00FD3320" w:rsidP="00C050E8">
            <w:pPr>
              <w:pStyle w:val="TableParagraph"/>
              <w:jc w:val="left"/>
              <w:rPr>
                <w:sz w:val="24"/>
                <w:szCs w:val="24"/>
              </w:rPr>
            </w:pPr>
            <w:r w:rsidRPr="00A761DE">
              <w:rPr>
                <w:sz w:val="24"/>
                <w:szCs w:val="24"/>
              </w:rPr>
              <w:t>Beiratkozás</w:t>
            </w:r>
            <w:r w:rsidRPr="00A761DE">
              <w:rPr>
                <w:spacing w:val="13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a</w:t>
            </w:r>
            <w:r w:rsidRPr="00A761DE">
              <w:rPr>
                <w:spacing w:val="14"/>
                <w:sz w:val="24"/>
                <w:szCs w:val="24"/>
              </w:rPr>
              <w:t xml:space="preserve"> </w:t>
            </w:r>
            <w:r w:rsidRPr="00A761DE">
              <w:rPr>
                <w:sz w:val="24"/>
                <w:szCs w:val="24"/>
              </w:rPr>
              <w:t>középfokú</w:t>
            </w:r>
            <w:r w:rsidRPr="00A761DE">
              <w:rPr>
                <w:spacing w:val="13"/>
                <w:sz w:val="24"/>
                <w:szCs w:val="24"/>
              </w:rPr>
              <w:t xml:space="preserve"> </w:t>
            </w:r>
            <w:r w:rsidRPr="00A761DE">
              <w:rPr>
                <w:spacing w:val="-2"/>
                <w:sz w:val="24"/>
                <w:szCs w:val="24"/>
              </w:rPr>
              <w:t>iskolákba.</w:t>
            </w:r>
          </w:p>
        </w:tc>
      </w:tr>
    </w:tbl>
    <w:p w:rsidR="00505936" w:rsidRPr="00A761DE" w:rsidRDefault="00505936" w:rsidP="00505936">
      <w:pPr>
        <w:rPr>
          <w:rFonts w:ascii="Times New Roman" w:hAnsi="Times New Roman" w:cs="Times New Roman"/>
          <w:sz w:val="24"/>
          <w:szCs w:val="24"/>
          <w:lang w:val="hu-HU"/>
        </w:rPr>
      </w:pPr>
    </w:p>
    <w:p w:rsidR="00505936" w:rsidRPr="00A761DE" w:rsidRDefault="00EA745F" w:rsidP="00EA745F">
      <w:pPr>
        <w:pStyle w:val="Cmsor1"/>
      </w:pPr>
      <w:bookmarkStart w:id="44" w:name="_Toc241233999"/>
      <w:bookmarkStart w:id="45" w:name="_Toc209611466"/>
      <w:r>
        <w:t>1</w:t>
      </w:r>
      <w:r w:rsidR="0081036C">
        <w:t>5</w:t>
      </w:r>
      <w:r>
        <w:t xml:space="preserve">. </w:t>
      </w:r>
      <w:proofErr w:type="spellStart"/>
      <w:r w:rsidR="00505936" w:rsidRPr="00A761DE">
        <w:t>Pályaorientáció</w:t>
      </w:r>
      <w:bookmarkEnd w:id="44"/>
      <w:proofErr w:type="spellEnd"/>
    </w:p>
    <w:p w:rsidR="002442EC" w:rsidRPr="00A761DE" w:rsidRDefault="00505936" w:rsidP="00505936">
      <w:pPr>
        <w:keepNext/>
        <w:keepLines/>
        <w:spacing w:before="240" w:after="0"/>
        <w:outlineLvl w:val="0"/>
        <w:rPr>
          <w:rFonts w:ascii="Times New Roman" w:eastAsiaTheme="majorEastAsia" w:hAnsi="Times New Roman" w:cs="Times New Roman"/>
          <w:color w:val="365F91" w:themeColor="accent1" w:themeShade="BF"/>
          <w:sz w:val="24"/>
          <w:szCs w:val="24"/>
        </w:rPr>
      </w:pPr>
      <w:bookmarkStart w:id="46" w:name="_Toc241234000"/>
      <w:r w:rsidRPr="00A761DE">
        <w:rPr>
          <w:rFonts w:ascii="Times New Roman" w:eastAsiaTheme="majorEastAsia" w:hAnsi="Times New Roman" w:cs="Times New Roman"/>
          <w:color w:val="365F91" w:themeColor="accent1" w:themeShade="BF"/>
          <w:sz w:val="24"/>
          <w:szCs w:val="24"/>
        </w:rPr>
        <w:t xml:space="preserve">A </w:t>
      </w:r>
      <w:proofErr w:type="spellStart"/>
      <w:r w:rsidRPr="00A761DE">
        <w:rPr>
          <w:rFonts w:ascii="Times New Roman" w:eastAsiaTheme="majorEastAsia" w:hAnsi="Times New Roman" w:cs="Times New Roman"/>
          <w:color w:val="365F91" w:themeColor="accent1" w:themeShade="BF"/>
          <w:sz w:val="24"/>
          <w:szCs w:val="24"/>
        </w:rPr>
        <w:t>pályaorientáció</w:t>
      </w:r>
      <w:proofErr w:type="spellEnd"/>
      <w:r w:rsidRPr="00A761DE">
        <w:rPr>
          <w:rFonts w:ascii="Times New Roman" w:eastAsiaTheme="majorEastAsia" w:hAnsi="Times New Roman" w:cs="Times New Roman"/>
          <w:color w:val="365F91" w:themeColor="accent1" w:themeShade="BF"/>
          <w:sz w:val="24"/>
          <w:szCs w:val="24"/>
        </w:rPr>
        <w:t xml:space="preserve"> </w:t>
      </w:r>
      <w:proofErr w:type="spellStart"/>
      <w:r w:rsidRPr="00A761DE">
        <w:rPr>
          <w:rFonts w:ascii="Times New Roman" w:eastAsiaTheme="majorEastAsia" w:hAnsi="Times New Roman" w:cs="Times New Roman"/>
          <w:color w:val="365F91" w:themeColor="accent1" w:themeShade="BF"/>
          <w:sz w:val="24"/>
          <w:szCs w:val="24"/>
        </w:rPr>
        <w:t>tervezése</w:t>
      </w:r>
      <w:proofErr w:type="spellEnd"/>
      <w:r w:rsidRPr="00A761DE">
        <w:rPr>
          <w:rFonts w:ascii="Times New Roman" w:eastAsiaTheme="majorEastAsia" w:hAnsi="Times New Roman" w:cs="Times New Roman"/>
          <w:color w:val="365F91" w:themeColor="accent1" w:themeShade="BF"/>
          <w:sz w:val="24"/>
          <w:szCs w:val="24"/>
        </w:rPr>
        <w:t xml:space="preserve"> </w:t>
      </w:r>
      <w:proofErr w:type="spellStart"/>
      <w:r w:rsidRPr="00A761DE">
        <w:rPr>
          <w:rFonts w:ascii="Times New Roman" w:eastAsiaTheme="majorEastAsia" w:hAnsi="Times New Roman" w:cs="Times New Roman"/>
          <w:color w:val="365F91" w:themeColor="accent1" w:themeShade="BF"/>
          <w:sz w:val="24"/>
          <w:szCs w:val="24"/>
        </w:rPr>
        <w:t>a</w:t>
      </w:r>
      <w:r w:rsidR="00401DCD" w:rsidRPr="00A761DE">
        <w:rPr>
          <w:rFonts w:ascii="Times New Roman" w:eastAsiaTheme="majorEastAsia" w:hAnsi="Times New Roman" w:cs="Times New Roman"/>
          <w:color w:val="365F91" w:themeColor="accent1" w:themeShade="BF"/>
          <w:sz w:val="24"/>
          <w:szCs w:val="24"/>
        </w:rPr>
        <w:t>z</w:t>
      </w:r>
      <w:proofErr w:type="spellEnd"/>
      <w:r w:rsidR="00401DCD" w:rsidRPr="00A761DE">
        <w:rPr>
          <w:rFonts w:ascii="Times New Roman" w:eastAsiaTheme="majorEastAsia" w:hAnsi="Times New Roman" w:cs="Times New Roman"/>
          <w:color w:val="365F91" w:themeColor="accent1" w:themeShade="BF"/>
          <w:sz w:val="24"/>
          <w:szCs w:val="24"/>
        </w:rPr>
        <w:t xml:space="preserve"> 5.</w:t>
      </w:r>
      <w:r w:rsidRPr="00A761DE">
        <w:rPr>
          <w:rFonts w:ascii="Times New Roman" w:eastAsiaTheme="majorEastAsia" w:hAnsi="Times New Roman" w:cs="Times New Roman"/>
          <w:color w:val="365F91" w:themeColor="accent1" w:themeShade="BF"/>
          <w:sz w:val="24"/>
          <w:szCs w:val="24"/>
        </w:rPr>
        <w:t xml:space="preserve">számú </w:t>
      </w:r>
      <w:proofErr w:type="spellStart"/>
      <w:r w:rsidRPr="00A761DE">
        <w:rPr>
          <w:rFonts w:ascii="Times New Roman" w:eastAsiaTheme="majorEastAsia" w:hAnsi="Times New Roman" w:cs="Times New Roman"/>
          <w:color w:val="365F91" w:themeColor="accent1" w:themeShade="BF"/>
          <w:sz w:val="24"/>
          <w:szCs w:val="24"/>
        </w:rPr>
        <w:t>mellékletben</w:t>
      </w:r>
      <w:bookmarkEnd w:id="45"/>
      <w:bookmarkEnd w:id="46"/>
      <w:proofErr w:type="spellEnd"/>
    </w:p>
    <w:p w:rsidR="002442EC" w:rsidRPr="00A761DE" w:rsidRDefault="002442EC" w:rsidP="00EA745F">
      <w:pPr>
        <w:pStyle w:val="Cmsor2"/>
        <w:rPr>
          <w:lang w:val="hu-HU"/>
        </w:rPr>
      </w:pPr>
      <w:bookmarkStart w:id="47" w:name="_Toc209611470"/>
      <w:bookmarkStart w:id="48" w:name="_Toc241234001"/>
      <w:r w:rsidRPr="00A761DE">
        <w:rPr>
          <w:lang w:val="hu-HU"/>
        </w:rPr>
        <w:t>Az Aktív Iskola Program</w:t>
      </w:r>
      <w:bookmarkEnd w:id="47"/>
      <w:bookmarkEnd w:id="48"/>
    </w:p>
    <w:p w:rsidR="002442EC" w:rsidRPr="00A761DE" w:rsidRDefault="002442EC" w:rsidP="002442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u-HU" w:eastAsia="hu-HU"/>
        </w:rPr>
      </w:pPr>
      <w:r w:rsidRPr="00A761DE">
        <w:rPr>
          <w:rFonts w:ascii="Times New Roman" w:eastAsia="Times New Roman" w:hAnsi="Times New Roman" w:cs="Times New Roman"/>
          <w:color w:val="000000"/>
          <w:sz w:val="24"/>
          <w:szCs w:val="24"/>
          <w:lang w:val="hu-HU" w:eastAsia="hu-HU"/>
        </w:rPr>
        <w:t>Cél, hogy elősegítsük a diákok mindennapi rendszeres testmozgását, ezáltal hozzájárulva egészséges testi-lelki fejlődésükhöz és jobb tanulmányi eredményeikhez. A program középpontjában az áll, hogy a mozgás ne csupán a testnevelésórákra korlátozódjon, hanem a tanítási nap egészében – akár a tanórákba beépítve, akár szünetekben, délutáni programok során – jelen legyen.</w:t>
      </w:r>
    </w:p>
    <w:p w:rsidR="002442EC" w:rsidRPr="00A761DE" w:rsidRDefault="002442EC" w:rsidP="002442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u-HU" w:eastAsia="hu-HU"/>
        </w:rPr>
      </w:pPr>
      <w:r w:rsidRPr="00A761DE">
        <w:rPr>
          <w:rFonts w:ascii="Times New Roman" w:eastAsia="Times New Roman" w:hAnsi="Times New Roman" w:cs="Times New Roman"/>
          <w:color w:val="000000"/>
          <w:sz w:val="24"/>
          <w:szCs w:val="24"/>
          <w:lang w:val="hu-HU" w:eastAsia="hu-HU"/>
        </w:rPr>
        <w:t>A célkitűzések között szerepel a fizikai aktivitás beépítése a tanulók mindennapi rutinjába, a mozgás örömének és fontosságának tudatosítása, a mozgásszegény életmód következményeinek csökkentése.</w:t>
      </w:r>
    </w:p>
    <w:p w:rsidR="002442EC" w:rsidRPr="00A761DE" w:rsidRDefault="002442EC" w:rsidP="002442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u-HU" w:eastAsia="hu-HU"/>
        </w:rPr>
      </w:pPr>
      <w:r w:rsidRPr="00A761DE">
        <w:rPr>
          <w:rFonts w:ascii="Times New Roman" w:eastAsia="Times New Roman" w:hAnsi="Times New Roman" w:cs="Times New Roman"/>
          <w:color w:val="000000"/>
          <w:sz w:val="24"/>
          <w:szCs w:val="24"/>
          <w:lang w:val="hu-HU" w:eastAsia="hu-HU"/>
        </w:rPr>
        <w:lastRenderedPageBreak/>
        <w:t>Hosszú távú cél , hogy egy egészségtudatos, aktív életmódra nevelő iskolarendszer jöjjön létre, amely pozitívan hat a tanulók fizikai állapotára, koncentrációs képességére, tanulmányi teljesítményére és mentális egészségére is.</w:t>
      </w:r>
    </w:p>
    <w:p w:rsidR="002442EC" w:rsidRPr="00A761DE" w:rsidRDefault="002442EC" w:rsidP="00505936">
      <w:pPr>
        <w:keepNext/>
        <w:keepLines/>
        <w:spacing w:before="240" w:after="0"/>
        <w:outlineLvl w:val="0"/>
        <w:rPr>
          <w:rFonts w:ascii="Times New Roman" w:eastAsiaTheme="majorEastAsia" w:hAnsi="Times New Roman" w:cs="Times New Roman"/>
          <w:color w:val="365F91" w:themeColor="accent1" w:themeShade="BF"/>
          <w:sz w:val="24"/>
          <w:szCs w:val="24"/>
          <w:lang w:val="hu-HU"/>
        </w:rPr>
      </w:pPr>
    </w:p>
    <w:p w:rsidR="002442EC" w:rsidRPr="00A761DE" w:rsidRDefault="002442EC" w:rsidP="00505936">
      <w:pPr>
        <w:keepNext/>
        <w:keepLines/>
        <w:spacing w:before="240" w:after="0"/>
        <w:outlineLvl w:val="0"/>
        <w:rPr>
          <w:rFonts w:ascii="Times New Roman" w:eastAsiaTheme="majorEastAsia" w:hAnsi="Times New Roman" w:cs="Times New Roman"/>
          <w:color w:val="365F91" w:themeColor="accent1" w:themeShade="BF"/>
          <w:sz w:val="24"/>
          <w:szCs w:val="24"/>
          <w:lang w:val="hu-HU"/>
        </w:rPr>
      </w:pPr>
    </w:p>
    <w:p w:rsidR="002442EC" w:rsidRPr="00A761DE" w:rsidRDefault="002442EC" w:rsidP="00505936">
      <w:pPr>
        <w:keepNext/>
        <w:keepLines/>
        <w:spacing w:before="240" w:after="0"/>
        <w:outlineLvl w:val="0"/>
        <w:rPr>
          <w:rFonts w:ascii="Times New Roman" w:eastAsiaTheme="majorEastAsia" w:hAnsi="Times New Roman" w:cs="Times New Roman"/>
          <w:color w:val="365F91" w:themeColor="accent1" w:themeShade="BF"/>
          <w:sz w:val="24"/>
          <w:szCs w:val="24"/>
          <w:lang w:val="hu-HU"/>
        </w:rPr>
      </w:pPr>
    </w:p>
    <w:p w:rsidR="002442EC" w:rsidRPr="00A761DE" w:rsidRDefault="002442EC" w:rsidP="00505936">
      <w:pPr>
        <w:keepNext/>
        <w:keepLines/>
        <w:spacing w:before="240" w:after="0"/>
        <w:outlineLvl w:val="0"/>
        <w:rPr>
          <w:rFonts w:ascii="Times New Roman" w:eastAsiaTheme="majorEastAsia" w:hAnsi="Times New Roman" w:cs="Times New Roman"/>
          <w:color w:val="365F91" w:themeColor="accent1" w:themeShade="BF"/>
          <w:sz w:val="24"/>
          <w:szCs w:val="24"/>
          <w:lang w:val="hu-HU"/>
        </w:rPr>
      </w:pPr>
    </w:p>
    <w:p w:rsidR="002442EC" w:rsidRPr="00A761DE" w:rsidRDefault="002442EC" w:rsidP="00505936">
      <w:pPr>
        <w:keepNext/>
        <w:keepLines/>
        <w:spacing w:before="240" w:after="0"/>
        <w:outlineLvl w:val="0"/>
        <w:rPr>
          <w:rFonts w:ascii="Times New Roman" w:eastAsiaTheme="majorEastAsia" w:hAnsi="Times New Roman" w:cs="Times New Roman"/>
          <w:color w:val="365F91" w:themeColor="accent1" w:themeShade="BF"/>
          <w:sz w:val="24"/>
          <w:szCs w:val="24"/>
          <w:lang w:val="hu-HU"/>
        </w:rPr>
      </w:pPr>
    </w:p>
    <w:p w:rsidR="00505936" w:rsidRPr="00A761DE" w:rsidRDefault="00505936" w:rsidP="00505936">
      <w:pPr>
        <w:rPr>
          <w:rFonts w:ascii="Times New Roman" w:hAnsi="Times New Roman" w:cs="Times New Roman"/>
          <w:sz w:val="24"/>
          <w:szCs w:val="24"/>
          <w:lang w:val="hu-HU"/>
        </w:rPr>
      </w:pPr>
    </w:p>
    <w:p w:rsidR="001C238B" w:rsidRPr="00D90008" w:rsidRDefault="001C238B" w:rsidP="003F3FC3">
      <w:pPr>
        <w:pStyle w:val="Listaszerbekezds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  <w:lang w:val="hu-HU"/>
        </w:rPr>
        <w:sectPr w:rsidR="001C238B" w:rsidRPr="00D90008" w:rsidSect="00034616">
          <w:pgSz w:w="11909" w:h="16834"/>
          <w:pgMar w:top="1440" w:right="1440" w:bottom="1440" w:left="1440" w:header="720" w:footer="720" w:gutter="0"/>
          <w:cols w:space="720"/>
          <w:docGrid w:linePitch="360"/>
        </w:sectPr>
      </w:pPr>
    </w:p>
    <w:p w:rsidR="00124AED" w:rsidRPr="00916EB4" w:rsidRDefault="002F667C" w:rsidP="002F667C">
      <w:pPr>
        <w:pStyle w:val="Cmsor1"/>
        <w:numPr>
          <w:ilvl w:val="0"/>
          <w:numId w:val="10"/>
        </w:numPr>
        <w:rPr>
          <w:rFonts w:ascii="Times New Roman" w:hAnsi="Times New Roman" w:cs="Times New Roman"/>
          <w:lang w:val="hu-HU"/>
        </w:rPr>
      </w:pPr>
      <w:bookmarkStart w:id="49" w:name="_Toc241234002"/>
      <w:r w:rsidRPr="00916EB4">
        <w:rPr>
          <w:rFonts w:ascii="Times New Roman" w:hAnsi="Times New Roman" w:cs="Times New Roman"/>
          <w:lang w:val="hu-HU"/>
        </w:rPr>
        <w:lastRenderedPageBreak/>
        <w:t xml:space="preserve">1. </w:t>
      </w:r>
      <w:r w:rsidR="00124AED" w:rsidRPr="00916EB4">
        <w:rPr>
          <w:rFonts w:ascii="Times New Roman" w:hAnsi="Times New Roman" w:cs="Times New Roman"/>
          <w:lang w:val="hu-HU"/>
        </w:rPr>
        <w:t>sz. melléklet</w:t>
      </w:r>
      <w:bookmarkEnd w:id="49"/>
      <w:r w:rsidR="00EA745F" w:rsidRPr="00916EB4">
        <w:rPr>
          <w:rFonts w:ascii="Times New Roman" w:hAnsi="Times New Roman" w:cs="Times New Roman"/>
          <w:lang w:val="hu-HU"/>
        </w:rPr>
        <w:t xml:space="preserve"> </w:t>
      </w:r>
    </w:p>
    <w:p w:rsidR="00124AED" w:rsidRPr="00A761DE" w:rsidRDefault="00124AED" w:rsidP="002F667C">
      <w:pPr>
        <w:pStyle w:val="Cmsor1"/>
        <w:rPr>
          <w:lang w:val="hu-HU"/>
        </w:rPr>
      </w:pPr>
      <w:bookmarkStart w:id="50" w:name="_Toc241234003"/>
      <w:r w:rsidRPr="00A761DE">
        <w:rPr>
          <w:lang w:val="hu-HU"/>
        </w:rPr>
        <w:t>Az osztályfőnöki munkaközösség munkaterve</w:t>
      </w:r>
      <w:bookmarkEnd w:id="50"/>
    </w:p>
    <w:p w:rsidR="002F667C" w:rsidRDefault="002F667C" w:rsidP="002F667C">
      <w:pPr>
        <w:pStyle w:val="Cmsor1"/>
        <w:rPr>
          <w:rFonts w:ascii="Times New Roman" w:hAnsi="Times New Roman" w:cs="Times New Roman"/>
          <w:sz w:val="24"/>
          <w:szCs w:val="24"/>
          <w:lang w:val="hu-HU"/>
        </w:rPr>
      </w:pPr>
    </w:p>
    <w:p w:rsidR="00124AED" w:rsidRPr="00A761DE" w:rsidRDefault="00124AED" w:rsidP="00124AED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b/>
          <w:color w:val="auto"/>
          <w:sz w:val="24"/>
          <w:szCs w:val="24"/>
          <w:lang w:val="hu-HU"/>
        </w:rPr>
        <w:t>2026/2027-es tanév</w:t>
      </w:r>
    </w:p>
    <w:p w:rsidR="00124AED" w:rsidRPr="00A761DE" w:rsidRDefault="00124AED" w:rsidP="00124AED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auto"/>
          <w:sz w:val="24"/>
          <w:szCs w:val="24"/>
          <w:lang w:val="hu-HU"/>
        </w:rPr>
      </w:pPr>
    </w:p>
    <w:p w:rsidR="00124AED" w:rsidRPr="00A761DE" w:rsidRDefault="00124AED" w:rsidP="00124AED">
      <w:pPr>
        <w:spacing w:after="160" w:line="259" w:lineRule="auto"/>
        <w:rPr>
          <w:rFonts w:ascii="Times New Roman" w:eastAsia="Calibri" w:hAnsi="Times New Roman" w:cs="Times New Roman"/>
          <w:b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b/>
          <w:color w:val="auto"/>
          <w:sz w:val="24"/>
          <w:szCs w:val="24"/>
          <w:lang w:val="hu-HU"/>
        </w:rPr>
        <w:t>Az osztályfőnöki munkaközösség tagjai:</w:t>
      </w:r>
    </w:p>
    <w:p w:rsidR="00124AED" w:rsidRPr="00A761DE" w:rsidRDefault="00124AED" w:rsidP="003F3FC3">
      <w:pPr>
        <w:numPr>
          <w:ilvl w:val="0"/>
          <w:numId w:val="13"/>
        </w:numPr>
        <w:spacing w:after="0" w:line="360" w:lineRule="auto"/>
        <w:contextualSpacing/>
        <w:rPr>
          <w:rFonts w:ascii="Times New Roman" w:eastAsia="Calibri" w:hAnsi="Times New Roman" w:cs="Times New Roman"/>
          <w:b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  <w:t>Kalmár Szilárd: a munkaközösség vezetője – 10.S osztályfőnök</w:t>
      </w:r>
    </w:p>
    <w:p w:rsidR="00124AED" w:rsidRPr="00A761DE" w:rsidRDefault="00124AED" w:rsidP="003F3FC3">
      <w:pPr>
        <w:numPr>
          <w:ilvl w:val="0"/>
          <w:numId w:val="13"/>
        </w:numPr>
        <w:spacing w:after="0" w:line="360" w:lineRule="auto"/>
        <w:ind w:left="714" w:hanging="357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</w:pPr>
      <w:proofErr w:type="spellStart"/>
      <w:r w:rsidRPr="00A761DE"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  <w:t>Verhás</w:t>
      </w:r>
      <w:proofErr w:type="spellEnd"/>
      <w:r w:rsidRPr="00A761DE"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  <w:t xml:space="preserve"> Erzsébet – 14.A osztályfőnöke</w:t>
      </w:r>
    </w:p>
    <w:p w:rsidR="00124AED" w:rsidRPr="00A761DE" w:rsidRDefault="00124AED" w:rsidP="003F3FC3">
      <w:pPr>
        <w:numPr>
          <w:ilvl w:val="0"/>
          <w:numId w:val="13"/>
        </w:numPr>
        <w:spacing w:after="160" w:line="360" w:lineRule="auto"/>
        <w:ind w:left="714" w:hanging="357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  <w:t>Horváth Istvánné: 13. A osztályfőnöke</w:t>
      </w:r>
    </w:p>
    <w:p w:rsidR="00124AED" w:rsidRPr="00A761DE" w:rsidRDefault="00124AED" w:rsidP="003F3FC3">
      <w:pPr>
        <w:numPr>
          <w:ilvl w:val="0"/>
          <w:numId w:val="13"/>
        </w:numPr>
        <w:spacing w:after="160" w:line="360" w:lineRule="auto"/>
        <w:ind w:left="714" w:hanging="357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</w:pPr>
      <w:proofErr w:type="spellStart"/>
      <w:r w:rsidRPr="00A761DE"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  <w:t>Katzler</w:t>
      </w:r>
      <w:proofErr w:type="spellEnd"/>
      <w:r w:rsidRPr="00A761DE"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  <w:t xml:space="preserve"> Ábel: 9.S osztályfőnöke</w:t>
      </w:r>
    </w:p>
    <w:p w:rsidR="00124AED" w:rsidRPr="00A761DE" w:rsidRDefault="00124AED" w:rsidP="003F3FC3">
      <w:pPr>
        <w:numPr>
          <w:ilvl w:val="0"/>
          <w:numId w:val="13"/>
        </w:numPr>
        <w:spacing w:after="160" w:line="360" w:lineRule="auto"/>
        <w:ind w:left="714" w:hanging="357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  <w:t>Wágner Dominika: 13.B osztályfőnöke</w:t>
      </w:r>
    </w:p>
    <w:p w:rsidR="00124AED" w:rsidRPr="00A761DE" w:rsidRDefault="00124AED" w:rsidP="003F3FC3">
      <w:pPr>
        <w:numPr>
          <w:ilvl w:val="0"/>
          <w:numId w:val="13"/>
        </w:numPr>
        <w:spacing w:after="160" w:line="360" w:lineRule="auto"/>
        <w:ind w:left="714" w:hanging="357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  <w:t>Büki Beatrix: 9.B osztályfőnöke</w:t>
      </w:r>
    </w:p>
    <w:p w:rsidR="00124AED" w:rsidRPr="00A761DE" w:rsidRDefault="00124AED" w:rsidP="003F3FC3">
      <w:pPr>
        <w:numPr>
          <w:ilvl w:val="0"/>
          <w:numId w:val="13"/>
        </w:numPr>
        <w:spacing w:after="160" w:line="360" w:lineRule="auto"/>
        <w:ind w:left="714" w:hanging="357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  <w:t>Horváth Norbert: 13.C osztályfőnöke</w:t>
      </w:r>
    </w:p>
    <w:p w:rsidR="00124AED" w:rsidRPr="00A761DE" w:rsidRDefault="00124AED" w:rsidP="003F3FC3">
      <w:pPr>
        <w:numPr>
          <w:ilvl w:val="0"/>
          <w:numId w:val="13"/>
        </w:numPr>
        <w:spacing w:after="160" w:line="360" w:lineRule="auto"/>
        <w:ind w:left="714" w:hanging="357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  <w:t>Szegedi Noémi: 12.A osztályfőnöke</w:t>
      </w:r>
    </w:p>
    <w:p w:rsidR="00124AED" w:rsidRPr="00A761DE" w:rsidRDefault="00124AED" w:rsidP="003F3FC3">
      <w:pPr>
        <w:numPr>
          <w:ilvl w:val="0"/>
          <w:numId w:val="13"/>
        </w:numPr>
        <w:spacing w:after="160" w:line="360" w:lineRule="auto"/>
        <w:ind w:left="714" w:hanging="357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  <w:t>Simon Bence: 12.B osztályfőnöke</w:t>
      </w:r>
    </w:p>
    <w:p w:rsidR="00124AED" w:rsidRPr="00A761DE" w:rsidRDefault="00124AED" w:rsidP="003F3FC3">
      <w:pPr>
        <w:numPr>
          <w:ilvl w:val="0"/>
          <w:numId w:val="13"/>
        </w:numPr>
        <w:spacing w:after="160" w:line="360" w:lineRule="auto"/>
        <w:ind w:left="714" w:hanging="357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  <w:t>Gaál Flóra: 11.A osztályfőnöke</w:t>
      </w:r>
    </w:p>
    <w:p w:rsidR="00124AED" w:rsidRPr="00A761DE" w:rsidRDefault="00124AED" w:rsidP="003F3FC3">
      <w:pPr>
        <w:numPr>
          <w:ilvl w:val="0"/>
          <w:numId w:val="13"/>
        </w:numPr>
        <w:spacing w:after="160" w:line="360" w:lineRule="auto"/>
        <w:ind w:left="714" w:hanging="357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  <w:t>Pesti Ildikó: 9.A osztályfőnöke</w:t>
      </w:r>
    </w:p>
    <w:p w:rsidR="00124AED" w:rsidRPr="00A761DE" w:rsidRDefault="00124AED" w:rsidP="003F3FC3">
      <w:pPr>
        <w:numPr>
          <w:ilvl w:val="0"/>
          <w:numId w:val="13"/>
        </w:numPr>
        <w:spacing w:after="160" w:line="360" w:lineRule="auto"/>
        <w:ind w:left="714" w:hanging="357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  <w:t>Simon Zsolt: 10.B osztályfőnöke</w:t>
      </w:r>
    </w:p>
    <w:p w:rsidR="00124AED" w:rsidRPr="00A761DE" w:rsidRDefault="00124AED" w:rsidP="003F3FC3">
      <w:pPr>
        <w:numPr>
          <w:ilvl w:val="0"/>
          <w:numId w:val="13"/>
        </w:numPr>
        <w:spacing w:after="160" w:line="360" w:lineRule="auto"/>
        <w:ind w:left="714" w:hanging="357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  <w:t>Wagner Veronika: 11.B osztályfőnöke</w:t>
      </w:r>
    </w:p>
    <w:p w:rsidR="00124AED" w:rsidRPr="00A761DE" w:rsidRDefault="00124AED" w:rsidP="003F3FC3">
      <w:pPr>
        <w:numPr>
          <w:ilvl w:val="0"/>
          <w:numId w:val="13"/>
        </w:numPr>
        <w:spacing w:after="160" w:line="360" w:lineRule="auto"/>
        <w:ind w:left="714" w:hanging="357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</w:pPr>
      <w:proofErr w:type="spellStart"/>
      <w:r w:rsidRPr="00A761DE"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  <w:t>Gyöngyössy</w:t>
      </w:r>
      <w:proofErr w:type="spellEnd"/>
      <w:r w:rsidRPr="00A761DE"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  <w:t xml:space="preserve"> Péterné Kemény Márta Katalin: 10.A osztályfőnöke</w:t>
      </w:r>
    </w:p>
    <w:p w:rsidR="00124AED" w:rsidRPr="00A761DE" w:rsidRDefault="00124AED" w:rsidP="00124AED">
      <w:pPr>
        <w:spacing w:after="160" w:line="360" w:lineRule="auto"/>
        <w:ind w:left="714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</w:pPr>
    </w:p>
    <w:p w:rsidR="00124AED" w:rsidRPr="00A761DE" w:rsidRDefault="00124AED" w:rsidP="00124AED">
      <w:pPr>
        <w:spacing w:after="160"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b/>
          <w:color w:val="000000"/>
          <w:sz w:val="24"/>
          <w:szCs w:val="24"/>
          <w:lang w:val="hu-HU"/>
        </w:rPr>
        <w:t>Osztályfőnök helyettesek:</w:t>
      </w:r>
    </w:p>
    <w:p w:rsidR="00124AED" w:rsidRPr="00A761DE" w:rsidRDefault="00124AED" w:rsidP="003F3FC3">
      <w:pPr>
        <w:numPr>
          <w:ilvl w:val="0"/>
          <w:numId w:val="13"/>
        </w:numPr>
        <w:spacing w:after="160" w:line="360" w:lineRule="auto"/>
        <w:ind w:left="714" w:hanging="357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</w:pPr>
      <w:proofErr w:type="spellStart"/>
      <w:r w:rsidRPr="00A761DE"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  <w:t>Katzler</w:t>
      </w:r>
      <w:proofErr w:type="spellEnd"/>
      <w:r w:rsidRPr="00A761DE"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  <w:t xml:space="preserve"> Ábel: 11.A</w:t>
      </w:r>
    </w:p>
    <w:p w:rsidR="00124AED" w:rsidRPr="00A761DE" w:rsidRDefault="00124AED" w:rsidP="003F3FC3">
      <w:pPr>
        <w:numPr>
          <w:ilvl w:val="0"/>
          <w:numId w:val="13"/>
        </w:numPr>
        <w:spacing w:after="160" w:line="360" w:lineRule="auto"/>
        <w:ind w:left="714" w:hanging="357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  <w:t>Kalmár Szilárd: 12.B</w:t>
      </w:r>
    </w:p>
    <w:p w:rsidR="00124AED" w:rsidRPr="00A761DE" w:rsidRDefault="00124AED" w:rsidP="003F3FC3">
      <w:pPr>
        <w:numPr>
          <w:ilvl w:val="0"/>
          <w:numId w:val="13"/>
        </w:numPr>
        <w:spacing w:after="160" w:line="360" w:lineRule="auto"/>
        <w:ind w:left="714" w:hanging="357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  <w:t>Takácsné Hargitai Beáta: 11.B</w:t>
      </w:r>
    </w:p>
    <w:p w:rsidR="00124AED" w:rsidRPr="00A761DE" w:rsidRDefault="00124AED" w:rsidP="003F3FC3">
      <w:pPr>
        <w:numPr>
          <w:ilvl w:val="0"/>
          <w:numId w:val="13"/>
        </w:numPr>
        <w:spacing w:after="160" w:line="360" w:lineRule="auto"/>
        <w:ind w:left="714" w:hanging="357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  <w:t>Simon Zsolt: 12.A</w:t>
      </w:r>
    </w:p>
    <w:p w:rsidR="00124AED" w:rsidRPr="00A761DE" w:rsidRDefault="00124AED" w:rsidP="003F3FC3">
      <w:pPr>
        <w:numPr>
          <w:ilvl w:val="0"/>
          <w:numId w:val="13"/>
        </w:numPr>
        <w:spacing w:after="160" w:line="360" w:lineRule="auto"/>
        <w:ind w:left="714" w:hanging="357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  <w:t>Szegedi Noémi: 10.B</w:t>
      </w:r>
    </w:p>
    <w:p w:rsidR="00124AED" w:rsidRPr="00A761DE" w:rsidRDefault="00124AED" w:rsidP="003F3FC3">
      <w:pPr>
        <w:numPr>
          <w:ilvl w:val="0"/>
          <w:numId w:val="13"/>
        </w:numPr>
        <w:spacing w:after="160" w:line="360" w:lineRule="auto"/>
        <w:ind w:left="714" w:hanging="357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  <w:t>Gaál Flóra: 9.S</w:t>
      </w:r>
    </w:p>
    <w:p w:rsidR="00124AED" w:rsidRPr="00A761DE" w:rsidRDefault="00124AED" w:rsidP="003F3FC3">
      <w:pPr>
        <w:numPr>
          <w:ilvl w:val="0"/>
          <w:numId w:val="13"/>
        </w:numPr>
        <w:spacing w:after="160" w:line="360" w:lineRule="auto"/>
        <w:ind w:left="714" w:hanging="357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  <w:t>Dohi Veronika: 9.A</w:t>
      </w:r>
    </w:p>
    <w:p w:rsidR="00124AED" w:rsidRPr="00A761DE" w:rsidRDefault="00124AED" w:rsidP="003F3FC3">
      <w:pPr>
        <w:numPr>
          <w:ilvl w:val="0"/>
          <w:numId w:val="13"/>
        </w:numPr>
        <w:spacing w:after="160" w:line="360" w:lineRule="auto"/>
        <w:ind w:left="714" w:hanging="357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  <w:lastRenderedPageBreak/>
        <w:t>Dala-Nagy Henrietta: 9.B</w:t>
      </w:r>
    </w:p>
    <w:p w:rsidR="00124AED" w:rsidRPr="00A761DE" w:rsidRDefault="00124AED" w:rsidP="003F3FC3">
      <w:pPr>
        <w:numPr>
          <w:ilvl w:val="0"/>
          <w:numId w:val="13"/>
        </w:numPr>
        <w:spacing w:after="160" w:line="360" w:lineRule="auto"/>
        <w:ind w:left="714" w:hanging="357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  <w:t>Simon Bence: 10.S</w:t>
      </w:r>
    </w:p>
    <w:p w:rsidR="00124AED" w:rsidRPr="00A761DE" w:rsidRDefault="00124AED" w:rsidP="003F3FC3">
      <w:pPr>
        <w:numPr>
          <w:ilvl w:val="0"/>
          <w:numId w:val="13"/>
        </w:numPr>
        <w:spacing w:after="160" w:line="360" w:lineRule="auto"/>
        <w:ind w:left="714" w:hanging="357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</w:pPr>
      <w:proofErr w:type="spellStart"/>
      <w:r w:rsidRPr="00A761DE"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  <w:t>Verhás</w:t>
      </w:r>
      <w:proofErr w:type="spellEnd"/>
      <w:r w:rsidRPr="00A761DE">
        <w:rPr>
          <w:rFonts w:ascii="Times New Roman" w:eastAsia="Calibri" w:hAnsi="Times New Roman" w:cs="Times New Roman"/>
          <w:color w:val="000000"/>
          <w:sz w:val="24"/>
          <w:szCs w:val="24"/>
          <w:lang w:val="hu-HU"/>
        </w:rPr>
        <w:t xml:space="preserve"> Erzsébet: 10.A</w:t>
      </w:r>
    </w:p>
    <w:p w:rsidR="00124AED" w:rsidRPr="00A761DE" w:rsidRDefault="00124AED" w:rsidP="00124AE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hu-HU" w:eastAsia="hu-HU"/>
        </w:rPr>
      </w:pPr>
    </w:p>
    <w:p w:rsidR="00124AED" w:rsidRPr="00A761DE" w:rsidRDefault="00124AED" w:rsidP="00124AE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hu-HU" w:eastAsia="hu-HU"/>
        </w:rPr>
      </w:pPr>
    </w:p>
    <w:p w:rsidR="00124AED" w:rsidRPr="00A761DE" w:rsidRDefault="00124AED" w:rsidP="00124AE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hu-HU" w:eastAsia="hu-HU"/>
        </w:rPr>
      </w:pPr>
      <w:r w:rsidRPr="00A761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hu-HU" w:eastAsia="hu-HU"/>
        </w:rPr>
        <w:t>Bevezető</w:t>
      </w:r>
    </w:p>
    <w:p w:rsidR="00124AED" w:rsidRPr="00A761DE" w:rsidRDefault="00124AED" w:rsidP="00124AE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hu-HU" w:eastAsia="hu-HU"/>
        </w:rPr>
      </w:pPr>
      <w:r w:rsidRPr="00A761D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hu-HU" w:eastAsia="hu-HU"/>
        </w:rPr>
        <w:t xml:space="preserve">A 2026-2027-es tanévben terveink szerint 14 technikumi osztállyal indulunk (9-14.évfolyamig). A 13-14. évfolyamon osztályfőnök helyetteseket nem jelöltünk ki. </w:t>
      </w:r>
    </w:p>
    <w:p w:rsidR="00124AED" w:rsidRPr="00A761DE" w:rsidRDefault="00124AED" w:rsidP="00124AE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hu-HU" w:eastAsia="hu-HU"/>
        </w:rPr>
      </w:pPr>
      <w:r w:rsidRPr="00A761D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hu-HU" w:eastAsia="hu-HU"/>
        </w:rPr>
        <w:t>Két új taggal bővült a munkaközösségünk: Pesti Ildikó a 9.A, Wagner Veronika a 11.B osztálynak lett az osztályfőnöke.</w:t>
      </w:r>
    </w:p>
    <w:p w:rsidR="00124AED" w:rsidRPr="00A761DE" w:rsidRDefault="00124AED" w:rsidP="00124AED">
      <w:pPr>
        <w:spacing w:after="160" w:line="360" w:lineRule="auto"/>
        <w:rPr>
          <w:rFonts w:ascii="Times New Roman" w:eastAsia="Calibri" w:hAnsi="Times New Roman" w:cs="Times New Roman"/>
          <w:b/>
          <w:color w:val="auto"/>
          <w:sz w:val="24"/>
          <w:szCs w:val="24"/>
          <w:lang w:val="hu-HU"/>
        </w:rPr>
      </w:pPr>
    </w:p>
    <w:p w:rsidR="00124AED" w:rsidRPr="00A761DE" w:rsidRDefault="00124AED" w:rsidP="00124AED">
      <w:pPr>
        <w:spacing w:after="160" w:line="360" w:lineRule="auto"/>
        <w:rPr>
          <w:rFonts w:ascii="Times New Roman" w:eastAsia="Calibri" w:hAnsi="Times New Roman" w:cs="Times New Roman"/>
          <w:b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b/>
          <w:color w:val="auto"/>
          <w:sz w:val="24"/>
          <w:szCs w:val="24"/>
          <w:lang w:val="hu-HU"/>
        </w:rPr>
        <w:t>Célkitűzések:</w:t>
      </w:r>
    </w:p>
    <w:p w:rsidR="00124AED" w:rsidRPr="00A761DE" w:rsidRDefault="00124AED" w:rsidP="003F3FC3">
      <w:pPr>
        <w:numPr>
          <w:ilvl w:val="0"/>
          <w:numId w:val="13"/>
        </w:numPr>
        <w:spacing w:after="160" w:line="360" w:lineRule="auto"/>
        <w:contextualSpacing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>A teljes munkaközösség egységének erősítése</w:t>
      </w:r>
    </w:p>
    <w:p w:rsidR="00124AED" w:rsidRPr="00A761DE" w:rsidRDefault="00124AED" w:rsidP="003F3FC3">
      <w:pPr>
        <w:numPr>
          <w:ilvl w:val="0"/>
          <w:numId w:val="13"/>
        </w:numPr>
        <w:spacing w:after="160" w:line="360" w:lineRule="auto"/>
        <w:contextualSpacing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>Összehangolt munka az osztályközöségekkel, szaktanárokkal, az iskola többi munkaközösségével és a vezetőséggel</w:t>
      </w:r>
    </w:p>
    <w:p w:rsidR="00124AED" w:rsidRPr="00A761DE" w:rsidRDefault="00124AED" w:rsidP="003F3FC3">
      <w:pPr>
        <w:numPr>
          <w:ilvl w:val="0"/>
          <w:numId w:val="13"/>
        </w:numPr>
        <w:spacing w:after="160" w:line="360" w:lineRule="auto"/>
        <w:contextualSpacing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>Az iskola pedagógiai céljainak megfelelő osztályfőnöki munka kialakítása</w:t>
      </w:r>
    </w:p>
    <w:p w:rsidR="00124AED" w:rsidRPr="00A761DE" w:rsidRDefault="00124AED" w:rsidP="003F3FC3">
      <w:pPr>
        <w:numPr>
          <w:ilvl w:val="0"/>
          <w:numId w:val="13"/>
        </w:numPr>
        <w:spacing w:after="160" w:line="360" w:lineRule="auto"/>
        <w:contextualSpacing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>Egységes nevelési elvek megfogalmazása és azok megvalósítása</w:t>
      </w:r>
    </w:p>
    <w:p w:rsidR="00124AED" w:rsidRPr="00A761DE" w:rsidRDefault="00124AED" w:rsidP="003F3FC3">
      <w:pPr>
        <w:numPr>
          <w:ilvl w:val="0"/>
          <w:numId w:val="13"/>
        </w:numPr>
        <w:spacing w:after="160" w:line="360" w:lineRule="auto"/>
        <w:contextualSpacing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>Jól működő, elfogadó, stabil és együttműködő osztályközösség kialakítása</w:t>
      </w:r>
    </w:p>
    <w:p w:rsidR="00124AED" w:rsidRPr="00A761DE" w:rsidRDefault="00124AED" w:rsidP="003F3FC3">
      <w:pPr>
        <w:numPr>
          <w:ilvl w:val="0"/>
          <w:numId w:val="13"/>
        </w:numPr>
        <w:spacing w:after="160" w:line="360" w:lineRule="auto"/>
        <w:contextualSpacing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>Hatékony konfliktusmegelőzés, konfliktuskezelés</w:t>
      </w:r>
    </w:p>
    <w:p w:rsidR="00124AED" w:rsidRPr="00A761DE" w:rsidRDefault="00124AED" w:rsidP="003F3FC3">
      <w:pPr>
        <w:numPr>
          <w:ilvl w:val="0"/>
          <w:numId w:val="13"/>
        </w:numPr>
        <w:spacing w:after="160" w:line="360" w:lineRule="auto"/>
        <w:contextualSpacing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>Hatékony és proaktív együttműködés az oktatói testületen belül és a többi munkaközösséggel</w:t>
      </w:r>
    </w:p>
    <w:p w:rsidR="00124AED" w:rsidRPr="00A761DE" w:rsidRDefault="00124AED" w:rsidP="00124AED">
      <w:pPr>
        <w:spacing w:after="160" w:line="259" w:lineRule="auto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</w:p>
    <w:tbl>
      <w:tblPr>
        <w:tblStyle w:val="Rcsostblzat2"/>
        <w:tblW w:w="0" w:type="auto"/>
        <w:jc w:val="center"/>
        <w:tblLook w:val="04A0" w:firstRow="1" w:lastRow="0" w:firstColumn="1" w:lastColumn="0" w:noHBand="0" w:noVBand="1"/>
      </w:tblPr>
      <w:tblGrid>
        <w:gridCol w:w="4316"/>
        <w:gridCol w:w="2180"/>
        <w:gridCol w:w="2523"/>
      </w:tblGrid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Feladat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Határidő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Felelős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 munkaközösség megalakulása, a munkaközösség vezető megválasztása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2026. augusztus 28.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Munkaközösség vezető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Munkaközöség</w:t>
            </w:r>
          </w:p>
        </w:tc>
      </w:tr>
      <w:tr w:rsidR="00124AED" w:rsidRPr="00D1002A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Gólyanap</w:t>
            </w:r>
            <w:proofErr w:type="spellEnd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szervezése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2026. augusztus 31.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Munkaközösség vezető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9. osztályfőnökök és osztályfőnök helyettesek</w:t>
            </w: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Első tanítási nap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2026. szeptember 1.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Osztályfőnökök</w:t>
            </w: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Tanévnyitó ünnepség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2026. szeptember 2.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Osztályfőnökök</w:t>
            </w: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Munkaközösségi munkatervek elkészítése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2026. szeptember 4.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Munkaközösség vezetők</w:t>
            </w: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Éves munkaterv oktatói elfogadtatása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2026. szeptember 10.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iskolavezetés, </w:t>
            </w:r>
            <w:proofErr w:type="spellStart"/>
            <w:r w:rsidRPr="00A761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ofői</w:t>
            </w:r>
            <w:proofErr w:type="spellEnd"/>
            <w:r w:rsidRPr="00A761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mk. </w:t>
            </w:r>
            <w:proofErr w:type="spellStart"/>
            <w:r w:rsidRPr="00A761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vez</w:t>
            </w:r>
            <w:proofErr w:type="spellEnd"/>
            <w:r w:rsidRPr="00A761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Szülői értekezlet technikumi osztályoknak: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9. évfolyamon: 16.00 óra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felsőbb évfolyamoknak: 16:30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2026. szeptember 24.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osztályfőnökök</w:t>
            </w: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Fogadóóra: 15:00 óra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Az év további részére: egyéni fogadóórák kijelölése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2026. szeptember 24.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osztályfőnökök, szaktanárok</w:t>
            </w: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Tanmenetek, foglalkozási tervek készítése, feltöltése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2026. szeptember 30.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Oktatók –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Munkaközösség vezetők –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Iskolavezetés</w:t>
            </w:r>
          </w:p>
        </w:tc>
      </w:tr>
      <w:tr w:rsidR="00124AED" w:rsidRPr="00D1002A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Gólyaavató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 óra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Sportcsarnok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2026. október 14.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10. évfolyamos osztályfőnökök, DÖK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9. évfolyamos osztályfőnökök</w:t>
            </w: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bCs/>
                <w:iCs/>
                <w:color w:val="auto"/>
                <w:sz w:val="24"/>
                <w:szCs w:val="24"/>
              </w:rPr>
            </w:pPr>
            <w:proofErr w:type="spellStart"/>
            <w:r w:rsidRPr="00A761DE">
              <w:rPr>
                <w:rFonts w:ascii="Times New Roman" w:hAnsi="Times New Roman" w:cs="Times New Roman"/>
                <w:bCs/>
                <w:iCs/>
                <w:color w:val="auto"/>
                <w:sz w:val="24"/>
                <w:szCs w:val="24"/>
              </w:rPr>
              <w:t>Ginop</w:t>
            </w:r>
            <w:proofErr w:type="spellEnd"/>
            <w:r w:rsidRPr="00A761DE">
              <w:rPr>
                <w:rFonts w:ascii="Times New Roman" w:hAnsi="Times New Roman" w:cs="Times New Roman"/>
                <w:bCs/>
                <w:iCs/>
                <w:color w:val="auto"/>
                <w:sz w:val="24"/>
                <w:szCs w:val="24"/>
              </w:rPr>
              <w:t xml:space="preserve"> bemeneti mérés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2026. szeptember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Osztályfőnökök</w:t>
            </w: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 xml:space="preserve">Magyar Diáksport Napja 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Sportnap    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2026. szeptember 25.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szaktanárok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osztályfőnökök</w:t>
            </w: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Október 23-i ünnepség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2025. október 22.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Kemény Katalin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osztályfőnökök</w:t>
            </w:r>
          </w:p>
        </w:tc>
      </w:tr>
      <w:tr w:rsidR="00124AED" w:rsidRPr="00D1002A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Iskolai dokumentumok felülvizsgálata/ kiegészítése/ korrekciója: 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a. SZMSZ 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b.</w:t>
            </w:r>
            <w:proofErr w:type="spellEnd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Házirend 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Szakmai program: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sym w:font="Symbol" w:char="F0B7"/>
            </w: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Nevelési program 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sym w:font="Symbol" w:char="F0B7"/>
            </w: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Oktatási program 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sym w:font="Symbol" w:char="F0B7"/>
            </w: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Egészségfejlesztési program 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sym w:font="Symbol" w:char="F0B7"/>
            </w: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Képzési program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2026. október 30.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Igazgató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munkaközösség vezetők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Iskolavezetés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Oktatók</w:t>
            </w: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Osztály </w:t>
            </w:r>
            <w:proofErr w:type="spellStart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karácsonyozás</w:t>
            </w:r>
            <w:proofErr w:type="spellEnd"/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2026.december 18.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osztályfőnökök</w:t>
            </w: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Pályaorientációs nap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2027. január 8.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osztályfőnökök</w:t>
            </w: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Első félév utolsó napja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2027. január 22.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osztályfőnökök</w:t>
            </w: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Félévi értesítő kiadása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2027. január 29.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osztályfőnökök</w:t>
            </w: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Szalagavató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2027. január 29.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tantestület</w:t>
            </w: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 2027. évi május-júniusi érettségi vizsgák szervezése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és lebonyolítása.</w:t>
            </w:r>
          </w:p>
          <w:p w:rsidR="00124AED" w:rsidRPr="00A761DE" w:rsidRDefault="00124AED" w:rsidP="003F3FC3">
            <w:pPr>
              <w:numPr>
                <w:ilvl w:val="0"/>
                <w:numId w:val="12"/>
              </w:numPr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jelentkeztetés a vizsgákra</w:t>
            </w:r>
          </w:p>
          <w:p w:rsidR="00124AED" w:rsidRPr="00A761DE" w:rsidRDefault="00124AED" w:rsidP="003F3FC3">
            <w:pPr>
              <w:numPr>
                <w:ilvl w:val="0"/>
                <w:numId w:val="12"/>
              </w:numPr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írásbeli vizsgák</w:t>
            </w:r>
          </w:p>
          <w:p w:rsidR="00124AED" w:rsidRPr="00A761DE" w:rsidRDefault="00124AED" w:rsidP="003F3FC3">
            <w:pPr>
              <w:numPr>
                <w:ilvl w:val="0"/>
                <w:numId w:val="12"/>
              </w:numPr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szóbeli vizsgák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2027. február 15-ig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2027. május 5-9-ig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2027. június 16 – július 2-ig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Igazgató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Nevelési igazgatóhelyettes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osztályfőnök</w:t>
            </w: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Próbaérettségi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2027. február 8 – 12.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szaktanárok, osztályfőnökök</w:t>
            </w: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Szülői értekezlet 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2027. február 4.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osztályfőnökök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Végzősök osztályozó vizsgája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2027. április 22.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szaktanárok, osztályfőnökök</w:t>
            </w: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Végzősök jegylezáró értekezlete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2027. április 26.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munkaközösség vezető</w:t>
            </w: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Ballagás a 12. évfolyamnak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2027. április 30.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oktatói testület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osztályfőnökök</w:t>
            </w: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Osztálykirándulások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2027. április 22-23. és június 10-11.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Utolsó tanítási nap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2027. június 15.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osztályfőnökök</w:t>
            </w: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Az iskola hagyományos kulturális, szakmai és ünnepélyes programjainak szervezése, lebonyolítása.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Faliújság 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 programtervben szereplő időpontok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Iskolavezetés, Osztályfőnökök, Munkaközösség vezetők </w:t>
            </w:r>
          </w:p>
        </w:tc>
      </w:tr>
      <w:tr w:rsidR="00124AED" w:rsidRPr="00D1002A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 beiskolázással kapcsolatos feladatok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Folyamatosan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Iskolavezetés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Büki Beatrix, Tóth Judit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Munkaközösség vezetők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Az oktatói testület minden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tagja</w:t>
            </w: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Beírási naplók ellenőrzése Október 1-15. között, vagy létszámellenőrzéskor 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Az e-napló bejegyzéseinek ellenőrzése (tanórák naplózása, házifeladat adása, értékelések, feljegyzések)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Egész tanévben havonta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Munkaközösség vezető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Osztályfőnökök </w:t>
            </w: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9. évfolyam: kimeneti mérések 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2027. április - május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Kompetenciamérés felelős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10-es osztályfőnökök</w:t>
            </w: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 sajátos nevelés igénylő tanulókhoz kapcsolódó adminisztratív feladatok (határozatok)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Folyamatos 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Osztályfőnökök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Munkaközösség vezető</w:t>
            </w: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Egyéb „oktatáshoz kapcsolódó” dokumentumok (törzslap, bizonyítvány, javító- osztályozó és különbözeti vizsga jegyzőkönyvek) ellenőrzése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Folyamatos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Osztályfőnökök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Munkaközösség vezető</w:t>
            </w:r>
          </w:p>
        </w:tc>
      </w:tr>
      <w:tr w:rsidR="00124AED" w:rsidRPr="00A761DE" w:rsidTr="00C050E8">
        <w:trPr>
          <w:jc w:val="center"/>
        </w:trPr>
        <w:tc>
          <w:tcPr>
            <w:tcW w:w="4351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Óralátogatások</w:t>
            </w:r>
          </w:p>
        </w:tc>
        <w:tc>
          <w:tcPr>
            <w:tcW w:w="2188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Folyamatos</w:t>
            </w:r>
          </w:p>
        </w:tc>
        <w:tc>
          <w:tcPr>
            <w:tcW w:w="2523" w:type="dxa"/>
          </w:tcPr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Iskolavezetés</w:t>
            </w:r>
          </w:p>
          <w:p w:rsidR="00124AED" w:rsidRPr="00A761DE" w:rsidRDefault="00124AED" w:rsidP="00124AE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Munkaközösségvezetők</w:t>
            </w:r>
          </w:p>
        </w:tc>
      </w:tr>
    </w:tbl>
    <w:p w:rsidR="00124AED" w:rsidRPr="00A761DE" w:rsidRDefault="00124AED" w:rsidP="00124AED">
      <w:pPr>
        <w:spacing w:after="160" w:line="360" w:lineRule="auto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</w:p>
    <w:p w:rsidR="001C238B" w:rsidRDefault="001C238B" w:rsidP="003F3FC3">
      <w:pPr>
        <w:pStyle w:val="Listaszerbekezds"/>
        <w:numPr>
          <w:ilvl w:val="1"/>
          <w:numId w:val="10"/>
        </w:numPr>
        <w:spacing w:after="160" w:line="259" w:lineRule="auto"/>
        <w:rPr>
          <w:rFonts w:ascii="Times New Roman" w:eastAsia="Calibri" w:hAnsi="Times New Roman" w:cs="Times New Roman"/>
          <w:b/>
          <w:color w:val="auto"/>
          <w:sz w:val="24"/>
          <w:szCs w:val="24"/>
          <w:lang w:val="hu-HU"/>
        </w:rPr>
        <w:sectPr w:rsidR="001C238B" w:rsidSect="00034616">
          <w:pgSz w:w="11909" w:h="16834"/>
          <w:pgMar w:top="1440" w:right="1440" w:bottom="1440" w:left="1440" w:header="720" w:footer="720" w:gutter="0"/>
          <w:cols w:space="720"/>
          <w:docGrid w:linePitch="360"/>
        </w:sectPr>
      </w:pPr>
    </w:p>
    <w:p w:rsidR="00EA745F" w:rsidRPr="00E94C95" w:rsidRDefault="002F667C" w:rsidP="00916EB4">
      <w:pPr>
        <w:pStyle w:val="Cmsor1"/>
        <w:rPr>
          <w:rFonts w:ascii="Times New Roman" w:hAnsi="Times New Roman" w:cs="Times New Roman"/>
          <w:sz w:val="24"/>
          <w:szCs w:val="24"/>
          <w:lang w:val="hu-HU"/>
        </w:rPr>
      </w:pPr>
      <w:bookmarkStart w:id="51" w:name="_Toc241234004"/>
      <w:r>
        <w:rPr>
          <w:rFonts w:ascii="Times New Roman" w:hAnsi="Times New Roman" w:cs="Times New Roman"/>
          <w:sz w:val="24"/>
          <w:szCs w:val="24"/>
          <w:lang w:val="hu-HU"/>
        </w:rPr>
        <w:lastRenderedPageBreak/>
        <w:t>2</w:t>
      </w:r>
      <w:r w:rsidRPr="00916EB4">
        <w:rPr>
          <w:rFonts w:ascii="Times New Roman" w:hAnsi="Times New Roman" w:cs="Times New Roman"/>
          <w:lang w:val="hu-HU"/>
        </w:rPr>
        <w:t>.</w:t>
      </w:r>
      <w:r w:rsidR="002442EC" w:rsidRPr="00916EB4">
        <w:rPr>
          <w:rFonts w:ascii="Times New Roman" w:hAnsi="Times New Roman" w:cs="Times New Roman"/>
          <w:lang w:val="hu-HU"/>
        </w:rPr>
        <w:t>számú melléklet</w:t>
      </w:r>
      <w:bookmarkEnd w:id="51"/>
      <w:r w:rsidR="002442EC" w:rsidRPr="00E94C95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</w:p>
    <w:p w:rsidR="00625950" w:rsidRPr="00916EB4" w:rsidRDefault="002442EC" w:rsidP="00916EB4">
      <w:pPr>
        <w:pStyle w:val="Cmsor1"/>
        <w:rPr>
          <w:rFonts w:ascii="Times New Roman" w:hAnsi="Times New Roman" w:cs="Times New Roman"/>
          <w:lang w:val="hu-HU"/>
        </w:rPr>
      </w:pPr>
      <w:bookmarkStart w:id="52" w:name="_Toc241234005"/>
      <w:r w:rsidRPr="00916EB4">
        <w:rPr>
          <w:rFonts w:ascii="Times New Roman" w:hAnsi="Times New Roman" w:cs="Times New Roman"/>
          <w:lang w:val="hu-HU"/>
        </w:rPr>
        <w:t xml:space="preserve">A </w:t>
      </w:r>
      <w:r w:rsidR="00625950" w:rsidRPr="00916EB4">
        <w:rPr>
          <w:rFonts w:ascii="Times New Roman" w:hAnsi="Times New Roman" w:cs="Times New Roman"/>
          <w:lang w:val="hu-HU"/>
        </w:rPr>
        <w:t>közismereti tárgyakat oktatók munkaterve</w:t>
      </w:r>
      <w:bookmarkEnd w:id="52"/>
    </w:p>
    <w:p w:rsidR="00E94C95" w:rsidRPr="00E94C95" w:rsidRDefault="00E94C95" w:rsidP="00E94C95">
      <w:pPr>
        <w:keepNext/>
        <w:keepLines/>
        <w:spacing w:before="240"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color w:val="2F5496"/>
          <w:sz w:val="24"/>
          <w:szCs w:val="24"/>
          <w:lang w:val="hu-HU"/>
        </w:rPr>
      </w:pPr>
    </w:p>
    <w:p w:rsidR="00E94C95" w:rsidRPr="00E94C95" w:rsidRDefault="00625950" w:rsidP="00E94C95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auto"/>
          <w:sz w:val="24"/>
          <w:szCs w:val="24"/>
          <w:lang w:val="hu-HU"/>
        </w:rPr>
      </w:pPr>
      <w:r w:rsidRPr="00E94C95">
        <w:rPr>
          <w:rFonts w:ascii="Times New Roman" w:eastAsia="Calibri" w:hAnsi="Times New Roman" w:cs="Times New Roman"/>
          <w:b/>
          <w:color w:val="auto"/>
          <w:sz w:val="24"/>
          <w:szCs w:val="24"/>
          <w:lang w:val="hu-HU"/>
        </w:rPr>
        <w:t>a 2026-2027. tanévre</w:t>
      </w:r>
    </w:p>
    <w:p w:rsidR="00E94C95" w:rsidRPr="00916EB4" w:rsidRDefault="00E94C95" w:rsidP="00916EB4">
      <w:pPr>
        <w:rPr>
          <w:rFonts w:ascii="Times New Roman" w:hAnsi="Times New Roman" w:cs="Times New Roman"/>
          <w:b/>
          <w:sz w:val="24"/>
          <w:szCs w:val="24"/>
          <w:lang w:val="hu-HU"/>
        </w:rPr>
      </w:pPr>
      <w:r w:rsidRPr="00916EB4">
        <w:rPr>
          <w:rFonts w:ascii="Times New Roman" w:hAnsi="Times New Roman" w:cs="Times New Roman"/>
          <w:sz w:val="24"/>
          <w:szCs w:val="24"/>
          <w:lang w:val="hu-HU"/>
        </w:rPr>
        <w:t>A munkatervet meghatározó további szempontok:</w:t>
      </w:r>
    </w:p>
    <w:p w:rsidR="00E94C95" w:rsidRPr="00A30990" w:rsidRDefault="00E94C95" w:rsidP="00E94C95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A30990">
        <w:rPr>
          <w:rFonts w:ascii="Times New Roman" w:hAnsi="Times New Roman" w:cs="Times New Roman"/>
          <w:sz w:val="24"/>
          <w:szCs w:val="24"/>
          <w:lang w:val="hu-HU"/>
        </w:rPr>
        <w:t>a 2025-2026. tanévet lezáró elemző-értékelő értekezlet megállapításai,</w:t>
      </w:r>
    </w:p>
    <w:p w:rsidR="00E94C95" w:rsidRPr="00A30990" w:rsidRDefault="00E94C95" w:rsidP="00E94C95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A30990">
        <w:rPr>
          <w:rFonts w:ascii="Times New Roman" w:hAnsi="Times New Roman" w:cs="Times New Roman"/>
          <w:sz w:val="24"/>
          <w:szCs w:val="24"/>
          <w:lang w:val="hu-HU"/>
        </w:rPr>
        <w:t>az iskolai tanévnyitó értekezleten meghatározott kiemelt feladatok.</w:t>
      </w:r>
    </w:p>
    <w:p w:rsidR="00E94C95" w:rsidRPr="00732B77" w:rsidRDefault="00E94C95" w:rsidP="00E94C9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A munkaközösség tagjai: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06"/>
        <w:gridCol w:w="2609"/>
        <w:gridCol w:w="947"/>
        <w:gridCol w:w="3300"/>
      </w:tblGrid>
      <w:tr w:rsidR="00E94C95" w:rsidRPr="00732B77" w:rsidTr="00A30990">
        <w:tc>
          <w:tcPr>
            <w:tcW w:w="2206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Tagok</w:t>
            </w:r>
          </w:p>
        </w:tc>
        <w:tc>
          <w:tcPr>
            <w:tcW w:w="2609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Oktatott tantárgyak</w:t>
            </w:r>
          </w:p>
        </w:tc>
        <w:tc>
          <w:tcPr>
            <w:tcW w:w="947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Oszt.f</w:t>
            </w:r>
            <w:proofErr w:type="spellEnd"/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.</w:t>
            </w:r>
          </w:p>
        </w:tc>
        <w:tc>
          <w:tcPr>
            <w:tcW w:w="3300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Egyéb tevékenységek</w:t>
            </w:r>
          </w:p>
        </w:tc>
      </w:tr>
      <w:tr w:rsidR="00E94C95" w:rsidRPr="00732B77" w:rsidTr="00A30990">
        <w:tc>
          <w:tcPr>
            <w:tcW w:w="2206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Major Ágota</w:t>
            </w:r>
          </w:p>
        </w:tc>
        <w:tc>
          <w:tcPr>
            <w:tcW w:w="2609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Történelem</w:t>
            </w:r>
          </w:p>
        </w:tc>
        <w:tc>
          <w:tcPr>
            <w:tcW w:w="947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3300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nevelési igazgatóhelyettes</w:t>
            </w:r>
          </w:p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MICS tag</w:t>
            </w:r>
          </w:p>
        </w:tc>
      </w:tr>
      <w:tr w:rsidR="00E94C95" w:rsidRPr="00732B77" w:rsidTr="00A30990">
        <w:tc>
          <w:tcPr>
            <w:tcW w:w="2206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Büki Beatrix</w:t>
            </w:r>
          </w:p>
        </w:tc>
        <w:tc>
          <w:tcPr>
            <w:tcW w:w="2609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Digitális kultúra, Pénzügyi és vállalkozói ismeretek, Egészségügyi informatika, Mesterséges intelligencia alapjai</w:t>
            </w:r>
          </w:p>
        </w:tc>
        <w:tc>
          <w:tcPr>
            <w:tcW w:w="947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9.B</w:t>
            </w:r>
          </w:p>
        </w:tc>
        <w:tc>
          <w:tcPr>
            <w:tcW w:w="3300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Aktív Iskola program segítő</w:t>
            </w:r>
          </w:p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Pályaorientáció</w:t>
            </w:r>
          </w:p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E94C95" w:rsidRPr="00732B77" w:rsidTr="00A30990">
        <w:tc>
          <w:tcPr>
            <w:tcW w:w="2206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Dohi Veronika </w:t>
            </w:r>
          </w:p>
        </w:tc>
        <w:tc>
          <w:tcPr>
            <w:tcW w:w="2609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Német nyelv</w:t>
            </w:r>
          </w:p>
        </w:tc>
        <w:tc>
          <w:tcPr>
            <w:tcW w:w="947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3300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nyelvi témahét</w:t>
            </w:r>
          </w:p>
        </w:tc>
      </w:tr>
      <w:tr w:rsidR="00E94C95" w:rsidRPr="00D1002A" w:rsidTr="00A30990">
        <w:tc>
          <w:tcPr>
            <w:tcW w:w="2206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Gyöngyössy</w:t>
            </w:r>
            <w:proofErr w:type="spellEnd"/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Péterné Kemény Márta Katalin</w:t>
            </w:r>
          </w:p>
        </w:tc>
        <w:tc>
          <w:tcPr>
            <w:tcW w:w="2609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Magyar nyelv és irodalom, Érettségi felkészítés</w:t>
            </w:r>
          </w:p>
        </w:tc>
        <w:tc>
          <w:tcPr>
            <w:tcW w:w="947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10.A</w:t>
            </w:r>
          </w:p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3300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DÖK segítő tanár, iskolai műsorok szervezése, szakkörök </w:t>
            </w:r>
          </w:p>
        </w:tc>
      </w:tr>
      <w:tr w:rsidR="00E94C95" w:rsidRPr="00732B77" w:rsidTr="00A30990">
        <w:tc>
          <w:tcPr>
            <w:tcW w:w="2206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Horváth Norbert</w:t>
            </w:r>
          </w:p>
        </w:tc>
        <w:tc>
          <w:tcPr>
            <w:tcW w:w="2609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Matematika</w:t>
            </w:r>
          </w:p>
        </w:tc>
        <w:tc>
          <w:tcPr>
            <w:tcW w:w="947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13.C</w:t>
            </w:r>
          </w:p>
        </w:tc>
        <w:tc>
          <w:tcPr>
            <w:tcW w:w="3300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MICS tag</w:t>
            </w:r>
          </w:p>
        </w:tc>
      </w:tr>
      <w:tr w:rsidR="00E94C95" w:rsidRPr="00D1002A" w:rsidTr="00A30990">
        <w:tc>
          <w:tcPr>
            <w:tcW w:w="2206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Kalmár Szilárd</w:t>
            </w:r>
          </w:p>
        </w:tc>
        <w:tc>
          <w:tcPr>
            <w:tcW w:w="2609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Történelem, Érettségi felkészítés</w:t>
            </w:r>
          </w:p>
        </w:tc>
        <w:tc>
          <w:tcPr>
            <w:tcW w:w="947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10.S</w:t>
            </w:r>
          </w:p>
        </w:tc>
        <w:tc>
          <w:tcPr>
            <w:tcW w:w="3300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ifjúsági felelős, osztályfőnöki munkaközösség vezető</w:t>
            </w:r>
          </w:p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Aktív Iskola program segítő</w:t>
            </w:r>
          </w:p>
        </w:tc>
      </w:tr>
      <w:tr w:rsidR="00E94C95" w:rsidRPr="00D1002A" w:rsidTr="00A30990">
        <w:tc>
          <w:tcPr>
            <w:tcW w:w="2206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Katzler</w:t>
            </w:r>
            <w:proofErr w:type="spellEnd"/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Ábel Áron</w:t>
            </w:r>
          </w:p>
        </w:tc>
        <w:tc>
          <w:tcPr>
            <w:tcW w:w="2609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Testnevelés, Edzéselmélet</w:t>
            </w:r>
          </w:p>
        </w:tc>
        <w:tc>
          <w:tcPr>
            <w:tcW w:w="947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9.S</w:t>
            </w:r>
          </w:p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3300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NETFIT adminisztráció</w:t>
            </w:r>
          </w:p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Aktív Iskola program szervező</w:t>
            </w:r>
          </w:p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Versenyeztetés, pályaorientáció</w:t>
            </w:r>
          </w:p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tehetséggondozás, sítábor szervezése</w:t>
            </w:r>
          </w:p>
        </w:tc>
      </w:tr>
      <w:tr w:rsidR="00E94C95" w:rsidRPr="00D1002A" w:rsidTr="00A30990">
        <w:tc>
          <w:tcPr>
            <w:tcW w:w="2206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Simon Bence János</w:t>
            </w:r>
          </w:p>
        </w:tc>
        <w:tc>
          <w:tcPr>
            <w:tcW w:w="2609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Testnevelés, Testnevelés és testkultúra </w:t>
            </w:r>
          </w:p>
        </w:tc>
        <w:tc>
          <w:tcPr>
            <w:tcW w:w="947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12.B</w:t>
            </w:r>
          </w:p>
        </w:tc>
        <w:tc>
          <w:tcPr>
            <w:tcW w:w="3300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közismereti munkaközösség vezető, NETFIT adminisztráció</w:t>
            </w:r>
          </w:p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Diákolimpiai kapcsolattartó</w:t>
            </w:r>
          </w:p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Aktív Iskola program szervező</w:t>
            </w:r>
          </w:p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tehetséggondozás, sítábor szervezése</w:t>
            </w:r>
          </w:p>
        </w:tc>
      </w:tr>
      <w:tr w:rsidR="00E94C95" w:rsidRPr="00D1002A" w:rsidTr="00A30990">
        <w:tc>
          <w:tcPr>
            <w:tcW w:w="2206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Wágner Dominika</w:t>
            </w:r>
          </w:p>
        </w:tc>
        <w:tc>
          <w:tcPr>
            <w:tcW w:w="2609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Biológia, Komplex természettudomány (Biológia), Szakmai </w:t>
            </w: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lastRenderedPageBreak/>
              <w:t>fizikai és biofizikai alapok, Sejtbiológia</w:t>
            </w:r>
          </w:p>
        </w:tc>
        <w:tc>
          <w:tcPr>
            <w:tcW w:w="947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lastRenderedPageBreak/>
              <w:t>13.B</w:t>
            </w:r>
          </w:p>
        </w:tc>
        <w:tc>
          <w:tcPr>
            <w:tcW w:w="3300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Apáczai-ösztöndíj felelős, tankönyv felelős</w:t>
            </w:r>
          </w:p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lastRenderedPageBreak/>
              <w:t>Fenntarthatósági témahét, Egészséges táplálkozás hete</w:t>
            </w:r>
          </w:p>
        </w:tc>
      </w:tr>
      <w:tr w:rsidR="00E94C95" w:rsidRPr="00732B77" w:rsidTr="00A30990">
        <w:tc>
          <w:tcPr>
            <w:tcW w:w="2206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lastRenderedPageBreak/>
              <w:t xml:space="preserve">Gaál Flóra </w:t>
            </w:r>
          </w:p>
        </w:tc>
        <w:tc>
          <w:tcPr>
            <w:tcW w:w="2609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Magyar nyelv és irodalom, Történelem, Érettségi felkészítés</w:t>
            </w:r>
          </w:p>
        </w:tc>
        <w:tc>
          <w:tcPr>
            <w:tcW w:w="947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11.A</w:t>
            </w:r>
          </w:p>
        </w:tc>
        <w:tc>
          <w:tcPr>
            <w:tcW w:w="3300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Dök</w:t>
            </w:r>
            <w:proofErr w:type="spellEnd"/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segítő tanár</w:t>
            </w:r>
          </w:p>
        </w:tc>
      </w:tr>
      <w:tr w:rsidR="00E94C95" w:rsidRPr="00732B77" w:rsidTr="00A30990">
        <w:tc>
          <w:tcPr>
            <w:tcW w:w="2206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Szegedi Noémi </w:t>
            </w:r>
          </w:p>
        </w:tc>
        <w:tc>
          <w:tcPr>
            <w:tcW w:w="2609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Angol nyelv</w:t>
            </w:r>
          </w:p>
        </w:tc>
        <w:tc>
          <w:tcPr>
            <w:tcW w:w="947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12.A </w:t>
            </w:r>
          </w:p>
        </w:tc>
        <w:tc>
          <w:tcPr>
            <w:tcW w:w="3300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Erasmus+, nyelvi témahét</w:t>
            </w:r>
          </w:p>
        </w:tc>
      </w:tr>
      <w:tr w:rsidR="00E94C95" w:rsidRPr="00732B77" w:rsidTr="00A30990">
        <w:tc>
          <w:tcPr>
            <w:tcW w:w="2206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Serman Péter</w:t>
            </w:r>
          </w:p>
        </w:tc>
        <w:tc>
          <w:tcPr>
            <w:tcW w:w="2609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Matematika</w:t>
            </w:r>
          </w:p>
        </w:tc>
        <w:tc>
          <w:tcPr>
            <w:tcW w:w="947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3300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Gombfoci házibajnokság</w:t>
            </w:r>
          </w:p>
        </w:tc>
      </w:tr>
      <w:tr w:rsidR="00E94C95" w:rsidRPr="00732B77" w:rsidTr="00A30990">
        <w:tc>
          <w:tcPr>
            <w:tcW w:w="2206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Dala-Nagy Henrietta</w:t>
            </w:r>
          </w:p>
        </w:tc>
        <w:tc>
          <w:tcPr>
            <w:tcW w:w="2609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Német nyelv</w:t>
            </w:r>
          </w:p>
        </w:tc>
        <w:tc>
          <w:tcPr>
            <w:tcW w:w="947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3300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nyelvi témahét</w:t>
            </w:r>
          </w:p>
        </w:tc>
      </w:tr>
      <w:tr w:rsidR="00E94C95" w:rsidRPr="00732B77" w:rsidTr="00A30990">
        <w:tc>
          <w:tcPr>
            <w:tcW w:w="2206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Pesti Ildikó</w:t>
            </w:r>
          </w:p>
        </w:tc>
        <w:tc>
          <w:tcPr>
            <w:tcW w:w="2609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Komplex természettudomány, Szakmai kémiai és biokémiai alapok, Biológia, Kémia, Érettségi felkészítés</w:t>
            </w:r>
          </w:p>
        </w:tc>
        <w:tc>
          <w:tcPr>
            <w:tcW w:w="947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9.A</w:t>
            </w:r>
          </w:p>
        </w:tc>
        <w:tc>
          <w:tcPr>
            <w:tcW w:w="3300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Közösségi szolgálat koordinátor</w:t>
            </w:r>
          </w:p>
        </w:tc>
      </w:tr>
      <w:tr w:rsidR="00E94C95" w:rsidRPr="00732B77" w:rsidTr="00A30990">
        <w:tc>
          <w:tcPr>
            <w:tcW w:w="2206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Wagner Veronika </w:t>
            </w:r>
          </w:p>
        </w:tc>
        <w:tc>
          <w:tcPr>
            <w:tcW w:w="2609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Magyar nyelv és irodalom, Angol nyelv</w:t>
            </w:r>
          </w:p>
        </w:tc>
        <w:tc>
          <w:tcPr>
            <w:tcW w:w="947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11.B</w:t>
            </w:r>
          </w:p>
        </w:tc>
        <w:tc>
          <w:tcPr>
            <w:tcW w:w="3300" w:type="dxa"/>
          </w:tcPr>
          <w:p w:rsidR="00E94C95" w:rsidRPr="00732B77" w:rsidRDefault="00E94C95" w:rsidP="00A309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nyelvi témahét, Erasmus+</w:t>
            </w:r>
          </w:p>
        </w:tc>
      </w:tr>
    </w:tbl>
    <w:p w:rsidR="00E94C95" w:rsidRPr="00732B77" w:rsidRDefault="00E94C95" w:rsidP="00E94C95">
      <w:pPr>
        <w:spacing w:after="0"/>
        <w:rPr>
          <w:rFonts w:ascii="Times New Roman" w:hAnsi="Times New Roman" w:cs="Times New Roman"/>
          <w:sz w:val="24"/>
          <w:szCs w:val="24"/>
          <w:lang w:val="hu-HU"/>
        </w:rPr>
        <w:sectPr w:rsidR="00E94C95" w:rsidRPr="00732B7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E94C95" w:rsidRPr="00732B77" w:rsidRDefault="00E94C95" w:rsidP="00E94C95">
      <w:pPr>
        <w:rPr>
          <w:rFonts w:ascii="Times New Roman" w:hAnsi="Times New Roman" w:cs="Times New Roman"/>
          <w:b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b/>
          <w:sz w:val="24"/>
          <w:szCs w:val="24"/>
          <w:lang w:val="hu-HU"/>
        </w:rPr>
        <w:lastRenderedPageBreak/>
        <w:t>A munkaközösség feladata általában :</w:t>
      </w:r>
    </w:p>
    <w:p w:rsidR="00E94C95" w:rsidRPr="00732B77" w:rsidRDefault="00E94C95" w:rsidP="00E94C95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A munkaközösség munkájának megtervezése, a tervezett feladatok megszervezése, végrehajtása, és értékelése.</w:t>
      </w:r>
    </w:p>
    <w:p w:rsidR="00E94C95" w:rsidRPr="00732B77" w:rsidRDefault="00E94C95" w:rsidP="00E94C95">
      <w:pPr>
        <w:rPr>
          <w:rFonts w:ascii="Times New Roman" w:hAnsi="Times New Roman" w:cs="Times New Roman"/>
          <w:i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i/>
          <w:sz w:val="24"/>
          <w:szCs w:val="24"/>
          <w:lang w:val="hu-HU"/>
        </w:rPr>
        <w:t>Az oktató munka terén különösen:</w:t>
      </w:r>
    </w:p>
    <w:p w:rsidR="00E94C95" w:rsidRPr="00732B77" w:rsidRDefault="00E94C95" w:rsidP="00E94C95">
      <w:pPr>
        <w:pStyle w:val="Listaszerbekezds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Korrepetálás – a tanulási kudarcok csökkentése, kiemelten a 9-10. évfolyamon.</w:t>
      </w:r>
    </w:p>
    <w:p w:rsidR="00E94C95" w:rsidRPr="00732B77" w:rsidRDefault="00E94C95" w:rsidP="00E94C95">
      <w:pPr>
        <w:pStyle w:val="Listaszerbekezds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Az SNI-s tanulók integrált oktatása – a szakvéleményekben szereplő kedvezmények, felmentések biztosítása mellett.</w:t>
      </w:r>
    </w:p>
    <w:p w:rsidR="00E94C95" w:rsidRPr="00732B77" w:rsidRDefault="00E94C95" w:rsidP="00E94C95">
      <w:pPr>
        <w:pStyle w:val="Listaszerbekezds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Versenyfelkészítés – tehetséggondozás (közismeret, testnevelés-sport).</w:t>
      </w:r>
    </w:p>
    <w:p w:rsidR="00E94C95" w:rsidRPr="00732B77" w:rsidRDefault="00E94C95" w:rsidP="00E94C95">
      <w:pPr>
        <w:pStyle w:val="Listaszerbekezds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Középszintű érettségire felkészítés.</w:t>
      </w:r>
    </w:p>
    <w:p w:rsidR="00E94C95" w:rsidRPr="00732B77" w:rsidRDefault="00E94C95" w:rsidP="00E94C95">
      <w:pPr>
        <w:pStyle w:val="Listaszerbekezds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 xml:space="preserve">Valamennyi munkaközösség számára a szövegértés fejlesztése </w:t>
      </w:r>
    </w:p>
    <w:p w:rsidR="00E94C95" w:rsidRPr="00732B77" w:rsidRDefault="00E94C95" w:rsidP="00E94C95">
      <w:pPr>
        <w:pStyle w:val="Listaszerbekezds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 xml:space="preserve">A matematikai kompetencia fejlesztése </w:t>
      </w:r>
    </w:p>
    <w:p w:rsidR="00E94C95" w:rsidRPr="00732B77" w:rsidRDefault="00E94C95" w:rsidP="00E94C95">
      <w:pPr>
        <w:pStyle w:val="Listaszerbekezds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Beiskolázáshoz kapcsolódó feladatok. (valamennyi pedagógus részvételével)</w:t>
      </w:r>
    </w:p>
    <w:p w:rsidR="00E94C95" w:rsidRPr="00732B77" w:rsidRDefault="00E94C95" w:rsidP="00E94C95">
      <w:pPr>
        <w:pStyle w:val="Listaszerbekezds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Pályaorientációs tevékenység valamennyi évfolyamon, kiemelten a 9-10.évfolyamokon.</w:t>
      </w:r>
    </w:p>
    <w:p w:rsidR="00E94C95" w:rsidRPr="00732B77" w:rsidRDefault="00E94C95" w:rsidP="00E94C95">
      <w:pPr>
        <w:pStyle w:val="Listaszerbekezds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A munkaközösséget érintő tantervek gondozása, új helyi tantervek elkészítése.</w:t>
      </w:r>
    </w:p>
    <w:p w:rsidR="00E94C95" w:rsidRPr="00732B77" w:rsidRDefault="00E94C95" w:rsidP="00E94C95">
      <w:pPr>
        <w:pStyle w:val="Listaszerbekezds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Közreműködés a Szakmai program elkészítésében.</w:t>
      </w:r>
    </w:p>
    <w:p w:rsidR="00E94C95" w:rsidRPr="00916EB4" w:rsidRDefault="00E94C95" w:rsidP="00E94C95">
      <w:pPr>
        <w:pStyle w:val="Listaszerbekezds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A Házirend, Szakmai program felülvizsgálata.(valamennyi pedagógus részvételével)</w:t>
      </w:r>
    </w:p>
    <w:p w:rsidR="00E94C95" w:rsidRPr="00732B77" w:rsidRDefault="00E94C95" w:rsidP="00E94C95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i/>
          <w:sz w:val="24"/>
          <w:szCs w:val="24"/>
          <w:lang w:val="hu-HU"/>
        </w:rPr>
        <w:t>A nevelés terén különösen</w:t>
      </w:r>
      <w:r w:rsidRPr="00732B77">
        <w:rPr>
          <w:rFonts w:ascii="Times New Roman" w:hAnsi="Times New Roman" w:cs="Times New Roman"/>
          <w:sz w:val="24"/>
          <w:szCs w:val="24"/>
          <w:lang w:val="hu-HU"/>
        </w:rPr>
        <w:t>:</w:t>
      </w:r>
    </w:p>
    <w:p w:rsidR="00E94C95" w:rsidRPr="00732B77" w:rsidRDefault="00E94C95" w:rsidP="00E94C95">
      <w:pPr>
        <w:pStyle w:val="Listaszerbekezds"/>
        <w:numPr>
          <w:ilvl w:val="0"/>
          <w:numId w:val="9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Az iskolai szintű megemlékezések, ünnepségek színvonalas megtartása.</w:t>
      </w:r>
    </w:p>
    <w:p w:rsidR="00E94C95" w:rsidRPr="00732B77" w:rsidRDefault="00E94C95" w:rsidP="00E94C95">
      <w:pPr>
        <w:pStyle w:val="Listaszerbekezds"/>
        <w:numPr>
          <w:ilvl w:val="0"/>
          <w:numId w:val="9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Az osztályfőnöki órák témáinak feldolgozása.</w:t>
      </w:r>
    </w:p>
    <w:p w:rsidR="00E94C95" w:rsidRPr="00732B77" w:rsidRDefault="00E94C95" w:rsidP="00E94C95">
      <w:pPr>
        <w:pStyle w:val="Listaszerbekezds"/>
        <w:numPr>
          <w:ilvl w:val="0"/>
          <w:numId w:val="9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Az iskolai közösségi szolgálat pedagógiai előkészítése, feldolgozása.</w:t>
      </w:r>
    </w:p>
    <w:p w:rsidR="00E94C95" w:rsidRPr="00732B77" w:rsidRDefault="00E94C95" w:rsidP="00E94C95">
      <w:pPr>
        <w:pStyle w:val="Listaszerbekezds"/>
        <w:numPr>
          <w:ilvl w:val="0"/>
          <w:numId w:val="9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Közösségfejlesztés, ezen belül az osztályközösség alakítása, osztályközöség építés.</w:t>
      </w:r>
    </w:p>
    <w:p w:rsidR="00E94C95" w:rsidRPr="00732B77" w:rsidRDefault="00E94C95" w:rsidP="00E94C95">
      <w:pPr>
        <w:pStyle w:val="Listaszerbekezds"/>
        <w:numPr>
          <w:ilvl w:val="0"/>
          <w:numId w:val="9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A nevelési problémák hatékony kezelése szakemberek (ifjúságvédelem, gyermekjóléti</w:t>
      </w:r>
    </w:p>
    <w:p w:rsidR="00E94C95" w:rsidRPr="00732B77" w:rsidRDefault="00E94C95" w:rsidP="00E94C95">
      <w:pPr>
        <w:pStyle w:val="Listaszerbekezds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szolgálat, települési jegyzők, mentálhigiénés szakember, bűnmegelőzési</w:t>
      </w:r>
    </w:p>
    <w:p w:rsidR="00E94C95" w:rsidRPr="00732B77" w:rsidRDefault="00E94C95" w:rsidP="00E94C95">
      <w:pPr>
        <w:pStyle w:val="Listaszerbekezds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szakember, stb.) bevonásával.</w:t>
      </w:r>
    </w:p>
    <w:p w:rsidR="00E94C95" w:rsidRPr="00732B77" w:rsidRDefault="00E94C95" w:rsidP="00E94C95">
      <w:pPr>
        <w:pStyle w:val="Listaszerbekezds"/>
        <w:numPr>
          <w:ilvl w:val="0"/>
          <w:numId w:val="9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A diákok neveltségi szintjének javítása.</w:t>
      </w:r>
    </w:p>
    <w:p w:rsidR="00E94C95" w:rsidRPr="00732B77" w:rsidRDefault="00E94C95" w:rsidP="00E94C95">
      <w:pPr>
        <w:pStyle w:val="Listaszerbekezds"/>
        <w:numPr>
          <w:ilvl w:val="0"/>
          <w:numId w:val="9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Egészségnevelés. (dohányzás, drog, alkohol, egészséges táplálkozás, rendszeres</w:t>
      </w:r>
    </w:p>
    <w:p w:rsidR="00E94C95" w:rsidRPr="00916EB4" w:rsidRDefault="00E94C95" w:rsidP="00916EB4">
      <w:pPr>
        <w:pStyle w:val="Listaszerbekezds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testmozgás)</w:t>
      </w:r>
    </w:p>
    <w:p w:rsidR="00E94C95" w:rsidRPr="00732B77" w:rsidRDefault="00E94C95" w:rsidP="00E94C95">
      <w:pPr>
        <w:rPr>
          <w:rFonts w:ascii="Times New Roman" w:hAnsi="Times New Roman" w:cs="Times New Roman"/>
          <w:b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b/>
          <w:sz w:val="24"/>
          <w:szCs w:val="24"/>
          <w:lang w:val="hu-HU"/>
        </w:rPr>
        <w:t>A tanév kiemelt feladatai és fejlesztési feladatai</w:t>
      </w:r>
    </w:p>
    <w:p w:rsidR="00E94C95" w:rsidRPr="00732B77" w:rsidRDefault="00E94C95" w:rsidP="00E94C95">
      <w:pPr>
        <w:rPr>
          <w:rFonts w:ascii="Times New Roman" w:hAnsi="Times New Roman" w:cs="Times New Roman"/>
          <w:i/>
          <w:sz w:val="24"/>
          <w:szCs w:val="24"/>
          <w:u w:val="single"/>
          <w:lang w:val="hu-HU"/>
        </w:rPr>
      </w:pPr>
      <w:r w:rsidRPr="00732B77">
        <w:rPr>
          <w:rFonts w:ascii="Times New Roman" w:hAnsi="Times New Roman" w:cs="Times New Roman"/>
          <w:i/>
          <w:sz w:val="24"/>
          <w:szCs w:val="24"/>
          <w:u w:val="single"/>
          <w:lang w:val="hu-HU"/>
        </w:rPr>
        <w:t>Az oktató munka területén általánosan:</w:t>
      </w:r>
    </w:p>
    <w:p w:rsidR="00E94C95" w:rsidRPr="00732B77" w:rsidRDefault="00E94C95" w:rsidP="00E94C95">
      <w:pPr>
        <w:pStyle w:val="Listaszerbekezds"/>
        <w:numPr>
          <w:ilvl w:val="0"/>
          <w:numId w:val="34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Kiemelt feladat a tanulási kudarcok és ezzel együtt a lemorzsolódás csökkentése –</w:t>
      </w:r>
    </w:p>
    <w:p w:rsidR="00E94C95" w:rsidRPr="00732B77" w:rsidRDefault="00E94C95" w:rsidP="00E94C95">
      <w:pPr>
        <w:pStyle w:val="Listaszerbekezds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különös tekintettel a 9. évfolyamon az általános iskolai követelmények szintjéről a</w:t>
      </w:r>
    </w:p>
    <w:p w:rsidR="00E94C95" w:rsidRPr="00732B77" w:rsidRDefault="00E94C95" w:rsidP="00E94C95">
      <w:pPr>
        <w:pStyle w:val="Listaszerbekezds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középiskolai követelményszint felé történő elmozdulás.</w:t>
      </w:r>
    </w:p>
    <w:p w:rsidR="00E94C95" w:rsidRPr="00732B77" w:rsidRDefault="00E94C95" w:rsidP="00E94C95">
      <w:pPr>
        <w:pStyle w:val="Listaszerbekezds"/>
        <w:numPr>
          <w:ilvl w:val="0"/>
          <w:numId w:val="34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A HH és HHH tanulók „mentorálása”.</w:t>
      </w:r>
    </w:p>
    <w:p w:rsidR="00E94C95" w:rsidRPr="00732B77" w:rsidRDefault="00E94C95" w:rsidP="00E94C95">
      <w:pPr>
        <w:pStyle w:val="Listaszerbekezds"/>
        <w:numPr>
          <w:ilvl w:val="0"/>
          <w:numId w:val="34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A minimum követelmények elsajátíttatása.</w:t>
      </w:r>
    </w:p>
    <w:p w:rsidR="00E94C95" w:rsidRPr="00732B77" w:rsidRDefault="00E94C95" w:rsidP="00E94C95">
      <w:pPr>
        <w:pStyle w:val="Listaszerbekezds"/>
        <w:numPr>
          <w:ilvl w:val="0"/>
          <w:numId w:val="34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A tanulók egyéni képességeinek figyelembe vétele.</w:t>
      </w:r>
    </w:p>
    <w:p w:rsidR="00E94C95" w:rsidRPr="00732B77" w:rsidRDefault="00E94C95" w:rsidP="00E94C95">
      <w:pPr>
        <w:pStyle w:val="Listaszerbekezds"/>
        <w:numPr>
          <w:ilvl w:val="0"/>
          <w:numId w:val="34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 xml:space="preserve">Pályaorientáció </w:t>
      </w:r>
    </w:p>
    <w:p w:rsidR="00E94C95" w:rsidRPr="00732B77" w:rsidRDefault="00E94C95" w:rsidP="00E94C95">
      <w:pPr>
        <w:pStyle w:val="Listaszerbekezds"/>
        <w:numPr>
          <w:ilvl w:val="0"/>
          <w:numId w:val="34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lastRenderedPageBreak/>
        <w:t>Tehetséggondozás, versenyfelkészítés.</w:t>
      </w:r>
    </w:p>
    <w:p w:rsidR="00E94C95" w:rsidRPr="00732B77" w:rsidRDefault="00E94C95" w:rsidP="00E94C95">
      <w:pPr>
        <w:pStyle w:val="Listaszerbekezds"/>
        <w:numPr>
          <w:ilvl w:val="0"/>
          <w:numId w:val="34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Az érettségi vizsgákra való felkészítés.</w:t>
      </w:r>
    </w:p>
    <w:p w:rsidR="00E94C95" w:rsidRPr="00732B77" w:rsidRDefault="00E94C95" w:rsidP="00E94C95">
      <w:pPr>
        <w:pStyle w:val="Listaszerbekezds"/>
        <w:numPr>
          <w:ilvl w:val="0"/>
          <w:numId w:val="34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OKM – kiemelten a matematikai kompetencia és a szövegértés fejlesztése.</w:t>
      </w:r>
    </w:p>
    <w:p w:rsidR="00E94C95" w:rsidRPr="00732B77" w:rsidRDefault="00E94C95" w:rsidP="00E94C95">
      <w:pPr>
        <w:pStyle w:val="Listaszerbekezds"/>
        <w:numPr>
          <w:ilvl w:val="0"/>
          <w:numId w:val="34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Munkáltatás.</w:t>
      </w:r>
    </w:p>
    <w:p w:rsidR="00E94C95" w:rsidRPr="00732B77" w:rsidRDefault="00E94C95" w:rsidP="00E94C95">
      <w:pPr>
        <w:pStyle w:val="Listaszerbekezds"/>
        <w:numPr>
          <w:ilvl w:val="0"/>
          <w:numId w:val="34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Az SNI-s és BTMN-es tanulók kedvezményeinek, felmentéseinek megfelelő feladatszabás, számonkérés - fejlesztő tevékenység.</w:t>
      </w:r>
    </w:p>
    <w:p w:rsidR="00E94C95" w:rsidRPr="00732B77" w:rsidRDefault="00E94C95" w:rsidP="00E94C95">
      <w:pPr>
        <w:rPr>
          <w:rFonts w:ascii="Times New Roman" w:hAnsi="Times New Roman" w:cs="Times New Roman"/>
          <w:i/>
          <w:sz w:val="24"/>
          <w:szCs w:val="24"/>
          <w:u w:val="single"/>
          <w:lang w:val="hu-HU"/>
        </w:rPr>
      </w:pPr>
      <w:r w:rsidRPr="00732B77">
        <w:rPr>
          <w:rFonts w:ascii="Times New Roman" w:hAnsi="Times New Roman" w:cs="Times New Roman"/>
          <w:i/>
          <w:sz w:val="24"/>
          <w:szCs w:val="24"/>
          <w:u w:val="single"/>
          <w:lang w:val="hu-HU"/>
        </w:rPr>
        <w:t>A nevelés területén általánosan:</w:t>
      </w:r>
    </w:p>
    <w:p w:rsidR="00E94C95" w:rsidRPr="00732B77" w:rsidRDefault="00E94C95" w:rsidP="00E94C95">
      <w:pPr>
        <w:pStyle w:val="Listaszerbekezds"/>
        <w:numPr>
          <w:ilvl w:val="0"/>
          <w:numId w:val="35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Személyes törődés diákjainkkal.</w:t>
      </w:r>
    </w:p>
    <w:p w:rsidR="00E94C95" w:rsidRPr="00732B77" w:rsidRDefault="00E94C95" w:rsidP="00E94C95">
      <w:pPr>
        <w:pStyle w:val="Listaszerbekezds"/>
        <w:numPr>
          <w:ilvl w:val="0"/>
          <w:numId w:val="35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Személyes példamutatás.</w:t>
      </w:r>
    </w:p>
    <w:p w:rsidR="00E94C95" w:rsidRPr="00732B77" w:rsidRDefault="00E94C95" w:rsidP="00E94C95">
      <w:pPr>
        <w:pStyle w:val="Listaszerbekezds"/>
        <w:numPr>
          <w:ilvl w:val="0"/>
          <w:numId w:val="35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Kapcsolattartás a szülőkkel.</w:t>
      </w:r>
    </w:p>
    <w:p w:rsidR="00E94C95" w:rsidRPr="00732B77" w:rsidRDefault="00E94C95" w:rsidP="00E94C95">
      <w:pPr>
        <w:pStyle w:val="Listaszerbekezds"/>
        <w:numPr>
          <w:ilvl w:val="0"/>
          <w:numId w:val="35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Szakemberekkel (mentálhigiénés, szociális, bűnmegelőzési) való együttműködés.</w:t>
      </w:r>
    </w:p>
    <w:p w:rsidR="00E94C95" w:rsidRPr="00732B77" w:rsidRDefault="00E94C95" w:rsidP="00E94C95">
      <w:pPr>
        <w:pStyle w:val="Listaszerbekezds"/>
        <w:numPr>
          <w:ilvl w:val="0"/>
          <w:numId w:val="35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A dicséret, elismerés és büntetés (nem csak adminisztratív!) helyes aránya és alkalmazása – a fegyelmi eljárások megelőzése.</w:t>
      </w:r>
    </w:p>
    <w:p w:rsidR="00E94C95" w:rsidRPr="00732B77" w:rsidRDefault="00E94C95" w:rsidP="00E94C95">
      <w:pPr>
        <w:pStyle w:val="Listaszerbekezds"/>
        <w:numPr>
          <w:ilvl w:val="0"/>
          <w:numId w:val="35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Az agresszió hatékony, erőszakmentes kezelése.</w:t>
      </w:r>
    </w:p>
    <w:p w:rsidR="00E94C95" w:rsidRPr="00732B77" w:rsidRDefault="00E94C95" w:rsidP="00E94C95">
      <w:pPr>
        <w:pStyle w:val="Listaszerbekezds"/>
        <w:numPr>
          <w:ilvl w:val="0"/>
          <w:numId w:val="35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Az igazolatlan hiányzások időbeni jelzése (kiértesítések) az érintettek felé a jogszabálynak megfelelően.</w:t>
      </w:r>
    </w:p>
    <w:p w:rsidR="00E94C95" w:rsidRPr="00732B77" w:rsidRDefault="00E94C95" w:rsidP="00E94C95">
      <w:pPr>
        <w:pStyle w:val="Listaszerbekezds"/>
        <w:numPr>
          <w:ilvl w:val="0"/>
          <w:numId w:val="35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Diákprogramok támogatása.</w:t>
      </w:r>
    </w:p>
    <w:p w:rsidR="00E94C95" w:rsidRPr="00732B77" w:rsidRDefault="00E94C95" w:rsidP="00E94C95">
      <w:pPr>
        <w:pStyle w:val="Listaszerbekezds"/>
        <w:numPr>
          <w:ilvl w:val="0"/>
          <w:numId w:val="35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Az osztályfőnöki tanmenetek témáinak feldolgozása.</w:t>
      </w:r>
    </w:p>
    <w:p w:rsidR="00E94C95" w:rsidRPr="00732B77" w:rsidRDefault="00E94C95" w:rsidP="00E94C95">
      <w:pPr>
        <w:pStyle w:val="Listaszerbekezds"/>
        <w:numPr>
          <w:ilvl w:val="0"/>
          <w:numId w:val="35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Az iskola környezetének rendben tartása.</w:t>
      </w:r>
    </w:p>
    <w:p w:rsidR="00E94C95" w:rsidRPr="00732B77" w:rsidRDefault="00E94C95" w:rsidP="00E94C95">
      <w:pPr>
        <w:pStyle w:val="Listaszerbekezds"/>
        <w:numPr>
          <w:ilvl w:val="0"/>
          <w:numId w:val="35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Egészségnevelés (ezen belül a dohányzó tanulók számának csökkentése).</w:t>
      </w:r>
    </w:p>
    <w:p w:rsidR="00E94C95" w:rsidRPr="00732B77" w:rsidRDefault="00E94C95" w:rsidP="00E94C95">
      <w:pPr>
        <w:pStyle w:val="Listaszerbekezds"/>
        <w:numPr>
          <w:ilvl w:val="0"/>
          <w:numId w:val="35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Az iskolai közösségi szolgálat megszervezése, működtetése és értékelése (az érintett</w:t>
      </w:r>
    </w:p>
    <w:p w:rsidR="00E94C95" w:rsidRPr="00732B77" w:rsidRDefault="00E94C95" w:rsidP="00E94C95">
      <w:pPr>
        <w:pStyle w:val="Listaszerbekezds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osztályokban)</w:t>
      </w:r>
    </w:p>
    <w:p w:rsidR="00E94C95" w:rsidRPr="00732B77" w:rsidRDefault="00E94C95" w:rsidP="00E94C95">
      <w:pPr>
        <w:rPr>
          <w:rFonts w:ascii="Times New Roman" w:hAnsi="Times New Roman" w:cs="Times New Roman"/>
          <w:i/>
          <w:sz w:val="24"/>
          <w:szCs w:val="24"/>
          <w:u w:val="single"/>
          <w:lang w:val="hu-HU"/>
        </w:rPr>
      </w:pPr>
      <w:r w:rsidRPr="00732B77">
        <w:rPr>
          <w:rFonts w:ascii="Times New Roman" w:hAnsi="Times New Roman" w:cs="Times New Roman"/>
          <w:i/>
          <w:sz w:val="24"/>
          <w:szCs w:val="24"/>
          <w:u w:val="single"/>
          <w:lang w:val="hu-HU"/>
        </w:rPr>
        <w:t>Fejlesztési feladatok:</w:t>
      </w:r>
    </w:p>
    <w:p w:rsidR="00E94C95" w:rsidRPr="00732B77" w:rsidRDefault="00E94C95" w:rsidP="00E94C95">
      <w:pPr>
        <w:pStyle w:val="Listaszerbekezds"/>
        <w:numPr>
          <w:ilvl w:val="0"/>
          <w:numId w:val="36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A tanulók alapkompetenciáinak – kiemelten szövegértés, matematika – fejlesztése.</w:t>
      </w:r>
    </w:p>
    <w:p w:rsidR="00E94C95" w:rsidRPr="00732B77" w:rsidRDefault="00E94C95" w:rsidP="00E94C95">
      <w:pPr>
        <w:pStyle w:val="Listaszerbekezds"/>
        <w:numPr>
          <w:ilvl w:val="0"/>
          <w:numId w:val="36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A digitális kultúra fejlesztése. (oktatók, diákok)</w:t>
      </w:r>
    </w:p>
    <w:p w:rsidR="00E94C95" w:rsidRPr="00732B77" w:rsidRDefault="00E94C95" w:rsidP="00E94C95">
      <w:pPr>
        <w:rPr>
          <w:rFonts w:ascii="Times New Roman" w:hAnsi="Times New Roman" w:cs="Times New Roman"/>
          <w:b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b/>
          <w:sz w:val="24"/>
          <w:szCs w:val="24"/>
          <w:lang w:val="hu-HU"/>
        </w:rPr>
        <w:t>Tervezett továbbképzések:</w:t>
      </w:r>
    </w:p>
    <w:p w:rsidR="00E94C95" w:rsidRPr="00732B77" w:rsidRDefault="00E94C95" w:rsidP="00E94C95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732B77">
        <w:rPr>
          <w:rFonts w:ascii="Times New Roman" w:hAnsi="Times New Roman" w:cs="Times New Roman"/>
          <w:sz w:val="24"/>
          <w:szCs w:val="24"/>
          <w:lang w:val="hu-HU"/>
        </w:rPr>
        <w:t>A munkaterv elfogadásakor a tanévre vonatkozóan – előzetesen – az alábbi továbbképzéseket terveztük: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3119"/>
        <w:gridCol w:w="709"/>
      </w:tblGrid>
      <w:tr w:rsidR="00E94C95" w:rsidRPr="00732B77" w:rsidTr="00A30990">
        <w:tc>
          <w:tcPr>
            <w:tcW w:w="453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oktató neve</w:t>
            </w:r>
          </w:p>
        </w:tc>
        <w:tc>
          <w:tcPr>
            <w:tcW w:w="311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bookmarkStart w:id="53" w:name="_Hlk83629470"/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Továbbképzés elnevezése</w:t>
            </w:r>
          </w:p>
        </w:tc>
        <w:tc>
          <w:tcPr>
            <w:tcW w:w="70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Óra</w:t>
            </w:r>
          </w:p>
        </w:tc>
      </w:tr>
      <w:tr w:rsidR="00E94C95" w:rsidRPr="00732B77" w:rsidTr="00A30990">
        <w:tc>
          <w:tcPr>
            <w:tcW w:w="453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Major Ágota</w:t>
            </w:r>
          </w:p>
        </w:tc>
        <w:tc>
          <w:tcPr>
            <w:tcW w:w="311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0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E94C95" w:rsidRPr="00732B77" w:rsidTr="00A30990">
        <w:tc>
          <w:tcPr>
            <w:tcW w:w="453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Büki Beatrix</w:t>
            </w:r>
          </w:p>
        </w:tc>
        <w:tc>
          <w:tcPr>
            <w:tcW w:w="311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Aktív iskola </w:t>
            </w:r>
            <w:proofErr w:type="spellStart"/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webinárium</w:t>
            </w:r>
            <w:proofErr w:type="spellEnd"/>
          </w:p>
        </w:tc>
        <w:tc>
          <w:tcPr>
            <w:tcW w:w="70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E94C95" w:rsidRPr="00732B77" w:rsidTr="00A30990">
        <w:trPr>
          <w:trHeight w:val="348"/>
        </w:trPr>
        <w:tc>
          <w:tcPr>
            <w:tcW w:w="453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Dohi Veronika </w:t>
            </w:r>
          </w:p>
        </w:tc>
        <w:tc>
          <w:tcPr>
            <w:tcW w:w="311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Digitális technikák nyelvórán</w:t>
            </w:r>
          </w:p>
        </w:tc>
        <w:tc>
          <w:tcPr>
            <w:tcW w:w="70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30</w:t>
            </w:r>
          </w:p>
        </w:tc>
      </w:tr>
      <w:tr w:rsidR="00E94C95" w:rsidRPr="00732B77" w:rsidTr="00A30990">
        <w:tc>
          <w:tcPr>
            <w:tcW w:w="453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Gyöngyössy</w:t>
            </w:r>
            <w:proofErr w:type="spellEnd"/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Péterné Kemény Márta Katalin</w:t>
            </w:r>
          </w:p>
        </w:tc>
        <w:tc>
          <w:tcPr>
            <w:tcW w:w="311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0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E94C95" w:rsidRPr="00732B77" w:rsidTr="00A30990">
        <w:trPr>
          <w:trHeight w:val="262"/>
        </w:trPr>
        <w:tc>
          <w:tcPr>
            <w:tcW w:w="453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Horváth Norbert</w:t>
            </w:r>
          </w:p>
        </w:tc>
        <w:tc>
          <w:tcPr>
            <w:tcW w:w="311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0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E94C95" w:rsidRPr="00732B77" w:rsidTr="00A30990">
        <w:tc>
          <w:tcPr>
            <w:tcW w:w="453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Kalmár Szilárd</w:t>
            </w:r>
          </w:p>
        </w:tc>
        <w:tc>
          <w:tcPr>
            <w:tcW w:w="311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Aktív iskola </w:t>
            </w:r>
            <w:proofErr w:type="spellStart"/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webinárium</w:t>
            </w:r>
            <w:proofErr w:type="spellEnd"/>
          </w:p>
        </w:tc>
        <w:tc>
          <w:tcPr>
            <w:tcW w:w="70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E94C95" w:rsidRPr="00732B77" w:rsidTr="00A30990">
        <w:tc>
          <w:tcPr>
            <w:tcW w:w="453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Katzler</w:t>
            </w:r>
            <w:proofErr w:type="spellEnd"/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Ábel Áron</w:t>
            </w:r>
          </w:p>
        </w:tc>
        <w:tc>
          <w:tcPr>
            <w:tcW w:w="311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Aktív iskola </w:t>
            </w:r>
            <w:proofErr w:type="spellStart"/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webinárium</w:t>
            </w:r>
            <w:proofErr w:type="spellEnd"/>
          </w:p>
        </w:tc>
        <w:tc>
          <w:tcPr>
            <w:tcW w:w="70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E94C95" w:rsidRPr="00732B77" w:rsidTr="00A30990">
        <w:tc>
          <w:tcPr>
            <w:tcW w:w="453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Simon Bence János</w:t>
            </w:r>
          </w:p>
        </w:tc>
        <w:tc>
          <w:tcPr>
            <w:tcW w:w="311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Aktív iskola </w:t>
            </w:r>
            <w:proofErr w:type="spellStart"/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webinárium</w:t>
            </w:r>
            <w:proofErr w:type="spellEnd"/>
          </w:p>
        </w:tc>
        <w:tc>
          <w:tcPr>
            <w:tcW w:w="70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E94C95" w:rsidRPr="00732B77" w:rsidTr="00A30990">
        <w:tc>
          <w:tcPr>
            <w:tcW w:w="453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Wagner Veronika</w:t>
            </w:r>
          </w:p>
        </w:tc>
        <w:tc>
          <w:tcPr>
            <w:tcW w:w="311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Aktív iskola </w:t>
            </w:r>
            <w:proofErr w:type="spellStart"/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webinárium</w:t>
            </w:r>
            <w:proofErr w:type="spellEnd"/>
          </w:p>
        </w:tc>
        <w:tc>
          <w:tcPr>
            <w:tcW w:w="70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E94C95" w:rsidRPr="00732B77" w:rsidTr="00A30990">
        <w:tc>
          <w:tcPr>
            <w:tcW w:w="453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Wágner Dominika</w:t>
            </w:r>
          </w:p>
        </w:tc>
        <w:tc>
          <w:tcPr>
            <w:tcW w:w="311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Aktív iskola </w:t>
            </w:r>
            <w:proofErr w:type="spellStart"/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webinárium</w:t>
            </w:r>
            <w:proofErr w:type="spellEnd"/>
          </w:p>
        </w:tc>
        <w:tc>
          <w:tcPr>
            <w:tcW w:w="70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E94C95" w:rsidRPr="00732B77" w:rsidTr="00A30990">
        <w:tc>
          <w:tcPr>
            <w:tcW w:w="453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Gaál Flóra </w:t>
            </w:r>
          </w:p>
        </w:tc>
        <w:tc>
          <w:tcPr>
            <w:tcW w:w="311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Aktív iskola </w:t>
            </w:r>
            <w:proofErr w:type="spellStart"/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webinárium</w:t>
            </w:r>
            <w:proofErr w:type="spellEnd"/>
          </w:p>
        </w:tc>
        <w:tc>
          <w:tcPr>
            <w:tcW w:w="70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E94C95" w:rsidRPr="00732B77" w:rsidTr="00A30990">
        <w:tc>
          <w:tcPr>
            <w:tcW w:w="453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lastRenderedPageBreak/>
              <w:t xml:space="preserve">Szegedi Noémi </w:t>
            </w:r>
          </w:p>
        </w:tc>
        <w:tc>
          <w:tcPr>
            <w:tcW w:w="311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0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E94C95" w:rsidRPr="00732B77" w:rsidTr="00A30990">
        <w:tc>
          <w:tcPr>
            <w:tcW w:w="453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Serman Péter</w:t>
            </w:r>
          </w:p>
        </w:tc>
        <w:tc>
          <w:tcPr>
            <w:tcW w:w="3119" w:type="dxa"/>
          </w:tcPr>
          <w:p w:rsidR="00E94C95" w:rsidRPr="00732B77" w:rsidRDefault="00E94C95" w:rsidP="00A309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</w:pPr>
          </w:p>
        </w:tc>
        <w:tc>
          <w:tcPr>
            <w:tcW w:w="70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E94C95" w:rsidRPr="00732B77" w:rsidTr="00A30990">
        <w:tc>
          <w:tcPr>
            <w:tcW w:w="453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Dala-Nagy Henrietta</w:t>
            </w:r>
          </w:p>
        </w:tc>
        <w:tc>
          <w:tcPr>
            <w:tcW w:w="311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0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E94C95" w:rsidRPr="00732B77" w:rsidTr="00A30990">
        <w:tc>
          <w:tcPr>
            <w:tcW w:w="453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Pesti Ildikó</w:t>
            </w:r>
          </w:p>
        </w:tc>
        <w:tc>
          <w:tcPr>
            <w:tcW w:w="311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0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bookmarkEnd w:id="53"/>
    </w:tbl>
    <w:p w:rsidR="00E94C95" w:rsidRPr="00732B77" w:rsidRDefault="00E94C95" w:rsidP="00E94C95">
      <w:pPr>
        <w:rPr>
          <w:rFonts w:ascii="Times New Roman" w:hAnsi="Times New Roman" w:cs="Times New Roman"/>
          <w:sz w:val="24"/>
          <w:szCs w:val="24"/>
          <w:lang w:val="hu-HU"/>
        </w:rPr>
      </w:pP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4820"/>
        <w:gridCol w:w="1979"/>
      </w:tblGrid>
      <w:tr w:rsidR="00E94C95" w:rsidRPr="00732B77" w:rsidTr="00A30990">
        <w:tc>
          <w:tcPr>
            <w:tcW w:w="226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Oktató</w:t>
            </w:r>
          </w:p>
        </w:tc>
        <w:tc>
          <w:tcPr>
            <w:tcW w:w="4820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Versenyek tervezés alatt</w:t>
            </w:r>
          </w:p>
        </w:tc>
        <w:tc>
          <w:tcPr>
            <w:tcW w:w="197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Évfolyam</w:t>
            </w:r>
          </w:p>
        </w:tc>
      </w:tr>
      <w:tr w:rsidR="00E94C95" w:rsidRPr="00732B77" w:rsidTr="00A30990">
        <w:tc>
          <w:tcPr>
            <w:tcW w:w="226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Horváth Norbert, Serman Péter</w:t>
            </w:r>
          </w:p>
        </w:tc>
        <w:tc>
          <w:tcPr>
            <w:tcW w:w="4820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Szerethető matematika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</w:p>
        </w:tc>
        <w:tc>
          <w:tcPr>
            <w:tcW w:w="197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9-12. évfolyam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</w:p>
        </w:tc>
      </w:tr>
      <w:tr w:rsidR="00E94C95" w:rsidRPr="00732B77" w:rsidTr="00A30990">
        <w:tc>
          <w:tcPr>
            <w:tcW w:w="226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Kemény Kata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Gaál Flóra</w:t>
            </w:r>
          </w:p>
        </w:tc>
        <w:tc>
          <w:tcPr>
            <w:tcW w:w="4820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proofErr w:type="spellStart"/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Implom</w:t>
            </w:r>
            <w:proofErr w:type="spellEnd"/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 xml:space="preserve"> József helyesírási verseny 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Kazinczy-szépkiejtési verseny</w:t>
            </w:r>
          </w:p>
        </w:tc>
        <w:tc>
          <w:tcPr>
            <w:tcW w:w="197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 xml:space="preserve">9-12. évfolyam </w:t>
            </w:r>
          </w:p>
        </w:tc>
      </w:tr>
      <w:tr w:rsidR="00E94C95" w:rsidRPr="00732B77" w:rsidTr="00A30990">
        <w:tc>
          <w:tcPr>
            <w:tcW w:w="226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 xml:space="preserve">Dohi Veronika, 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Szegedi Noémi, Wagner Veronika, Dala-Nagy Henrietta</w:t>
            </w:r>
          </w:p>
        </w:tc>
        <w:tc>
          <w:tcPr>
            <w:tcW w:w="4820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 xml:space="preserve">Nyelvi versenyek </w:t>
            </w:r>
          </w:p>
          <w:p w:rsidR="00E94C95" w:rsidRPr="00732B77" w:rsidRDefault="00E94C95" w:rsidP="00E94C95">
            <w:pPr>
              <w:pStyle w:val="Listaszerbekezds"/>
              <w:numPr>
                <w:ilvl w:val="0"/>
                <w:numId w:val="38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zalaegerszegi POK (</w:t>
            </w:r>
            <w:proofErr w:type="spellStart"/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Veroni</w:t>
            </w:r>
            <w:proofErr w:type="spellEnd"/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)</w:t>
            </w:r>
          </w:p>
          <w:p w:rsidR="00E94C95" w:rsidRPr="00732B77" w:rsidRDefault="00E94C95" w:rsidP="00E94C95">
            <w:pPr>
              <w:pStyle w:val="Listaszerbekezds"/>
              <w:numPr>
                <w:ilvl w:val="0"/>
                <w:numId w:val="37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vármegyei német nyelvi verseny (Heni)</w:t>
            </w:r>
          </w:p>
        </w:tc>
        <w:tc>
          <w:tcPr>
            <w:tcW w:w="197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 xml:space="preserve">9-12. évfolyam </w:t>
            </w:r>
          </w:p>
        </w:tc>
      </w:tr>
      <w:tr w:rsidR="00E94C95" w:rsidRPr="00732B77" w:rsidTr="00A30990">
        <w:tc>
          <w:tcPr>
            <w:tcW w:w="226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 xml:space="preserve">Simon Bence, </w:t>
            </w:r>
            <w:proofErr w:type="spellStart"/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Katzler</w:t>
            </w:r>
            <w:proofErr w:type="spellEnd"/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 xml:space="preserve"> Ábel Áron</w:t>
            </w:r>
          </w:p>
        </w:tc>
        <w:tc>
          <w:tcPr>
            <w:tcW w:w="4820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Diákolimpia, Európai Diáksportnap, tanév közben kapcsolódunk a meghirdetett aktuális sportversenyekhez</w:t>
            </w:r>
          </w:p>
        </w:tc>
        <w:tc>
          <w:tcPr>
            <w:tcW w:w="197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9-13. évfolyam</w:t>
            </w:r>
          </w:p>
        </w:tc>
      </w:tr>
      <w:tr w:rsidR="00E94C95" w:rsidRPr="00732B77" w:rsidTr="00A30990">
        <w:tc>
          <w:tcPr>
            <w:tcW w:w="226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Büki Beatrix</w:t>
            </w:r>
          </w:p>
        </w:tc>
        <w:tc>
          <w:tcPr>
            <w:tcW w:w="4820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proofErr w:type="spellStart"/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Kiberbiztonsági</w:t>
            </w:r>
            <w:proofErr w:type="spellEnd"/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 xml:space="preserve"> </w:t>
            </w:r>
            <w:proofErr w:type="spellStart"/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Játs</w:t>
            </w:r>
            <w:proofErr w:type="spellEnd"/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(s)</w:t>
            </w:r>
            <w:proofErr w:type="spellStart"/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zma</w:t>
            </w:r>
            <w:proofErr w:type="spellEnd"/>
            <w:r w:rsidRPr="00732B77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 xml:space="preserve"> </w:t>
            </w:r>
          </w:p>
        </w:tc>
        <w:tc>
          <w:tcPr>
            <w:tcW w:w="1979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</w:p>
        </w:tc>
      </w:tr>
    </w:tbl>
    <w:p w:rsidR="00E94C95" w:rsidRPr="00732B77" w:rsidRDefault="00E94C95" w:rsidP="00E94C95">
      <w:pPr>
        <w:rPr>
          <w:rFonts w:ascii="Times New Roman" w:eastAsia="Calibri" w:hAnsi="Times New Roman" w:cs="Times New Roman"/>
          <w:sz w:val="24"/>
          <w:szCs w:val="24"/>
          <w:lang w:val="hu-HU"/>
        </w:rPr>
      </w:pPr>
    </w:p>
    <w:tbl>
      <w:tblPr>
        <w:tblStyle w:val="Rcsostblzat2"/>
        <w:tblW w:w="0" w:type="auto"/>
        <w:jc w:val="center"/>
        <w:tblLook w:val="04A0" w:firstRow="1" w:lastRow="0" w:firstColumn="1" w:lastColumn="0" w:noHBand="0" w:noVBand="1"/>
      </w:tblPr>
      <w:tblGrid>
        <w:gridCol w:w="4316"/>
        <w:gridCol w:w="2180"/>
        <w:gridCol w:w="2523"/>
      </w:tblGrid>
      <w:tr w:rsidR="00E94C95" w:rsidRPr="00732B77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b/>
                <w:sz w:val="24"/>
                <w:szCs w:val="24"/>
              </w:rPr>
              <w:t>Feladat</w:t>
            </w: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b/>
                <w:sz w:val="24"/>
                <w:szCs w:val="24"/>
              </w:rPr>
              <w:t>Határidő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b/>
                <w:sz w:val="24"/>
                <w:szCs w:val="24"/>
              </w:rPr>
              <w:t>Felelős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4C95" w:rsidRPr="00732B77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bCs/>
                <w:sz w:val="24"/>
                <w:szCs w:val="24"/>
              </w:rPr>
              <w:t>Javító és osztályozó vizsga</w:t>
            </w: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bCs/>
                <w:sz w:val="24"/>
                <w:szCs w:val="24"/>
              </w:rPr>
              <w:t>2026. augusztus 25-26.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bCs/>
                <w:sz w:val="24"/>
                <w:szCs w:val="24"/>
              </w:rPr>
              <w:t>Szaktanárok</w:t>
            </w:r>
          </w:p>
        </w:tc>
      </w:tr>
      <w:tr w:rsidR="00E94C95" w:rsidRPr="00732B77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A munkaközösség megalakulása, a munkaközösség vezető megválasztása</w:t>
            </w: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2026. augusztus 28.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Munkaközösség vezető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Munkaközöség</w:t>
            </w:r>
          </w:p>
        </w:tc>
      </w:tr>
      <w:tr w:rsidR="00E94C95" w:rsidRPr="00D1002A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Gólyanap</w:t>
            </w:r>
            <w:proofErr w:type="spellEnd"/>
            <w:r w:rsidRPr="00732B77">
              <w:rPr>
                <w:rFonts w:ascii="Times New Roman" w:hAnsi="Times New Roman" w:cs="Times New Roman"/>
                <w:sz w:val="24"/>
                <w:szCs w:val="24"/>
              </w:rPr>
              <w:t xml:space="preserve"> szervezése</w:t>
            </w: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2026. augusztus 31.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Munkaközösség vezető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9. osztályfőnökök és osztályfőnök helyettesek</w:t>
            </w:r>
          </w:p>
        </w:tc>
      </w:tr>
      <w:tr w:rsidR="00E94C95" w:rsidRPr="00732B77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Első tanítási nap</w:t>
            </w: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2026. szeptember 1.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Osztályfőnökök</w:t>
            </w:r>
          </w:p>
        </w:tc>
      </w:tr>
      <w:tr w:rsidR="00E94C95" w:rsidRPr="00732B77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Tanévnyitó ünnepség</w:t>
            </w: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2026. szeptember 2.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Osztályfőnökök</w:t>
            </w:r>
          </w:p>
        </w:tc>
      </w:tr>
      <w:tr w:rsidR="00E94C95" w:rsidRPr="00732B77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Munkaközösségi munkatervek elkészítése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2026. szeptember 4.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Munkaközösség vezetők</w:t>
            </w:r>
          </w:p>
        </w:tc>
      </w:tr>
      <w:tr w:rsidR="00E94C95" w:rsidRPr="00732B77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Éves munkaterv oktatói elfogadtatása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2026. szeptember 10.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iskolavezetés, </w:t>
            </w:r>
            <w:proofErr w:type="spellStart"/>
            <w:r w:rsidRPr="00732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ofői</w:t>
            </w:r>
            <w:proofErr w:type="spellEnd"/>
            <w:r w:rsidRPr="00732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mk. </w:t>
            </w:r>
            <w:proofErr w:type="spellStart"/>
            <w:r w:rsidRPr="00732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vez</w:t>
            </w:r>
            <w:proofErr w:type="spellEnd"/>
            <w:r w:rsidRPr="00732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4C95" w:rsidRPr="00732B77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Aktív közlekedés hete</w:t>
            </w: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2026. szeptember 21-25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Aktív iskola</w:t>
            </w:r>
          </w:p>
        </w:tc>
      </w:tr>
      <w:tr w:rsidR="00E94C95" w:rsidRPr="00732B77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bCs/>
                <w:sz w:val="24"/>
                <w:szCs w:val="24"/>
              </w:rPr>
              <w:t>Szülői értekezlet technikumi osztályoknak: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bCs/>
                <w:sz w:val="24"/>
                <w:szCs w:val="24"/>
              </w:rPr>
              <w:t>9. évfolyamon: 16.00 óra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bCs/>
                <w:sz w:val="24"/>
                <w:szCs w:val="24"/>
              </w:rPr>
              <w:t>felsőbb évfolyamoknak: 16:30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2026. szeptember 24.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osztályfőnökök</w:t>
            </w:r>
          </w:p>
        </w:tc>
      </w:tr>
      <w:tr w:rsidR="00E94C95" w:rsidRPr="00732B77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Fogadóóra: 15:00 óra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bCs/>
                <w:sz w:val="24"/>
                <w:szCs w:val="24"/>
              </w:rPr>
              <w:t>Az év további részére: egyéni fogadóórák kijelölése</w:t>
            </w: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2026. szeptember 24.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osztályfőnökök, szaktanárok</w:t>
            </w:r>
          </w:p>
        </w:tc>
      </w:tr>
      <w:tr w:rsidR="00E94C95" w:rsidRPr="00732B77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Tanmenetek, foglalkozási tervek készítése, feltöltése</w:t>
            </w: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2026. szeptember 30.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Oktatók –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Munkaközösség vezetők –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Iskolavezetés</w:t>
            </w:r>
          </w:p>
        </w:tc>
      </w:tr>
      <w:tr w:rsidR="00E94C95" w:rsidRPr="00732B77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Nyelvi témahét</w:t>
            </w: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2026. október 12-16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idegen nyelv szaktanárok</w:t>
            </w:r>
          </w:p>
        </w:tc>
      </w:tr>
      <w:tr w:rsidR="00E94C95" w:rsidRPr="00D1002A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 xml:space="preserve"> Gólyaavató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14:00 óra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Sportcsarnok</w:t>
            </w: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2026. október 21.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10. évfolyamos osztályfőnökök, DÖK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9. évfolyamos osztályfőnökök</w:t>
            </w:r>
          </w:p>
        </w:tc>
      </w:tr>
      <w:tr w:rsidR="00E94C95" w:rsidRPr="00732B77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732B7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Ginop</w:t>
            </w:r>
            <w:proofErr w:type="spellEnd"/>
            <w:r w:rsidRPr="00732B7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bemeneti mérés</w:t>
            </w: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2026. szeptember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Osztályfőnökök</w:t>
            </w:r>
          </w:p>
        </w:tc>
      </w:tr>
      <w:tr w:rsidR="00E94C95" w:rsidRPr="00732B77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ESSD</w:t>
            </w:r>
            <w:r w:rsidRPr="00732B7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Sportnap    </w:t>
            </w: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2026. szeptember 25.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szaktanárok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osztályfőnökök</w:t>
            </w:r>
          </w:p>
        </w:tc>
      </w:tr>
      <w:tr w:rsidR="00E94C95" w:rsidRPr="00732B77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Kisérettégi 11. évfolyam (pótlás)</w:t>
            </w: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2026. szeptember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Kalmár Szilárd</w:t>
            </w:r>
          </w:p>
        </w:tc>
      </w:tr>
      <w:tr w:rsidR="00E94C95" w:rsidRPr="00732B77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Október 23-i ünnepség</w:t>
            </w: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2025. október 22.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Kemény Katalin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osztályfőnökök</w:t>
            </w:r>
          </w:p>
        </w:tc>
      </w:tr>
      <w:tr w:rsidR="00E94C95" w:rsidRPr="00D1002A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 xml:space="preserve">Iskolai dokumentumok felülvizsgálata/ kiegészítése/ korrekciója: 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 xml:space="preserve">a. SZMSZ 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b.</w:t>
            </w:r>
            <w:proofErr w:type="spellEnd"/>
            <w:r w:rsidRPr="00732B77">
              <w:rPr>
                <w:rFonts w:ascii="Times New Roman" w:hAnsi="Times New Roman" w:cs="Times New Roman"/>
                <w:sz w:val="24"/>
                <w:szCs w:val="24"/>
              </w:rPr>
              <w:t xml:space="preserve"> Házirend 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Szakmai program: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2B77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 xml:space="preserve"> Nevelési program 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 xml:space="preserve"> Oktatási program 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 xml:space="preserve"> Egészségfejlesztési program 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 xml:space="preserve"> Képzési program</w:t>
            </w: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2026. október 30.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Igazgató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munkaközösség vezetők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Iskolavezetés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Oktatók</w:t>
            </w:r>
          </w:p>
        </w:tc>
      </w:tr>
      <w:tr w:rsidR="00E94C95" w:rsidRPr="00732B77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Egészséges táplálkozás hete</w:t>
            </w: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2026. november 16-20.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Aktív iskola</w:t>
            </w:r>
          </w:p>
        </w:tc>
      </w:tr>
      <w:tr w:rsidR="00E94C95" w:rsidRPr="00732B77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Nyílt nap</w:t>
            </w: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2026. november 26, december 3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4C95" w:rsidRPr="00732B77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 xml:space="preserve">Osztály </w:t>
            </w:r>
            <w:proofErr w:type="spellStart"/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karácsonyozás</w:t>
            </w:r>
            <w:proofErr w:type="spellEnd"/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2026.december 18.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osztályfőnökök</w:t>
            </w:r>
          </w:p>
        </w:tc>
      </w:tr>
      <w:tr w:rsidR="00E94C95" w:rsidRPr="00732B77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Pályaorientációs nap</w:t>
            </w: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2027. január 8.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osztályfőnökök</w:t>
            </w:r>
          </w:p>
        </w:tc>
      </w:tr>
      <w:tr w:rsidR="00E94C95" w:rsidRPr="00732B77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 xml:space="preserve">Sítábor </w:t>
            </w: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 xml:space="preserve">2027. január 11-14. 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szaktanárok</w:t>
            </w:r>
          </w:p>
        </w:tc>
      </w:tr>
      <w:tr w:rsidR="00E94C95" w:rsidRPr="00732B77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Hattyú szárnyán – technikumi versmondó verseny</w:t>
            </w: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2027. január 21.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Magyar szaktanárok</w:t>
            </w:r>
          </w:p>
        </w:tc>
      </w:tr>
      <w:tr w:rsidR="00E94C95" w:rsidRPr="00732B77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Első félév utolsó napja</w:t>
            </w: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2027. január 22.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osztályfőnökök</w:t>
            </w:r>
          </w:p>
        </w:tc>
      </w:tr>
      <w:tr w:rsidR="00E94C95" w:rsidRPr="00732B77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Fejfrissítő hét</w:t>
            </w: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2027. január 22-27.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 xml:space="preserve">Aktív iskola </w:t>
            </w:r>
          </w:p>
        </w:tc>
      </w:tr>
      <w:tr w:rsidR="00E94C95" w:rsidRPr="00732B77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Félévi értesítő kiadása</w:t>
            </w: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2027. január 29.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osztályfőnökök</w:t>
            </w:r>
          </w:p>
        </w:tc>
      </w:tr>
      <w:tr w:rsidR="00E94C95" w:rsidRPr="00732B77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Szalagavató</w:t>
            </w: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2027. január 29.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tantestület</w:t>
            </w:r>
          </w:p>
        </w:tc>
      </w:tr>
      <w:tr w:rsidR="00E94C95" w:rsidRPr="00732B77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A 2027. évi május-júniusi érettségi vizsgák szervezése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és lebonyolítása.</w:t>
            </w:r>
          </w:p>
          <w:p w:rsidR="00E94C95" w:rsidRPr="00732B77" w:rsidRDefault="00E94C95" w:rsidP="00E94C95">
            <w:pPr>
              <w:numPr>
                <w:ilvl w:val="0"/>
                <w:numId w:val="1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jelentkeztetés a vizsgákra</w:t>
            </w:r>
          </w:p>
          <w:p w:rsidR="00E94C95" w:rsidRPr="00732B77" w:rsidRDefault="00E94C95" w:rsidP="00E94C95">
            <w:pPr>
              <w:numPr>
                <w:ilvl w:val="0"/>
                <w:numId w:val="1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írásbeli vizsgák</w:t>
            </w:r>
          </w:p>
          <w:p w:rsidR="00E94C95" w:rsidRPr="00732B77" w:rsidRDefault="00E94C95" w:rsidP="00E94C95">
            <w:pPr>
              <w:numPr>
                <w:ilvl w:val="0"/>
                <w:numId w:val="1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szóbeli vizsgák</w:t>
            </w: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2027. február 15-ig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2027. május 5-9-ig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2027. június 16 – július 2-ig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Igazgató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Nevelési igazgatóhelyettes</w:t>
            </w:r>
          </w:p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osztályfőnök</w:t>
            </w:r>
          </w:p>
        </w:tc>
      </w:tr>
      <w:tr w:rsidR="00E94C95" w:rsidRPr="00732B77" w:rsidTr="00A30990">
        <w:trPr>
          <w:jc w:val="center"/>
        </w:trPr>
        <w:tc>
          <w:tcPr>
            <w:tcW w:w="4351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Próbaérettségi</w:t>
            </w:r>
          </w:p>
        </w:tc>
        <w:tc>
          <w:tcPr>
            <w:tcW w:w="2188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2027. február 8 – 12.</w:t>
            </w:r>
          </w:p>
        </w:tc>
        <w:tc>
          <w:tcPr>
            <w:tcW w:w="2523" w:type="dxa"/>
          </w:tcPr>
          <w:p w:rsidR="00E94C95" w:rsidRPr="00732B77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B77">
              <w:rPr>
                <w:rFonts w:ascii="Times New Roman" w:hAnsi="Times New Roman" w:cs="Times New Roman"/>
                <w:sz w:val="24"/>
                <w:szCs w:val="24"/>
              </w:rPr>
              <w:t>szaktanárok, osztályfőnökök</w:t>
            </w:r>
          </w:p>
        </w:tc>
      </w:tr>
      <w:tr w:rsidR="00E94C95" w:rsidRPr="00E94C95" w:rsidTr="00A30990">
        <w:trPr>
          <w:jc w:val="center"/>
        </w:trPr>
        <w:tc>
          <w:tcPr>
            <w:tcW w:w="4351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 xml:space="preserve">Szülői értekezlet </w:t>
            </w:r>
          </w:p>
        </w:tc>
        <w:tc>
          <w:tcPr>
            <w:tcW w:w="2188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2027. február 4.</w:t>
            </w:r>
          </w:p>
        </w:tc>
        <w:tc>
          <w:tcPr>
            <w:tcW w:w="2523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osztályfőnökök</w:t>
            </w:r>
          </w:p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4C95" w:rsidRPr="00E94C95" w:rsidTr="00A30990">
        <w:trPr>
          <w:jc w:val="center"/>
        </w:trPr>
        <w:tc>
          <w:tcPr>
            <w:tcW w:w="4351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Inkluzív témahét</w:t>
            </w:r>
          </w:p>
        </w:tc>
        <w:tc>
          <w:tcPr>
            <w:tcW w:w="2188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2027. február 22-27.</w:t>
            </w:r>
          </w:p>
        </w:tc>
        <w:tc>
          <w:tcPr>
            <w:tcW w:w="2523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4C95" w:rsidRPr="00E94C95" w:rsidTr="00A30990">
        <w:trPr>
          <w:jc w:val="center"/>
        </w:trPr>
        <w:tc>
          <w:tcPr>
            <w:tcW w:w="4351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Reformkori témahét</w:t>
            </w:r>
          </w:p>
        </w:tc>
        <w:tc>
          <w:tcPr>
            <w:tcW w:w="2188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2027. március 10-17</w:t>
            </w:r>
          </w:p>
        </w:tc>
        <w:tc>
          <w:tcPr>
            <w:tcW w:w="2523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Magyar-történelem szaktanárok</w:t>
            </w:r>
          </w:p>
        </w:tc>
      </w:tr>
      <w:tr w:rsidR="00E94C95" w:rsidRPr="00E94C95" w:rsidTr="00A30990">
        <w:trPr>
          <w:jc w:val="center"/>
        </w:trPr>
        <w:tc>
          <w:tcPr>
            <w:tcW w:w="4351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Végzősök osztályozó vizsgája</w:t>
            </w:r>
          </w:p>
        </w:tc>
        <w:tc>
          <w:tcPr>
            <w:tcW w:w="2188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2027. április 22.</w:t>
            </w:r>
          </w:p>
        </w:tc>
        <w:tc>
          <w:tcPr>
            <w:tcW w:w="2523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szaktanárok, osztályfőnökök</w:t>
            </w:r>
          </w:p>
        </w:tc>
      </w:tr>
      <w:tr w:rsidR="00E94C95" w:rsidRPr="00E94C95" w:rsidTr="00A30990">
        <w:trPr>
          <w:jc w:val="center"/>
        </w:trPr>
        <w:tc>
          <w:tcPr>
            <w:tcW w:w="4351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Végzősök jegylezáró értekezlete</w:t>
            </w:r>
          </w:p>
        </w:tc>
        <w:tc>
          <w:tcPr>
            <w:tcW w:w="2188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2027. április 26.</w:t>
            </w:r>
          </w:p>
        </w:tc>
        <w:tc>
          <w:tcPr>
            <w:tcW w:w="2523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munkaközösség vezető</w:t>
            </w:r>
          </w:p>
        </w:tc>
      </w:tr>
      <w:tr w:rsidR="00E94C95" w:rsidRPr="00E94C95" w:rsidTr="00A30990">
        <w:trPr>
          <w:jc w:val="center"/>
        </w:trPr>
        <w:tc>
          <w:tcPr>
            <w:tcW w:w="4351" w:type="dxa"/>
          </w:tcPr>
          <w:p w:rsidR="00E94C95" w:rsidRPr="00E94C95" w:rsidRDefault="00E94C95" w:rsidP="00A309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Ballagás a 12. évfolyamnak</w:t>
            </w:r>
          </w:p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2027. április 30.</w:t>
            </w:r>
          </w:p>
        </w:tc>
        <w:tc>
          <w:tcPr>
            <w:tcW w:w="2523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oktatói testület</w:t>
            </w:r>
          </w:p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osztályfőnökök</w:t>
            </w:r>
          </w:p>
        </w:tc>
      </w:tr>
      <w:tr w:rsidR="00E94C95" w:rsidRPr="00E94C95" w:rsidTr="00A30990">
        <w:trPr>
          <w:jc w:val="center"/>
        </w:trPr>
        <w:tc>
          <w:tcPr>
            <w:tcW w:w="4351" w:type="dxa"/>
          </w:tcPr>
          <w:p w:rsidR="00E94C95" w:rsidRPr="00E94C95" w:rsidRDefault="00E94C95" w:rsidP="00A309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Kisérettségi 10. évfolyam</w:t>
            </w:r>
          </w:p>
        </w:tc>
        <w:tc>
          <w:tcPr>
            <w:tcW w:w="2188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2027. május</w:t>
            </w:r>
          </w:p>
        </w:tc>
        <w:tc>
          <w:tcPr>
            <w:tcW w:w="2523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4C95" w:rsidRPr="00E94C95" w:rsidTr="00A30990">
        <w:trPr>
          <w:jc w:val="center"/>
        </w:trPr>
        <w:tc>
          <w:tcPr>
            <w:tcW w:w="4351" w:type="dxa"/>
          </w:tcPr>
          <w:p w:rsidR="00E94C95" w:rsidRPr="00E94C95" w:rsidRDefault="00E94C95" w:rsidP="00A309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 xml:space="preserve">Ágazati alapvizsga - sport </w:t>
            </w:r>
          </w:p>
        </w:tc>
        <w:tc>
          <w:tcPr>
            <w:tcW w:w="2188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 xml:space="preserve">2027. június 1-4. </w:t>
            </w:r>
          </w:p>
        </w:tc>
        <w:tc>
          <w:tcPr>
            <w:tcW w:w="2523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4C95" w:rsidRPr="00E94C95" w:rsidTr="00A30990">
        <w:trPr>
          <w:jc w:val="center"/>
        </w:trPr>
        <w:tc>
          <w:tcPr>
            <w:tcW w:w="4351" w:type="dxa"/>
          </w:tcPr>
          <w:p w:rsidR="00E94C95" w:rsidRPr="00E94C95" w:rsidRDefault="00E94C95" w:rsidP="00A309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Osztálykirándulások</w:t>
            </w:r>
          </w:p>
        </w:tc>
        <w:tc>
          <w:tcPr>
            <w:tcW w:w="2188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2027. április 22-23. és június 10-11.</w:t>
            </w:r>
          </w:p>
        </w:tc>
        <w:tc>
          <w:tcPr>
            <w:tcW w:w="2523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4C95" w:rsidRPr="00E94C95" w:rsidTr="00A30990">
        <w:trPr>
          <w:jc w:val="center"/>
        </w:trPr>
        <w:tc>
          <w:tcPr>
            <w:tcW w:w="4351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Utolsó tanítási nap</w:t>
            </w:r>
          </w:p>
        </w:tc>
        <w:tc>
          <w:tcPr>
            <w:tcW w:w="2188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2027. június 15.</w:t>
            </w:r>
          </w:p>
        </w:tc>
        <w:tc>
          <w:tcPr>
            <w:tcW w:w="2523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osztályfőnökök</w:t>
            </w:r>
          </w:p>
        </w:tc>
      </w:tr>
      <w:tr w:rsidR="00E94C95" w:rsidRPr="00E94C95" w:rsidTr="00A30990">
        <w:trPr>
          <w:jc w:val="center"/>
        </w:trPr>
        <w:tc>
          <w:tcPr>
            <w:tcW w:w="4351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Az iskola hagyományos kulturális, szakmai és ünnepélyes programjainak szervezése, lebonyolítása.</w:t>
            </w:r>
          </w:p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 xml:space="preserve">Faliújság </w:t>
            </w:r>
          </w:p>
        </w:tc>
        <w:tc>
          <w:tcPr>
            <w:tcW w:w="2188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A programtervben szereplő időpontok</w:t>
            </w:r>
          </w:p>
        </w:tc>
        <w:tc>
          <w:tcPr>
            <w:tcW w:w="2523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 xml:space="preserve">Iskolavezetés, Osztályfőnökök, Munkaközösség vezetők </w:t>
            </w:r>
          </w:p>
        </w:tc>
      </w:tr>
      <w:tr w:rsidR="00E94C95" w:rsidRPr="00D1002A" w:rsidTr="00A30990">
        <w:trPr>
          <w:jc w:val="center"/>
        </w:trPr>
        <w:tc>
          <w:tcPr>
            <w:tcW w:w="4351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A beiskolázással kapcsolatos feladatok</w:t>
            </w:r>
          </w:p>
        </w:tc>
        <w:tc>
          <w:tcPr>
            <w:tcW w:w="2188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Folyamatosan</w:t>
            </w:r>
          </w:p>
        </w:tc>
        <w:tc>
          <w:tcPr>
            <w:tcW w:w="2523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Iskolavezetés</w:t>
            </w:r>
          </w:p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Büki Beatrix, Tóth Judit</w:t>
            </w:r>
          </w:p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Munkaközösség vezetők</w:t>
            </w:r>
          </w:p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Az oktatói testület minden</w:t>
            </w:r>
          </w:p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tagja</w:t>
            </w:r>
          </w:p>
        </w:tc>
      </w:tr>
      <w:tr w:rsidR="00E94C95" w:rsidRPr="00E94C95" w:rsidTr="00A30990">
        <w:trPr>
          <w:jc w:val="center"/>
        </w:trPr>
        <w:tc>
          <w:tcPr>
            <w:tcW w:w="4351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 xml:space="preserve">Beírási naplók ellenőrzése Október 1-15. között, vagy létszámellenőrzéskor </w:t>
            </w:r>
          </w:p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Az e-napló bejegyzéseinek ellenőrzése (tanórák naplózása, házifeladat adása, értékelések, feljegyzések)</w:t>
            </w:r>
          </w:p>
        </w:tc>
        <w:tc>
          <w:tcPr>
            <w:tcW w:w="2188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Egész tanévben havonta</w:t>
            </w:r>
          </w:p>
        </w:tc>
        <w:tc>
          <w:tcPr>
            <w:tcW w:w="2523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Munkaközösség vezető</w:t>
            </w:r>
          </w:p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 xml:space="preserve">Osztályfőnökök </w:t>
            </w:r>
          </w:p>
        </w:tc>
      </w:tr>
      <w:tr w:rsidR="00E94C95" w:rsidRPr="00E94C95" w:rsidTr="00A30990">
        <w:trPr>
          <w:jc w:val="center"/>
        </w:trPr>
        <w:tc>
          <w:tcPr>
            <w:tcW w:w="4351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 xml:space="preserve">9. évfolyam: kimeneti mérések </w:t>
            </w:r>
          </w:p>
        </w:tc>
        <w:tc>
          <w:tcPr>
            <w:tcW w:w="2188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2027. április - május</w:t>
            </w:r>
          </w:p>
        </w:tc>
        <w:tc>
          <w:tcPr>
            <w:tcW w:w="2523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Kompetenciamérés felelős</w:t>
            </w:r>
          </w:p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10-es osztályfőnökök</w:t>
            </w:r>
          </w:p>
        </w:tc>
      </w:tr>
      <w:tr w:rsidR="00E94C95" w:rsidRPr="00E94C95" w:rsidTr="00A30990">
        <w:trPr>
          <w:jc w:val="center"/>
        </w:trPr>
        <w:tc>
          <w:tcPr>
            <w:tcW w:w="4351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A sajátos nevelés igénylő tanulókhoz kapcsolódó adminisztratív feladatok (határozatok)</w:t>
            </w:r>
          </w:p>
        </w:tc>
        <w:tc>
          <w:tcPr>
            <w:tcW w:w="2188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 xml:space="preserve">Folyamatos </w:t>
            </w:r>
          </w:p>
        </w:tc>
        <w:tc>
          <w:tcPr>
            <w:tcW w:w="2523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Osztályfőnökök</w:t>
            </w:r>
          </w:p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Munkaközösség vezető</w:t>
            </w:r>
          </w:p>
        </w:tc>
      </w:tr>
      <w:tr w:rsidR="00E94C95" w:rsidRPr="00E94C95" w:rsidTr="00A30990">
        <w:trPr>
          <w:jc w:val="center"/>
        </w:trPr>
        <w:tc>
          <w:tcPr>
            <w:tcW w:w="4351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Egyéb „oktatáshoz kapcsolódó” dokumentumok (törzslap, bizonyítvány, javító- osztályozó és különbözeti vizsga jegyzőkönyvek) ellenőrzése</w:t>
            </w:r>
          </w:p>
        </w:tc>
        <w:tc>
          <w:tcPr>
            <w:tcW w:w="2188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Folyamatos</w:t>
            </w:r>
          </w:p>
        </w:tc>
        <w:tc>
          <w:tcPr>
            <w:tcW w:w="2523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Osztályfőnökök</w:t>
            </w:r>
          </w:p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Munkaközösség vezető</w:t>
            </w:r>
          </w:p>
        </w:tc>
      </w:tr>
      <w:tr w:rsidR="00E94C95" w:rsidRPr="00E94C95" w:rsidTr="00A30990">
        <w:trPr>
          <w:jc w:val="center"/>
        </w:trPr>
        <w:tc>
          <w:tcPr>
            <w:tcW w:w="4351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Óralátogatások</w:t>
            </w:r>
          </w:p>
        </w:tc>
        <w:tc>
          <w:tcPr>
            <w:tcW w:w="2188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Folyamatos</w:t>
            </w:r>
          </w:p>
        </w:tc>
        <w:tc>
          <w:tcPr>
            <w:tcW w:w="2523" w:type="dxa"/>
          </w:tcPr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t>Iskolavezetés</w:t>
            </w:r>
          </w:p>
          <w:p w:rsidR="00E94C95" w:rsidRPr="00E94C95" w:rsidRDefault="00E94C95" w:rsidP="00A3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C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Munkaközösségvezetők</w:t>
            </w:r>
          </w:p>
        </w:tc>
      </w:tr>
    </w:tbl>
    <w:p w:rsidR="00E94C95" w:rsidRPr="00E94C95" w:rsidRDefault="00E94C95" w:rsidP="00E94C95">
      <w:pPr>
        <w:rPr>
          <w:rFonts w:ascii="Times New Roman" w:hAnsi="Times New Roman" w:cs="Times New Roman"/>
          <w:b/>
          <w:sz w:val="24"/>
          <w:szCs w:val="24"/>
        </w:rPr>
      </w:pPr>
    </w:p>
    <w:p w:rsidR="00E94C95" w:rsidRPr="00E94C95" w:rsidRDefault="00E94C95" w:rsidP="00E94C95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94C95">
        <w:rPr>
          <w:rFonts w:ascii="Times New Roman" w:hAnsi="Times New Roman" w:cs="Times New Roman"/>
          <w:b/>
          <w:sz w:val="24"/>
          <w:szCs w:val="24"/>
        </w:rPr>
        <w:t>Egyéb</w:t>
      </w:r>
      <w:proofErr w:type="spellEnd"/>
      <w:r w:rsidRPr="00E94C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4C95">
        <w:rPr>
          <w:rFonts w:ascii="Times New Roman" w:hAnsi="Times New Roman" w:cs="Times New Roman"/>
          <w:b/>
          <w:sz w:val="24"/>
          <w:szCs w:val="24"/>
        </w:rPr>
        <w:t>tervezett</w:t>
      </w:r>
      <w:proofErr w:type="spellEnd"/>
      <w:r w:rsidRPr="00E94C95">
        <w:rPr>
          <w:rFonts w:ascii="Times New Roman" w:hAnsi="Times New Roman" w:cs="Times New Roman"/>
          <w:b/>
          <w:sz w:val="24"/>
          <w:szCs w:val="24"/>
        </w:rPr>
        <w:t xml:space="preserve"> program: </w:t>
      </w:r>
    </w:p>
    <w:p w:rsidR="00E94C95" w:rsidRPr="00E94C95" w:rsidRDefault="00E94C95" w:rsidP="00916EB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94C95">
        <w:rPr>
          <w:rFonts w:ascii="Times New Roman" w:hAnsi="Times New Roman" w:cs="Times New Roman"/>
          <w:sz w:val="24"/>
          <w:szCs w:val="24"/>
        </w:rPr>
        <w:t>Színház</w:t>
      </w:r>
      <w:proofErr w:type="spellEnd"/>
      <w:r w:rsidRPr="00E94C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4C95" w:rsidRPr="00E94C95" w:rsidRDefault="00E94C95" w:rsidP="00916EB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94C95">
        <w:rPr>
          <w:rFonts w:ascii="Times New Roman" w:hAnsi="Times New Roman" w:cs="Times New Roman"/>
          <w:sz w:val="24"/>
          <w:szCs w:val="24"/>
        </w:rPr>
        <w:t>Röplabda</w:t>
      </w:r>
      <w:proofErr w:type="spellEnd"/>
      <w:r w:rsidRPr="00E94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4C95">
        <w:rPr>
          <w:rFonts w:ascii="Times New Roman" w:hAnsi="Times New Roman" w:cs="Times New Roman"/>
          <w:sz w:val="24"/>
          <w:szCs w:val="24"/>
        </w:rPr>
        <w:t>házibajnokság</w:t>
      </w:r>
      <w:proofErr w:type="spellEnd"/>
    </w:p>
    <w:p w:rsidR="00E94C95" w:rsidRPr="00E94C95" w:rsidRDefault="00E94C95" w:rsidP="00916EB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94C95">
        <w:rPr>
          <w:rFonts w:ascii="Times New Roman" w:hAnsi="Times New Roman" w:cs="Times New Roman"/>
          <w:sz w:val="24"/>
          <w:szCs w:val="24"/>
        </w:rPr>
        <w:t>Asztalitenisz</w:t>
      </w:r>
      <w:proofErr w:type="spellEnd"/>
      <w:r w:rsidRPr="00E94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4C95">
        <w:rPr>
          <w:rFonts w:ascii="Times New Roman" w:hAnsi="Times New Roman" w:cs="Times New Roman"/>
          <w:sz w:val="24"/>
          <w:szCs w:val="24"/>
        </w:rPr>
        <w:t>házibajnokság</w:t>
      </w:r>
      <w:proofErr w:type="spellEnd"/>
    </w:p>
    <w:p w:rsidR="00E94C95" w:rsidRPr="00E94C95" w:rsidRDefault="00E94C95" w:rsidP="00916EB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94C95">
        <w:rPr>
          <w:rFonts w:ascii="Times New Roman" w:hAnsi="Times New Roman" w:cs="Times New Roman"/>
          <w:sz w:val="24"/>
          <w:szCs w:val="24"/>
        </w:rPr>
        <w:t>Gombfoci</w:t>
      </w:r>
      <w:proofErr w:type="spellEnd"/>
      <w:r w:rsidRPr="00E94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4C95">
        <w:rPr>
          <w:rFonts w:ascii="Times New Roman" w:hAnsi="Times New Roman" w:cs="Times New Roman"/>
          <w:sz w:val="24"/>
          <w:szCs w:val="24"/>
        </w:rPr>
        <w:t>házibajnokság</w:t>
      </w:r>
      <w:proofErr w:type="spellEnd"/>
    </w:p>
    <w:p w:rsidR="00E94C95" w:rsidRPr="00E94C95" w:rsidRDefault="00E94C95" w:rsidP="00E94C95">
      <w:pPr>
        <w:spacing w:after="160" w:line="259" w:lineRule="auto"/>
        <w:jc w:val="both"/>
        <w:rPr>
          <w:rFonts w:ascii="Times New Roman" w:eastAsia="Calibri" w:hAnsi="Times New Roman" w:cs="Times New Roman"/>
          <w:b/>
          <w:color w:val="auto"/>
          <w:sz w:val="24"/>
          <w:szCs w:val="24"/>
          <w:lang w:val="hu-HU"/>
        </w:rPr>
        <w:sectPr w:rsidR="00E94C95" w:rsidRPr="00E94C95" w:rsidSect="00034616">
          <w:pgSz w:w="11909" w:h="16834"/>
          <w:pgMar w:top="1440" w:right="1440" w:bottom="1440" w:left="1440" w:header="720" w:footer="720" w:gutter="0"/>
          <w:cols w:space="720"/>
          <w:docGrid w:linePitch="360"/>
        </w:sectPr>
      </w:pPr>
    </w:p>
    <w:p w:rsidR="002442EC" w:rsidRPr="00916EB4" w:rsidRDefault="002442EC" w:rsidP="002F667C">
      <w:pPr>
        <w:pStyle w:val="Cmsor1"/>
        <w:numPr>
          <w:ilvl w:val="0"/>
          <w:numId w:val="40"/>
        </w:numPr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bookmarkStart w:id="54" w:name="_Toc241234006"/>
      <w:r w:rsidRPr="00916EB4">
        <w:rPr>
          <w:rFonts w:ascii="Times New Roman" w:hAnsi="Times New Roman" w:cs="Times New Roman"/>
          <w:lang w:val="hu-HU"/>
        </w:rPr>
        <w:lastRenderedPageBreak/>
        <w:t>számú melléklet</w:t>
      </w:r>
      <w:bookmarkEnd w:id="54"/>
      <w:r w:rsidRPr="00916EB4">
        <w:rPr>
          <w:rFonts w:ascii="Times New Roman" w:hAnsi="Times New Roman" w:cs="Times New Roman"/>
          <w:lang w:val="hu-HU"/>
        </w:rPr>
        <w:t xml:space="preserve"> </w:t>
      </w:r>
    </w:p>
    <w:p w:rsidR="002442EC" w:rsidRPr="00A761DE" w:rsidRDefault="002442EC" w:rsidP="002442EC">
      <w:pPr>
        <w:keepNext/>
        <w:keepLines/>
        <w:spacing w:before="240" w:after="0" w:line="259" w:lineRule="auto"/>
        <w:jc w:val="center"/>
        <w:outlineLvl w:val="0"/>
        <w:rPr>
          <w:rFonts w:ascii="Times New Roman" w:eastAsia="Times New Roman" w:hAnsi="Times New Roman" w:cs="Times New Roman"/>
          <w:color w:val="2F5496"/>
          <w:sz w:val="24"/>
          <w:szCs w:val="24"/>
          <w:u w:val="single"/>
          <w:lang w:val="hu-HU"/>
        </w:rPr>
      </w:pPr>
      <w:bookmarkStart w:id="55" w:name="_Toc116455732"/>
      <w:bookmarkStart w:id="56" w:name="_Toc241234007"/>
      <w:r w:rsidRPr="00916EB4">
        <w:rPr>
          <w:rStyle w:val="Cmsor1Char"/>
        </w:rPr>
        <w:t xml:space="preserve">A </w:t>
      </w:r>
      <w:proofErr w:type="spellStart"/>
      <w:r w:rsidRPr="00916EB4">
        <w:rPr>
          <w:rStyle w:val="Cmsor1Char"/>
        </w:rPr>
        <w:t>szakmai</w:t>
      </w:r>
      <w:proofErr w:type="spellEnd"/>
      <w:r w:rsidRPr="00916EB4">
        <w:rPr>
          <w:rStyle w:val="Cmsor1Char"/>
        </w:rPr>
        <w:t xml:space="preserve"> </w:t>
      </w:r>
      <w:proofErr w:type="spellStart"/>
      <w:r w:rsidRPr="00916EB4">
        <w:rPr>
          <w:rStyle w:val="Cmsor1Char"/>
        </w:rPr>
        <w:t>munkaközösség</w:t>
      </w:r>
      <w:proofErr w:type="spellEnd"/>
      <w:r w:rsidRPr="00916EB4">
        <w:rPr>
          <w:rStyle w:val="Cmsor1Char"/>
        </w:rPr>
        <w:t xml:space="preserve"> </w:t>
      </w:r>
      <w:proofErr w:type="spellStart"/>
      <w:r w:rsidRPr="00916EB4">
        <w:rPr>
          <w:rStyle w:val="Cmsor1Char"/>
        </w:rPr>
        <w:t>munkaterve</w:t>
      </w:r>
      <w:proofErr w:type="spellEnd"/>
      <w:r w:rsidRPr="00A761DE">
        <w:rPr>
          <w:rFonts w:ascii="Times New Roman" w:eastAsia="Times New Roman" w:hAnsi="Times New Roman" w:cs="Times New Roman"/>
          <w:color w:val="2F5496"/>
          <w:sz w:val="24"/>
          <w:szCs w:val="24"/>
          <w:lang w:val="hu-HU"/>
        </w:rPr>
        <w:t xml:space="preserve"> </w:t>
      </w:r>
      <w:r w:rsidRPr="00A761DE">
        <w:rPr>
          <w:rFonts w:ascii="Times New Roman" w:eastAsia="Times New Roman" w:hAnsi="Times New Roman" w:cs="Times New Roman"/>
          <w:color w:val="2F5496"/>
          <w:sz w:val="24"/>
          <w:szCs w:val="24"/>
          <w:u w:val="single"/>
          <w:lang w:val="hu-HU"/>
        </w:rPr>
        <w:t>2026-27.</w:t>
      </w:r>
      <w:bookmarkEnd w:id="55"/>
      <w:bookmarkEnd w:id="56"/>
    </w:p>
    <w:p w:rsidR="002442EC" w:rsidRPr="00A761DE" w:rsidRDefault="002442EC" w:rsidP="002442EC">
      <w:pPr>
        <w:spacing w:after="160" w:line="259" w:lineRule="auto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</w:p>
    <w:p w:rsidR="002442EC" w:rsidRPr="00A761DE" w:rsidRDefault="002442EC" w:rsidP="002442EC">
      <w:pPr>
        <w:spacing w:after="160" w:line="259" w:lineRule="auto"/>
        <w:jc w:val="both"/>
        <w:rPr>
          <w:rFonts w:ascii="Times New Roman" w:eastAsia="Calibri" w:hAnsi="Times New Roman" w:cs="Times New Roman"/>
          <w:b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b/>
          <w:color w:val="auto"/>
          <w:sz w:val="24"/>
          <w:szCs w:val="24"/>
          <w:lang w:val="hu-HU"/>
        </w:rPr>
        <w:t>Szakmai munkaközösségen belül feladatok meghatározása</w:t>
      </w:r>
    </w:p>
    <w:tbl>
      <w:tblPr>
        <w:tblStyle w:val="Rcsostblzat4"/>
        <w:tblW w:w="0" w:type="auto"/>
        <w:tblLook w:val="04A0" w:firstRow="1" w:lastRow="0" w:firstColumn="1" w:lastColumn="0" w:noHBand="0" w:noVBand="1"/>
      </w:tblPr>
      <w:tblGrid>
        <w:gridCol w:w="4281"/>
        <w:gridCol w:w="4349"/>
      </w:tblGrid>
      <w:tr w:rsidR="002442EC" w:rsidRPr="00A761DE" w:rsidTr="00C050E8">
        <w:tc>
          <w:tcPr>
            <w:tcW w:w="4531" w:type="dxa"/>
          </w:tcPr>
          <w:p w:rsidR="002442EC" w:rsidRPr="00A761DE" w:rsidRDefault="002442EC" w:rsidP="002442EC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Név</w:t>
            </w:r>
          </w:p>
        </w:tc>
        <w:tc>
          <w:tcPr>
            <w:tcW w:w="4531" w:type="dxa"/>
          </w:tcPr>
          <w:p w:rsidR="002442EC" w:rsidRPr="00A761DE" w:rsidRDefault="002442EC" w:rsidP="002442EC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Feladat</w:t>
            </w:r>
          </w:p>
        </w:tc>
      </w:tr>
      <w:tr w:rsidR="002442EC" w:rsidRPr="00A761DE" w:rsidTr="00C050E8">
        <w:tc>
          <w:tcPr>
            <w:tcW w:w="4531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Némethné Baráth Anikó</w:t>
            </w:r>
          </w:p>
        </w:tc>
        <w:tc>
          <w:tcPr>
            <w:tcW w:w="4531" w:type="dxa"/>
          </w:tcPr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Egészségügyi, szociális és sport ágazati képzéssel kapcsolatos feladatok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Oktatókkal kapcsolattartás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Érettségi, ágazati szakmai vizsgák szervezésében, lebonyolításában való részvétel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Duális képzőhelyekkel kapcsolattartás</w:t>
            </w:r>
          </w:p>
        </w:tc>
      </w:tr>
      <w:tr w:rsidR="002442EC" w:rsidRPr="00A761DE" w:rsidTr="00C050E8">
        <w:tc>
          <w:tcPr>
            <w:tcW w:w="4531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Szolyákné</w:t>
            </w:r>
            <w:proofErr w:type="spellEnd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Skoda Marianna</w:t>
            </w:r>
          </w:p>
        </w:tc>
        <w:tc>
          <w:tcPr>
            <w:tcW w:w="4531" w:type="dxa"/>
          </w:tcPr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Egészségügyi, szociális és sport ágazati képzéssel kapcsolatos feladatok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Oktatókkal kapcsolattartás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Érettségi, ágazati szakmai vizsgák szervezésében, lebonyolításában való részvétel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Duális képzőhelyekkel kapcsolattartás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szakmai gyakorlatok szervezése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Tananyagfejlesztés</w:t>
            </w:r>
          </w:p>
        </w:tc>
      </w:tr>
      <w:tr w:rsidR="002442EC" w:rsidRPr="00A761DE" w:rsidTr="00C050E8">
        <w:tc>
          <w:tcPr>
            <w:tcW w:w="4531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Takácsné Hargitai Beáta</w:t>
            </w:r>
          </w:p>
        </w:tc>
        <w:tc>
          <w:tcPr>
            <w:tcW w:w="4531" w:type="dxa"/>
          </w:tcPr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Gyakorlati oktatásvezető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Duális képzőhelyekkel kapcsolattartás, szakmai gyakorlatok szervezése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Gyakorlati munkanaplók elkészítése, begyűjtése, ellenőrzése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Szakmai vizsgák szervezésében való részvétel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Szakmai oktatókkal kapcsolattartás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Tananyagfejlesztés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2442EC" w:rsidRPr="00A761DE" w:rsidTr="00C050E8">
        <w:tc>
          <w:tcPr>
            <w:tcW w:w="4531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Tóth Judit</w:t>
            </w:r>
          </w:p>
        </w:tc>
        <w:tc>
          <w:tcPr>
            <w:tcW w:w="4531" w:type="dxa"/>
          </w:tcPr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Szakmai, ágazati vizsgákon való részvétel 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Pályaorientációs tevékenység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Szakmai versenyre felkészítés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Tananyagfejlesztés</w:t>
            </w:r>
          </w:p>
        </w:tc>
      </w:tr>
      <w:tr w:rsidR="002442EC" w:rsidRPr="00D1002A" w:rsidTr="00C050E8">
        <w:tc>
          <w:tcPr>
            <w:tcW w:w="4531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Büki Beatrix</w:t>
            </w:r>
          </w:p>
        </w:tc>
        <w:tc>
          <w:tcPr>
            <w:tcW w:w="4531" w:type="dxa"/>
          </w:tcPr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Pályaorientációs tevékenység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Szakmai versenyre felkészítés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Tananyagfejlesztés, szakirodalom gyűjtése, összegzése</w:t>
            </w:r>
          </w:p>
        </w:tc>
      </w:tr>
      <w:tr w:rsidR="002442EC" w:rsidRPr="00A761DE" w:rsidTr="00C050E8">
        <w:tc>
          <w:tcPr>
            <w:tcW w:w="4531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Verhás</w:t>
            </w:r>
            <w:proofErr w:type="spellEnd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Erzsébet</w:t>
            </w:r>
          </w:p>
        </w:tc>
        <w:tc>
          <w:tcPr>
            <w:tcW w:w="4531" w:type="dxa"/>
          </w:tcPr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Szakmai munkaközösség feladatainak koordinálása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Szakmai ágazati vizsgákon való részvétel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Kötelező szakmai továbbképzések nyomon követése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Szakmai versenyre felkészítés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Tananyagfejlesztés</w:t>
            </w:r>
          </w:p>
        </w:tc>
      </w:tr>
      <w:tr w:rsidR="002442EC" w:rsidRPr="00D1002A" w:rsidTr="00C050E8">
        <w:tc>
          <w:tcPr>
            <w:tcW w:w="4531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Katzler</w:t>
            </w:r>
            <w:proofErr w:type="spellEnd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Ábel</w:t>
            </w:r>
          </w:p>
        </w:tc>
        <w:tc>
          <w:tcPr>
            <w:tcW w:w="4531" w:type="dxa"/>
          </w:tcPr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Rehabilitációs terapeuta szakmai vizsgák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Pályaorientációs felelős 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2442EC" w:rsidRPr="00D1002A" w:rsidTr="00C050E8">
        <w:tc>
          <w:tcPr>
            <w:tcW w:w="4531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Horváth Istvánné</w:t>
            </w:r>
          </w:p>
        </w:tc>
        <w:tc>
          <w:tcPr>
            <w:tcW w:w="4531" w:type="dxa"/>
          </w:tcPr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Szakmai ágazati vizsgákon való részvétel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MESZK -</w:t>
            </w:r>
            <w:proofErr w:type="spellStart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al</w:t>
            </w:r>
            <w:proofErr w:type="spellEnd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kapcsolattartás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Szakmai versenyre felkészítés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Tananyagfejlesztés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Képzési Tanács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Demonstrációs terem és szakmai anyagok ellenőrzése</w:t>
            </w:r>
          </w:p>
        </w:tc>
      </w:tr>
      <w:tr w:rsidR="002442EC" w:rsidRPr="00A761DE" w:rsidTr="00C050E8">
        <w:tc>
          <w:tcPr>
            <w:tcW w:w="4531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Simon Zsolt</w:t>
            </w:r>
          </w:p>
        </w:tc>
        <w:tc>
          <w:tcPr>
            <w:tcW w:w="4531" w:type="dxa"/>
          </w:tcPr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Verseny felhívások nyomon követése, szakmai versenyekkel járó adminisztráció és felkészítés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Tehetséggondozás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Tananyagfejlesztés</w:t>
            </w:r>
          </w:p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Órarend készítés</w:t>
            </w:r>
          </w:p>
        </w:tc>
      </w:tr>
      <w:tr w:rsidR="002442EC" w:rsidRPr="00A761DE" w:rsidTr="00C050E8">
        <w:tc>
          <w:tcPr>
            <w:tcW w:w="4531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Simon Bence</w:t>
            </w:r>
          </w:p>
        </w:tc>
        <w:tc>
          <w:tcPr>
            <w:tcW w:w="4531" w:type="dxa"/>
          </w:tcPr>
          <w:p w:rsidR="002442EC" w:rsidRPr="00A761DE" w:rsidRDefault="002442EC" w:rsidP="002442E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Sport ágazat szakmai felelőse</w:t>
            </w:r>
          </w:p>
        </w:tc>
      </w:tr>
    </w:tbl>
    <w:p w:rsidR="002442EC" w:rsidRPr="00A761DE" w:rsidRDefault="002442EC" w:rsidP="002442EC">
      <w:pPr>
        <w:spacing w:after="160" w:line="259" w:lineRule="auto"/>
        <w:rPr>
          <w:rFonts w:ascii="Times New Roman" w:eastAsia="Calibri" w:hAnsi="Times New Roman" w:cs="Times New Roman"/>
          <w:b/>
          <w:color w:val="auto"/>
          <w:sz w:val="24"/>
          <w:szCs w:val="24"/>
          <w:lang w:val="hu-HU"/>
        </w:rPr>
      </w:pPr>
    </w:p>
    <w:p w:rsidR="002442EC" w:rsidRPr="00A761DE" w:rsidRDefault="002442EC" w:rsidP="002442EC">
      <w:pPr>
        <w:spacing w:after="160" w:line="259" w:lineRule="auto"/>
        <w:rPr>
          <w:rFonts w:ascii="Times New Roman" w:eastAsia="Calibri" w:hAnsi="Times New Roman" w:cs="Times New Roman"/>
          <w:b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b/>
          <w:color w:val="auto"/>
          <w:sz w:val="24"/>
          <w:szCs w:val="24"/>
          <w:lang w:val="hu-HU"/>
        </w:rPr>
        <w:t>Munkaközösség további feladatainak meghatározása</w:t>
      </w:r>
    </w:p>
    <w:p w:rsidR="002442EC" w:rsidRPr="00A761DE" w:rsidRDefault="002442EC" w:rsidP="002442EC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i/>
          <w:color w:val="auto"/>
          <w:sz w:val="24"/>
          <w:szCs w:val="24"/>
          <w:u w:val="single"/>
          <w:lang w:val="hu-HU"/>
        </w:rPr>
      </w:pPr>
      <w:r w:rsidRPr="00A761DE">
        <w:rPr>
          <w:rFonts w:ascii="Times New Roman" w:eastAsia="Calibri" w:hAnsi="Times New Roman" w:cs="Times New Roman"/>
          <w:i/>
          <w:color w:val="auto"/>
          <w:sz w:val="24"/>
          <w:szCs w:val="24"/>
          <w:u w:val="single"/>
          <w:lang w:val="hu-HU"/>
        </w:rPr>
        <w:t>Versenyeken való várható részvétel:</w:t>
      </w:r>
    </w:p>
    <w:p w:rsidR="002442EC" w:rsidRPr="00A761DE" w:rsidRDefault="002442EC" w:rsidP="003F3FC3">
      <w:pPr>
        <w:numPr>
          <w:ilvl w:val="0"/>
          <w:numId w:val="14"/>
        </w:numPr>
        <w:spacing w:after="0" w:line="259" w:lineRule="auto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>Semmelweis Egészségverseny (versenykiírás még nincs, októberben várható), több csapatot szeretnénk indítani)</w:t>
      </w:r>
    </w:p>
    <w:p w:rsidR="002442EC" w:rsidRPr="00A761DE" w:rsidRDefault="002442EC" w:rsidP="003F3FC3">
      <w:pPr>
        <w:numPr>
          <w:ilvl w:val="0"/>
          <w:numId w:val="14"/>
        </w:numPr>
        <w:spacing w:after="0" w:line="259" w:lineRule="auto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>Kossuth Zsuzsanna Nemzeti Egészségügyi Szakképzési Verseny, 11., 12., és 13. 14. 15.évfolyamon tanulmányokat folytató tanulókat lehet delegálni (bármely munkarend)</w:t>
      </w:r>
    </w:p>
    <w:p w:rsidR="002442EC" w:rsidRPr="00A761DE" w:rsidRDefault="002442EC" w:rsidP="003F3FC3">
      <w:pPr>
        <w:numPr>
          <w:ilvl w:val="0"/>
          <w:numId w:val="15"/>
        </w:numPr>
        <w:spacing w:after="0" w:line="259" w:lineRule="auto"/>
        <w:contextualSpacing/>
        <w:jc w:val="both"/>
        <w:rPr>
          <w:rFonts w:ascii="Times New Roman" w:eastAsia="Calibri" w:hAnsi="Times New Roman" w:cs="Times New Roman"/>
          <w:strike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 xml:space="preserve">Területi forduló </w:t>
      </w:r>
    </w:p>
    <w:p w:rsidR="002442EC" w:rsidRPr="00A761DE" w:rsidRDefault="002442EC" w:rsidP="003F3FC3">
      <w:pPr>
        <w:numPr>
          <w:ilvl w:val="0"/>
          <w:numId w:val="15"/>
        </w:numPr>
        <w:spacing w:after="0" w:line="259" w:lineRule="auto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 xml:space="preserve">Megyei </w:t>
      </w:r>
    </w:p>
    <w:p w:rsidR="002442EC" w:rsidRPr="00A761DE" w:rsidRDefault="002442EC" w:rsidP="003F3FC3">
      <w:pPr>
        <w:numPr>
          <w:ilvl w:val="0"/>
          <w:numId w:val="15"/>
        </w:numPr>
        <w:spacing w:after="0" w:line="259" w:lineRule="auto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 xml:space="preserve">Országos </w:t>
      </w:r>
    </w:p>
    <w:p w:rsidR="002442EC" w:rsidRPr="00A761DE" w:rsidRDefault="002442EC" w:rsidP="003F3FC3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>OSZTV versenyfelhívás várhatóan 2026/27 tanévre még nincs kiírás, nevezési határidő tavaly december eleje volt! A verseny kezdete januárra tehető.</w:t>
      </w:r>
    </w:p>
    <w:p w:rsidR="002442EC" w:rsidRPr="00A761DE" w:rsidRDefault="002442EC" w:rsidP="003F3FC3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>Magyar Vöröskereszt által szervezett szakmai versenyek 2027. májusban várhatóak (Elsősegélynyújtás, Csecsemő- és kisgyermekgondozási verseny)</w:t>
      </w:r>
    </w:p>
    <w:p w:rsidR="002442EC" w:rsidRPr="00A761DE" w:rsidRDefault="002442EC" w:rsidP="003F3FC3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>„Közös ügyünk az ápolás” MESZK által szervezett szakmai verseny 2027. április-májusi időszakban várható</w:t>
      </w:r>
    </w:p>
    <w:p w:rsidR="002442EC" w:rsidRPr="00A761DE" w:rsidRDefault="002442EC" w:rsidP="002442EC">
      <w:pPr>
        <w:spacing w:after="160" w:line="259" w:lineRule="auto"/>
        <w:ind w:left="360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lang w:val="hu-HU"/>
        </w:rPr>
        <w:lastRenderedPageBreak/>
        <w:t>Felelős</w:t>
      </w: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>: Simon Zsolt, felkészítésben segít a szakmai munkaközösség szükség szerint.</w:t>
      </w:r>
    </w:p>
    <w:p w:rsidR="002442EC" w:rsidRPr="00A761DE" w:rsidRDefault="002442EC" w:rsidP="002442EC">
      <w:pPr>
        <w:spacing w:after="160" w:line="259" w:lineRule="auto"/>
        <w:ind w:left="720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</w:p>
    <w:p w:rsidR="002442EC" w:rsidRPr="00A761DE" w:rsidRDefault="002442EC" w:rsidP="002442EC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color w:val="auto"/>
          <w:sz w:val="24"/>
          <w:szCs w:val="24"/>
          <w:u w:val="single"/>
          <w:lang w:val="hu-HU"/>
        </w:rPr>
      </w:pPr>
      <w:r w:rsidRPr="00A761DE">
        <w:rPr>
          <w:rFonts w:ascii="Times New Roman" w:eastAsia="Calibri" w:hAnsi="Times New Roman" w:cs="Times New Roman"/>
          <w:b/>
          <w:bCs/>
          <w:i/>
          <w:color w:val="auto"/>
          <w:sz w:val="24"/>
          <w:szCs w:val="24"/>
          <w:u w:val="single"/>
          <w:lang w:val="hu-HU"/>
        </w:rPr>
        <w:t>Programok</w:t>
      </w:r>
      <w:r w:rsidRPr="00A761DE">
        <w:rPr>
          <w:rFonts w:ascii="Times New Roman" w:eastAsia="Calibri" w:hAnsi="Times New Roman" w:cs="Times New Roman"/>
          <w:i/>
          <w:color w:val="auto"/>
          <w:sz w:val="24"/>
          <w:szCs w:val="24"/>
          <w:u w:val="single"/>
          <w:lang w:val="hu-HU"/>
        </w:rPr>
        <w:t>:</w:t>
      </w:r>
    </w:p>
    <w:p w:rsidR="002442EC" w:rsidRPr="00A761DE" w:rsidRDefault="002442EC" w:rsidP="002442EC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color w:val="auto"/>
          <w:sz w:val="24"/>
          <w:szCs w:val="24"/>
          <w:u w:val="single"/>
          <w:lang w:val="hu-HU"/>
        </w:rPr>
      </w:pPr>
    </w:p>
    <w:tbl>
      <w:tblPr>
        <w:tblStyle w:val="Rcsostblzat3"/>
        <w:tblW w:w="0" w:type="auto"/>
        <w:tblLook w:val="04A0" w:firstRow="1" w:lastRow="0" w:firstColumn="1" w:lastColumn="0" w:noHBand="0" w:noVBand="1"/>
      </w:tblPr>
      <w:tblGrid>
        <w:gridCol w:w="1490"/>
        <w:gridCol w:w="4336"/>
        <w:gridCol w:w="2804"/>
      </w:tblGrid>
      <w:tr w:rsidR="002442EC" w:rsidRPr="00A761DE" w:rsidTr="00C050E8">
        <w:tc>
          <w:tcPr>
            <w:tcW w:w="1490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Dátum</w:t>
            </w:r>
          </w:p>
        </w:tc>
        <w:tc>
          <w:tcPr>
            <w:tcW w:w="4637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Tevékenység</w:t>
            </w:r>
          </w:p>
        </w:tc>
        <w:tc>
          <w:tcPr>
            <w:tcW w:w="2935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Felelős</w:t>
            </w:r>
          </w:p>
        </w:tc>
      </w:tr>
      <w:tr w:rsidR="002442EC" w:rsidRPr="00A761DE" w:rsidTr="00C050E8">
        <w:tc>
          <w:tcPr>
            <w:tcW w:w="1490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2026.10.05-16.</w:t>
            </w:r>
          </w:p>
        </w:tc>
        <w:tc>
          <w:tcPr>
            <w:tcW w:w="4637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Szakmai kompetencia bemeneti mérés</w:t>
            </w:r>
          </w:p>
        </w:tc>
        <w:tc>
          <w:tcPr>
            <w:tcW w:w="2935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Szolyákné</w:t>
            </w:r>
            <w:proofErr w:type="spellEnd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Skoda Marianna</w:t>
            </w:r>
          </w:p>
        </w:tc>
      </w:tr>
      <w:tr w:rsidR="002442EC" w:rsidRPr="00A761DE" w:rsidTr="00C050E8">
        <w:tc>
          <w:tcPr>
            <w:tcW w:w="1490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2026.október 15?</w:t>
            </w:r>
          </w:p>
        </w:tc>
        <w:tc>
          <w:tcPr>
            <w:tcW w:w="4637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Vakok és </w:t>
            </w:r>
            <w:proofErr w:type="spellStart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Gyengénlátók</w:t>
            </w:r>
            <w:proofErr w:type="spellEnd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Egyesületének érzékenyítő programja (9.évf.)</w:t>
            </w:r>
          </w:p>
        </w:tc>
        <w:tc>
          <w:tcPr>
            <w:tcW w:w="2935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osztályfőnökök</w:t>
            </w:r>
          </w:p>
        </w:tc>
      </w:tr>
      <w:tr w:rsidR="002442EC" w:rsidRPr="00A761DE" w:rsidTr="00C050E8">
        <w:tc>
          <w:tcPr>
            <w:tcW w:w="1490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2026.október ?</w:t>
            </w:r>
          </w:p>
        </w:tc>
        <w:tc>
          <w:tcPr>
            <w:tcW w:w="4637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Pályaválasztási és Képzési Kiállítás</w:t>
            </w:r>
          </w:p>
        </w:tc>
        <w:tc>
          <w:tcPr>
            <w:tcW w:w="2935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Katzler</w:t>
            </w:r>
            <w:proofErr w:type="spellEnd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Ábel, Büki Beatrix</w:t>
            </w:r>
          </w:p>
        </w:tc>
      </w:tr>
      <w:tr w:rsidR="002442EC" w:rsidRPr="00A761DE" w:rsidTr="00C050E8">
        <w:tc>
          <w:tcPr>
            <w:tcW w:w="1490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2026. 11.26. 2026.12.03.</w:t>
            </w:r>
          </w:p>
        </w:tc>
        <w:tc>
          <w:tcPr>
            <w:tcW w:w="4637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Nyílt napok</w:t>
            </w:r>
          </w:p>
        </w:tc>
        <w:tc>
          <w:tcPr>
            <w:tcW w:w="2935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Katzler</w:t>
            </w:r>
            <w:proofErr w:type="spellEnd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Ábel, Büki Beatrix</w:t>
            </w:r>
          </w:p>
        </w:tc>
      </w:tr>
      <w:tr w:rsidR="002442EC" w:rsidRPr="00A761DE" w:rsidTr="00C050E8">
        <w:tc>
          <w:tcPr>
            <w:tcW w:w="1490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2026.11.16-20.</w:t>
            </w:r>
          </w:p>
        </w:tc>
        <w:tc>
          <w:tcPr>
            <w:tcW w:w="4637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Szent-Györgyi hét</w:t>
            </w:r>
          </w:p>
        </w:tc>
        <w:tc>
          <w:tcPr>
            <w:tcW w:w="2935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Verhás</w:t>
            </w:r>
            <w:proofErr w:type="spellEnd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Erzsébet</w:t>
            </w:r>
          </w:p>
        </w:tc>
      </w:tr>
      <w:tr w:rsidR="002442EC" w:rsidRPr="00A761DE" w:rsidTr="00C050E8">
        <w:tc>
          <w:tcPr>
            <w:tcW w:w="1490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2026.01.07.</w:t>
            </w:r>
          </w:p>
        </w:tc>
        <w:tc>
          <w:tcPr>
            <w:tcW w:w="4637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Pályaorientációs nap</w:t>
            </w:r>
          </w:p>
        </w:tc>
        <w:tc>
          <w:tcPr>
            <w:tcW w:w="2935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Katzler</w:t>
            </w:r>
            <w:proofErr w:type="spellEnd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Ábel, Büki Beatrix</w:t>
            </w:r>
          </w:p>
        </w:tc>
      </w:tr>
      <w:tr w:rsidR="002442EC" w:rsidRPr="00A761DE" w:rsidTr="00C050E8">
        <w:tc>
          <w:tcPr>
            <w:tcW w:w="1490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2027.02.19.</w:t>
            </w:r>
          </w:p>
        </w:tc>
        <w:tc>
          <w:tcPr>
            <w:tcW w:w="4637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Ápolók napja</w:t>
            </w:r>
          </w:p>
        </w:tc>
        <w:tc>
          <w:tcPr>
            <w:tcW w:w="2935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Horváth Istvánné</w:t>
            </w:r>
          </w:p>
        </w:tc>
      </w:tr>
      <w:tr w:rsidR="002442EC" w:rsidRPr="00A761DE" w:rsidTr="00C050E8">
        <w:tc>
          <w:tcPr>
            <w:tcW w:w="1490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2027.02.22-26.</w:t>
            </w:r>
          </w:p>
        </w:tc>
        <w:tc>
          <w:tcPr>
            <w:tcW w:w="4637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Ágazati alapvizsgák - felnőttképzés</w:t>
            </w:r>
          </w:p>
        </w:tc>
        <w:tc>
          <w:tcPr>
            <w:tcW w:w="2935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Némethné Baráth Anikó</w:t>
            </w:r>
          </w:p>
        </w:tc>
      </w:tr>
      <w:tr w:rsidR="002442EC" w:rsidRPr="00A761DE" w:rsidTr="00C050E8">
        <w:tc>
          <w:tcPr>
            <w:tcW w:w="1490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2027.04.12-23.</w:t>
            </w:r>
          </w:p>
        </w:tc>
        <w:tc>
          <w:tcPr>
            <w:tcW w:w="4637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Szakmai próbavizsgák</w:t>
            </w:r>
          </w:p>
        </w:tc>
        <w:tc>
          <w:tcPr>
            <w:tcW w:w="2935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Szolyákné</w:t>
            </w:r>
            <w:proofErr w:type="spellEnd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Skoda Marianna</w:t>
            </w:r>
          </w:p>
        </w:tc>
      </w:tr>
      <w:tr w:rsidR="002442EC" w:rsidRPr="00A761DE" w:rsidTr="00C050E8">
        <w:tc>
          <w:tcPr>
            <w:tcW w:w="1490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2027.április (11.évf.)-május (9-10-12.évf.)</w:t>
            </w:r>
          </w:p>
        </w:tc>
        <w:tc>
          <w:tcPr>
            <w:tcW w:w="4637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Szakmai kompetencia kimeneti mérés</w:t>
            </w:r>
          </w:p>
        </w:tc>
        <w:tc>
          <w:tcPr>
            <w:tcW w:w="2935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Szolyákné</w:t>
            </w:r>
            <w:proofErr w:type="spellEnd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Skoda Marianna</w:t>
            </w:r>
          </w:p>
        </w:tc>
      </w:tr>
      <w:tr w:rsidR="002442EC" w:rsidRPr="00A761DE" w:rsidTr="00C050E8">
        <w:tc>
          <w:tcPr>
            <w:tcW w:w="1490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2027.06.01-04.</w:t>
            </w:r>
          </w:p>
        </w:tc>
        <w:tc>
          <w:tcPr>
            <w:tcW w:w="4637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Ágazati alapvizsga 10.évfolyam</w:t>
            </w:r>
          </w:p>
        </w:tc>
        <w:tc>
          <w:tcPr>
            <w:tcW w:w="2935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Némethné Baráth Anikó</w:t>
            </w:r>
          </w:p>
        </w:tc>
      </w:tr>
      <w:tr w:rsidR="002442EC" w:rsidRPr="00A761DE" w:rsidTr="00C050E8">
        <w:tc>
          <w:tcPr>
            <w:tcW w:w="1490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2027.06. 21-07.02.</w:t>
            </w:r>
          </w:p>
        </w:tc>
        <w:tc>
          <w:tcPr>
            <w:tcW w:w="4637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10. évfolyam gyakorlata</w:t>
            </w:r>
          </w:p>
        </w:tc>
        <w:tc>
          <w:tcPr>
            <w:tcW w:w="2935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Némethné Baráth Anikó</w:t>
            </w:r>
          </w:p>
        </w:tc>
      </w:tr>
      <w:tr w:rsidR="002442EC" w:rsidRPr="00A761DE" w:rsidTr="00C050E8">
        <w:tc>
          <w:tcPr>
            <w:tcW w:w="1490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2027.</w:t>
            </w:r>
            <w:r w:rsidRPr="00A761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06.19?</w:t>
            </w:r>
          </w:p>
        </w:tc>
        <w:tc>
          <w:tcPr>
            <w:tcW w:w="4637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Oklevél átadó ünnepség</w:t>
            </w:r>
          </w:p>
        </w:tc>
        <w:tc>
          <w:tcPr>
            <w:tcW w:w="2935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Némethné Baráth Anikó</w:t>
            </w:r>
          </w:p>
        </w:tc>
      </w:tr>
      <w:tr w:rsidR="002442EC" w:rsidRPr="00A761DE" w:rsidTr="00C050E8">
        <w:tc>
          <w:tcPr>
            <w:tcW w:w="1490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2027.06.28-07.02.</w:t>
            </w:r>
          </w:p>
        </w:tc>
        <w:tc>
          <w:tcPr>
            <w:tcW w:w="4637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Medikaland</w:t>
            </w:r>
            <w:proofErr w:type="spellEnd"/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tábor</w:t>
            </w:r>
          </w:p>
        </w:tc>
        <w:tc>
          <w:tcPr>
            <w:tcW w:w="2935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Tóth Judit, Büki Beatrix</w:t>
            </w:r>
          </w:p>
        </w:tc>
      </w:tr>
      <w:tr w:rsidR="002442EC" w:rsidRPr="00A761DE" w:rsidTr="00C050E8">
        <w:tc>
          <w:tcPr>
            <w:tcW w:w="1490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2027.május-június</w:t>
            </w:r>
          </w:p>
        </w:tc>
        <w:tc>
          <w:tcPr>
            <w:tcW w:w="4637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Szakmai vizsgák</w:t>
            </w:r>
          </w:p>
        </w:tc>
        <w:tc>
          <w:tcPr>
            <w:tcW w:w="2935" w:type="dxa"/>
          </w:tcPr>
          <w:p w:rsidR="002442EC" w:rsidRPr="00A761DE" w:rsidRDefault="002442EC" w:rsidP="002442E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1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Némethné Baráth Anikó</w:t>
            </w:r>
          </w:p>
        </w:tc>
      </w:tr>
    </w:tbl>
    <w:p w:rsidR="002442EC" w:rsidRPr="00A761DE" w:rsidRDefault="002442EC" w:rsidP="002442EC">
      <w:pPr>
        <w:spacing w:after="160" w:line="259" w:lineRule="auto"/>
        <w:jc w:val="both"/>
        <w:rPr>
          <w:rFonts w:ascii="Times New Roman" w:eastAsia="Calibri" w:hAnsi="Times New Roman" w:cs="Times New Roman"/>
          <w:i/>
          <w:color w:val="auto"/>
          <w:sz w:val="24"/>
          <w:szCs w:val="24"/>
          <w:u w:val="single"/>
          <w:lang w:val="hu-HU"/>
        </w:rPr>
      </w:pPr>
    </w:p>
    <w:p w:rsidR="002442EC" w:rsidRPr="00A761DE" w:rsidRDefault="002442EC" w:rsidP="002442EC">
      <w:pPr>
        <w:spacing w:after="160" w:line="259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 xml:space="preserve">        A szakmai kompetenciamérés általános célja annak felmérése, mennyit fejlődött a tanulók szakmai ismerete, logikus és kritikus gondolkodása az adott évfolyamon a tanév során.</w:t>
      </w:r>
    </w:p>
    <w:p w:rsidR="002442EC" w:rsidRPr="00A761DE" w:rsidRDefault="002442EC" w:rsidP="002442EC">
      <w:pPr>
        <w:spacing w:after="160" w:line="259" w:lineRule="auto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>Általános célok:</w:t>
      </w:r>
    </w:p>
    <w:p w:rsidR="002442EC" w:rsidRPr="00A761DE" w:rsidRDefault="002442EC" w:rsidP="003F3FC3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>a tanuló képes az emberi test működésének, alapvető betegségeknek, higiénés szabályoknak az elméleti ismeretére és alkalmazására</w:t>
      </w:r>
    </w:p>
    <w:p w:rsidR="002442EC" w:rsidRPr="00A761DE" w:rsidRDefault="002442EC" w:rsidP="003F3FC3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lastRenderedPageBreak/>
        <w:t>a tanuló képes megfogalmazni az egészséges életmód, táplálkozás és prevenció alapelveit</w:t>
      </w:r>
    </w:p>
    <w:p w:rsidR="002442EC" w:rsidRPr="00A761DE" w:rsidRDefault="002442EC" w:rsidP="003F3FC3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>a tanuló elméleti szinten ismeri az alapvető elsősegélynyújtási lépéseket</w:t>
      </w:r>
    </w:p>
    <w:p w:rsidR="002442EC" w:rsidRPr="00A761DE" w:rsidRDefault="002442EC" w:rsidP="003F3FC3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>a tanuló képes egyszerű, egészségügyi munkafolyamatokkal kapcsolatos helyzetek értelmezésére és a helyes teendők meghatározására</w:t>
      </w:r>
    </w:p>
    <w:p w:rsidR="002442EC" w:rsidRPr="00A761DE" w:rsidRDefault="002442EC" w:rsidP="003F3FC3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>a tanuló felismeri a beteggel, családdal, munkatársakkal való megfelelő kommunikáció alapelveit</w:t>
      </w:r>
    </w:p>
    <w:p w:rsidR="002442EC" w:rsidRPr="00A761DE" w:rsidRDefault="002442EC" w:rsidP="003F3FC3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>a tanuló képes legyen logikus következtetésekre jutni, klinikai helyzetet értelmezni és megfelelő döntést hozni</w:t>
      </w:r>
    </w:p>
    <w:p w:rsidR="002442EC" w:rsidRPr="00A761DE" w:rsidRDefault="002442EC" w:rsidP="003F3FC3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 xml:space="preserve">a tanuló képes megtervezni és időben </w:t>
      </w:r>
      <w:proofErr w:type="spellStart"/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>priorizálni</w:t>
      </w:r>
      <w:proofErr w:type="spellEnd"/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 xml:space="preserve"> a feladatokat elméleti forgatókönyvek alapján</w:t>
      </w:r>
    </w:p>
    <w:p w:rsidR="002442EC" w:rsidRPr="00A761DE" w:rsidRDefault="002442EC" w:rsidP="003F3FC3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>a tanuló tudatosítja, hogy a szakmai fejlődés része az önálló tanulás</w:t>
      </w:r>
    </w:p>
    <w:p w:rsidR="002442EC" w:rsidRPr="00A761DE" w:rsidRDefault="002442EC" w:rsidP="003F3FC3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>a tanuló ismeri az egészségügyi munka alapvető etikai és jogi kereteit</w:t>
      </w:r>
    </w:p>
    <w:p w:rsidR="002442EC" w:rsidRPr="00A761DE" w:rsidRDefault="002442EC" w:rsidP="002442EC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</w:p>
    <w:p w:rsidR="002442EC" w:rsidRPr="00A761DE" w:rsidRDefault="002442EC" w:rsidP="002442EC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>A szakmai oktatás az IKK által kiadott KKK, és saját intézményi képzési program szerint zajlik.</w:t>
      </w:r>
    </w:p>
    <w:p w:rsidR="002442EC" w:rsidRPr="00A761DE" w:rsidRDefault="002442EC" w:rsidP="002442EC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>Ellenőrzési rendszer:</w:t>
      </w:r>
    </w:p>
    <w:p w:rsidR="002442EC" w:rsidRPr="00A761DE" w:rsidRDefault="002442EC" w:rsidP="003F3FC3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 xml:space="preserve">oktatói belső ellenőrzés (igazgató, szakmai igazgató-helyettes, munkaközösség vezető) </w:t>
      </w:r>
    </w:p>
    <w:p w:rsidR="002442EC" w:rsidRPr="00A761DE" w:rsidRDefault="002442EC" w:rsidP="003F3FC3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A761DE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>MIR szerint</w:t>
      </w:r>
    </w:p>
    <w:p w:rsidR="00906206" w:rsidRDefault="00906206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hu-HU"/>
        </w:rPr>
      </w:pPr>
      <w:bookmarkStart w:id="57" w:name="_Toc241234008"/>
      <w:r>
        <w:rPr>
          <w:lang w:val="hu-HU"/>
        </w:rPr>
        <w:br w:type="page"/>
      </w:r>
    </w:p>
    <w:p w:rsidR="006E7BE4" w:rsidRDefault="00401DCD" w:rsidP="002F667C">
      <w:pPr>
        <w:pStyle w:val="Cmsor1"/>
        <w:numPr>
          <w:ilvl w:val="0"/>
          <w:numId w:val="40"/>
        </w:numPr>
        <w:rPr>
          <w:lang w:val="hu-HU"/>
        </w:rPr>
      </w:pPr>
      <w:r w:rsidRPr="006E7BE4">
        <w:rPr>
          <w:lang w:val="hu-HU"/>
        </w:rPr>
        <w:lastRenderedPageBreak/>
        <w:t>számú melléklet</w:t>
      </w:r>
      <w:bookmarkEnd w:id="57"/>
    </w:p>
    <w:p w:rsidR="00AD4BC9" w:rsidRPr="006E7BE4" w:rsidRDefault="00AD4BC9" w:rsidP="006E7BE4">
      <w:pPr>
        <w:pStyle w:val="Cmsor1"/>
        <w:rPr>
          <w:lang w:val="hu-HU"/>
        </w:rPr>
      </w:pPr>
      <w:bookmarkStart w:id="58" w:name="_Toc241234009"/>
      <w:r w:rsidRPr="00AD4BC9">
        <w:rPr>
          <w:sz w:val="32"/>
          <w:szCs w:val="32"/>
          <w:lang w:val="hu-HU"/>
        </w:rPr>
        <w:t>DIÁKÖNKORMÁNYZAT MUNKATERVE</w:t>
      </w:r>
      <w:r w:rsidRPr="00AD4BC9">
        <w:rPr>
          <w:sz w:val="32"/>
          <w:szCs w:val="32"/>
          <w:lang w:val="hu-HU"/>
        </w:rPr>
        <w:br/>
        <w:t>2026/27. TANÉV</w:t>
      </w:r>
      <w:bookmarkEnd w:id="58"/>
    </w:p>
    <w:p w:rsidR="00AD4BC9" w:rsidRPr="00AD4BC9" w:rsidRDefault="00AD4BC9" w:rsidP="00AD4BC9">
      <w:pPr>
        <w:rPr>
          <w:rFonts w:cs="Arial"/>
          <w:shd w:val="clear" w:color="auto" w:fill="FFFFFF"/>
          <w:lang w:val="hu-HU"/>
        </w:rPr>
      </w:pPr>
      <w:r w:rsidRPr="00AD4BC9">
        <w:rPr>
          <w:rFonts w:cs="Arial"/>
          <w:shd w:val="clear" w:color="auto" w:fill="FFFFFF"/>
          <w:lang w:val="hu-HU"/>
        </w:rPr>
        <w:t>A feladatok folyamatos ellátását a havi rendszerességgel megtartandó diákönkormányzati-ülések és az osztályok által választott diákönkormányzati-képviselők aktív közreműködése biztosítja. (Az osztályok két-három képviselőt delegálnak a DÖK-be.) Szükség esetén a DÖK vezetése rendkívüli gyűlés összehívását is kezdeményezheti, ha az aktuálisan felmerülő kérdések ezt megkívánják.</w:t>
      </w:r>
    </w:p>
    <w:p w:rsidR="00AD4BC9" w:rsidRPr="00AD4BC9" w:rsidRDefault="00AD4BC9" w:rsidP="00AD4BC9">
      <w:pPr>
        <w:rPr>
          <w:rFonts w:cs="Arial"/>
          <w:lang w:val="hu-HU"/>
        </w:rPr>
      </w:pPr>
      <w:r w:rsidRPr="00AD4BC9">
        <w:rPr>
          <w:rFonts w:cs="Arial"/>
          <w:lang w:val="hu-HU"/>
        </w:rPr>
        <w:t>A DÖK munkaterve igazodik a tantestület által elfogadott 2026/2027. tanévre érvényes programtervhez.</w:t>
      </w:r>
    </w:p>
    <w:p w:rsidR="00AD4BC9" w:rsidRPr="00AD4BC9" w:rsidRDefault="00AD4BC9" w:rsidP="00AD4BC9">
      <w:pPr>
        <w:rPr>
          <w:rFonts w:cs="Arial"/>
          <w:lang w:val="hu-HU"/>
        </w:rPr>
      </w:pPr>
      <w:r w:rsidRPr="00AD4BC9">
        <w:rPr>
          <w:rFonts w:cs="Arial"/>
          <w:lang w:val="hu-HU"/>
        </w:rPr>
        <w:br/>
        <w:t xml:space="preserve">A DÖK munkáját a tantestület részéről Gaál Flóra és </w:t>
      </w:r>
      <w:proofErr w:type="spellStart"/>
      <w:r w:rsidRPr="00AD4BC9">
        <w:rPr>
          <w:rFonts w:cs="Arial"/>
          <w:lang w:val="hu-HU"/>
        </w:rPr>
        <w:t>Gyöngyössy</w:t>
      </w:r>
      <w:proofErr w:type="spellEnd"/>
      <w:r w:rsidRPr="00AD4BC9">
        <w:rPr>
          <w:rFonts w:cs="Arial"/>
          <w:lang w:val="hu-HU"/>
        </w:rPr>
        <w:t xml:space="preserve"> Péterné Kemény Márta Katalin segíti.</w:t>
      </w:r>
      <w:r w:rsidRPr="00AD4BC9">
        <w:rPr>
          <w:rFonts w:cs="Arial"/>
          <w:lang w:val="hu-HU"/>
        </w:rPr>
        <w:br/>
      </w:r>
    </w:p>
    <w:p w:rsidR="00AD4BC9" w:rsidRPr="00AD4BC9" w:rsidRDefault="00AD4BC9" w:rsidP="00AD4BC9">
      <w:pPr>
        <w:rPr>
          <w:rFonts w:cs="Arial"/>
          <w:lang w:val="hu-HU"/>
        </w:rPr>
      </w:pPr>
      <w:r w:rsidRPr="00AD4BC9">
        <w:rPr>
          <w:rFonts w:cs="Arial"/>
          <w:lang w:val="hu-HU"/>
        </w:rPr>
        <w:t>A DÖK 2026/27. tanévben megvalósítandó céljai:</w:t>
      </w:r>
    </w:p>
    <w:p w:rsidR="00AD4BC9" w:rsidRPr="00AD4BC9" w:rsidRDefault="00AD4BC9" w:rsidP="003F3FC3">
      <w:pPr>
        <w:pStyle w:val="Listaszerbekezds"/>
        <w:numPr>
          <w:ilvl w:val="0"/>
          <w:numId w:val="31"/>
        </w:numPr>
        <w:rPr>
          <w:rFonts w:cs="Arial"/>
          <w:lang w:val="hu-HU"/>
        </w:rPr>
      </w:pPr>
      <w:r w:rsidRPr="00AD4BC9">
        <w:rPr>
          <w:rFonts w:cs="Arial"/>
          <w:lang w:val="hu-HU"/>
        </w:rPr>
        <w:t>Kapcsolattartás a tantestülettel, szakképzésben résztvevő diákokkal, osztályokkal.</w:t>
      </w:r>
    </w:p>
    <w:p w:rsidR="00AD4BC9" w:rsidRPr="00AD4BC9" w:rsidRDefault="00AD4BC9" w:rsidP="003F3FC3">
      <w:pPr>
        <w:pStyle w:val="Listaszerbekezds"/>
        <w:numPr>
          <w:ilvl w:val="0"/>
          <w:numId w:val="31"/>
        </w:numPr>
        <w:rPr>
          <w:rFonts w:cs="Arial"/>
          <w:lang w:val="hu-HU"/>
        </w:rPr>
      </w:pPr>
      <w:r w:rsidRPr="00AD4BC9">
        <w:rPr>
          <w:rFonts w:cs="Arial"/>
          <w:lang w:val="hu-HU"/>
        </w:rPr>
        <w:t>A diákok érdekeinek képviselete.</w:t>
      </w:r>
    </w:p>
    <w:p w:rsidR="00AD4BC9" w:rsidRPr="00AD4BC9" w:rsidRDefault="00AD4BC9" w:rsidP="003F3FC3">
      <w:pPr>
        <w:pStyle w:val="Listaszerbekezds"/>
        <w:numPr>
          <w:ilvl w:val="0"/>
          <w:numId w:val="31"/>
        </w:numPr>
        <w:rPr>
          <w:rFonts w:cs="Arial"/>
          <w:lang w:val="hu-HU"/>
        </w:rPr>
      </w:pPr>
      <w:r w:rsidRPr="00AD4BC9">
        <w:rPr>
          <w:rFonts w:cs="Arial"/>
          <w:lang w:val="hu-HU"/>
        </w:rPr>
        <w:t>Az iskola képviselete megyei és városi rendezvényeken.</w:t>
      </w:r>
    </w:p>
    <w:p w:rsidR="00AD4BC9" w:rsidRPr="00AD4BC9" w:rsidRDefault="00AD4BC9" w:rsidP="003F3FC3">
      <w:pPr>
        <w:pStyle w:val="Listaszerbekezds"/>
        <w:numPr>
          <w:ilvl w:val="0"/>
          <w:numId w:val="31"/>
        </w:numPr>
        <w:rPr>
          <w:rFonts w:cs="Arial"/>
          <w:lang w:val="hu-HU"/>
        </w:rPr>
      </w:pPr>
      <w:r w:rsidRPr="00AD4BC9">
        <w:rPr>
          <w:rFonts w:cs="Arial"/>
          <w:lang w:val="hu-HU"/>
        </w:rPr>
        <w:t>A technikum hagyományainak kialakítása, iskola hagyományainak bővítése.</w:t>
      </w:r>
    </w:p>
    <w:p w:rsidR="00AD4BC9" w:rsidRPr="00AD4BC9" w:rsidRDefault="00AD4BC9" w:rsidP="003F3FC3">
      <w:pPr>
        <w:pStyle w:val="Listaszerbekezds"/>
        <w:numPr>
          <w:ilvl w:val="0"/>
          <w:numId w:val="31"/>
        </w:numPr>
        <w:rPr>
          <w:rFonts w:cs="Arial"/>
          <w:lang w:val="hu-HU"/>
        </w:rPr>
      </w:pPr>
      <w:r w:rsidRPr="00AD4BC9">
        <w:rPr>
          <w:rFonts w:cs="Arial"/>
          <w:lang w:val="hu-HU"/>
        </w:rPr>
        <w:t>Aktív közreműködés az iskolában megrendezésre kerülő témaheteken.</w:t>
      </w:r>
    </w:p>
    <w:p w:rsidR="00AD4BC9" w:rsidRPr="00AD4BC9" w:rsidRDefault="00AD4BC9" w:rsidP="003F3FC3">
      <w:pPr>
        <w:pStyle w:val="Listaszerbekezds"/>
        <w:numPr>
          <w:ilvl w:val="0"/>
          <w:numId w:val="31"/>
        </w:numPr>
        <w:rPr>
          <w:rFonts w:cs="Arial"/>
          <w:lang w:val="hu-HU"/>
        </w:rPr>
      </w:pPr>
      <w:r w:rsidRPr="00AD4BC9">
        <w:rPr>
          <w:rFonts w:cs="Arial"/>
          <w:lang w:val="hu-HU"/>
        </w:rPr>
        <w:t>Kapcsolat kiépítése más középiskolákkal.</w:t>
      </w:r>
    </w:p>
    <w:p w:rsidR="00AD4BC9" w:rsidRPr="00AD4BC9" w:rsidRDefault="00AD4BC9" w:rsidP="003F3FC3">
      <w:pPr>
        <w:pStyle w:val="Listaszerbekezds"/>
        <w:numPr>
          <w:ilvl w:val="0"/>
          <w:numId w:val="31"/>
        </w:numPr>
        <w:rPr>
          <w:rFonts w:cs="Arial"/>
          <w:lang w:val="hu-HU"/>
        </w:rPr>
      </w:pPr>
      <w:r w:rsidRPr="00AD4BC9">
        <w:rPr>
          <w:rFonts w:cs="Arial"/>
          <w:lang w:val="hu-HU"/>
        </w:rPr>
        <w:t>Egymás segítése a hatékonyabb tanulás megvalósításában.</w:t>
      </w:r>
    </w:p>
    <w:p w:rsidR="00AD4BC9" w:rsidRPr="00AD4BC9" w:rsidRDefault="00AD4BC9" w:rsidP="00AD4BC9">
      <w:pPr>
        <w:rPr>
          <w:rFonts w:cs="Arial"/>
          <w:b/>
          <w:lang w:val="hu-HU"/>
        </w:rPr>
      </w:pPr>
      <w:r w:rsidRPr="00AD4BC9">
        <w:rPr>
          <w:rFonts w:cs="Arial"/>
          <w:b/>
          <w:lang w:val="hu-HU"/>
        </w:rPr>
        <w:t>Éves ütemterv: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594"/>
        <w:gridCol w:w="6036"/>
      </w:tblGrid>
      <w:tr w:rsidR="00AD4BC9" w:rsidRPr="00AD4BC9" w:rsidTr="00AD4BC9">
        <w:tc>
          <w:tcPr>
            <w:tcW w:w="2689" w:type="dxa"/>
          </w:tcPr>
          <w:p w:rsidR="00AD4BC9" w:rsidRPr="00AD4BC9" w:rsidRDefault="00AD4BC9" w:rsidP="00AD4BC9">
            <w:pPr>
              <w:rPr>
                <w:rFonts w:cs="Arial"/>
                <w:b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b/>
                <w:sz w:val="20"/>
                <w:szCs w:val="20"/>
                <w:lang w:val="hu-HU"/>
              </w:rPr>
              <w:t>Szeptember</w:t>
            </w:r>
          </w:p>
        </w:tc>
        <w:tc>
          <w:tcPr>
            <w:tcW w:w="6373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</w:p>
        </w:tc>
      </w:tr>
      <w:tr w:rsidR="00AD4BC9" w:rsidRPr="00D1002A" w:rsidTr="00AD4BC9">
        <w:tc>
          <w:tcPr>
            <w:tcW w:w="2689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>09.11.</w:t>
            </w:r>
          </w:p>
        </w:tc>
        <w:tc>
          <w:tcPr>
            <w:tcW w:w="6373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>DÖK alakuló ülés</w:t>
            </w:r>
            <w:r w:rsidRPr="00AD4BC9">
              <w:rPr>
                <w:rFonts w:cs="Arial"/>
                <w:sz w:val="20"/>
                <w:szCs w:val="20"/>
                <w:lang w:val="hu-HU"/>
              </w:rPr>
              <w:br/>
              <w:t>Tavalyi elnök és alelnök bemutatkozása</w:t>
            </w:r>
            <w:r w:rsidRPr="00AD4BC9">
              <w:rPr>
                <w:rFonts w:cs="Arial"/>
                <w:sz w:val="20"/>
                <w:szCs w:val="20"/>
                <w:lang w:val="hu-HU"/>
              </w:rPr>
              <w:br/>
              <w:t>Tisztségviselők választása</w:t>
            </w:r>
            <w:r w:rsidRPr="00AD4BC9">
              <w:rPr>
                <w:rFonts w:cs="Arial"/>
                <w:sz w:val="20"/>
                <w:szCs w:val="20"/>
                <w:lang w:val="hu-HU"/>
              </w:rPr>
              <w:br/>
              <w:t>Az SZMSZ elfogadása</w:t>
            </w:r>
          </w:p>
        </w:tc>
      </w:tr>
      <w:tr w:rsidR="00AD4BC9" w:rsidRPr="00D1002A" w:rsidTr="00AD4BC9">
        <w:tc>
          <w:tcPr>
            <w:tcW w:w="2689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>09.29.</w:t>
            </w:r>
          </w:p>
        </w:tc>
        <w:tc>
          <w:tcPr>
            <w:tcW w:w="6373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>DÖK ülés</w:t>
            </w:r>
          </w:p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>Az éves munkaterv elfogadása</w:t>
            </w:r>
            <w:r w:rsidRPr="00AD4BC9">
              <w:rPr>
                <w:rFonts w:cs="Arial"/>
                <w:sz w:val="20"/>
                <w:szCs w:val="20"/>
                <w:lang w:val="hu-HU"/>
              </w:rPr>
              <w:br/>
              <w:t>Gólyaavató előkészítése</w:t>
            </w:r>
          </w:p>
        </w:tc>
      </w:tr>
      <w:tr w:rsidR="00AD4BC9" w:rsidRPr="00AD4BC9" w:rsidTr="00AD4BC9">
        <w:tc>
          <w:tcPr>
            <w:tcW w:w="2689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b/>
                <w:sz w:val="20"/>
                <w:szCs w:val="20"/>
                <w:lang w:val="hu-HU"/>
              </w:rPr>
              <w:t>Október</w:t>
            </w:r>
          </w:p>
        </w:tc>
        <w:tc>
          <w:tcPr>
            <w:tcW w:w="6373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</w:p>
        </w:tc>
      </w:tr>
      <w:tr w:rsidR="00AD4BC9" w:rsidRPr="00AD4BC9" w:rsidTr="00AD4BC9">
        <w:tc>
          <w:tcPr>
            <w:tcW w:w="2689" w:type="dxa"/>
          </w:tcPr>
          <w:p w:rsidR="00AD4BC9" w:rsidRPr="00AD4BC9" w:rsidRDefault="00AD4BC9" w:rsidP="00AD4BC9">
            <w:pPr>
              <w:rPr>
                <w:rFonts w:cs="Arial"/>
                <w:bCs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bCs/>
                <w:sz w:val="20"/>
                <w:szCs w:val="20"/>
                <w:lang w:val="hu-HU"/>
              </w:rPr>
              <w:t>10.06.</w:t>
            </w:r>
          </w:p>
        </w:tc>
        <w:tc>
          <w:tcPr>
            <w:tcW w:w="6373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>Gólyaavató előkészítése</w:t>
            </w:r>
          </w:p>
        </w:tc>
      </w:tr>
      <w:tr w:rsidR="00AD4BC9" w:rsidRPr="00AD4BC9" w:rsidTr="00AD4BC9">
        <w:tc>
          <w:tcPr>
            <w:tcW w:w="2689" w:type="dxa"/>
          </w:tcPr>
          <w:p w:rsidR="00AD4BC9" w:rsidRPr="00AD4BC9" w:rsidRDefault="00AD4BC9" w:rsidP="00AD4BC9">
            <w:pPr>
              <w:rPr>
                <w:rFonts w:cs="Arial"/>
                <w:b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b/>
                <w:sz w:val="20"/>
                <w:szCs w:val="20"/>
                <w:lang w:val="hu-HU"/>
              </w:rPr>
              <w:t>10.14.</w:t>
            </w:r>
          </w:p>
        </w:tc>
        <w:tc>
          <w:tcPr>
            <w:tcW w:w="6373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>Gólyaavató</w:t>
            </w:r>
          </w:p>
        </w:tc>
      </w:tr>
      <w:tr w:rsidR="00AD4BC9" w:rsidRPr="00D1002A" w:rsidTr="00AD4BC9">
        <w:tc>
          <w:tcPr>
            <w:tcW w:w="2689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lastRenderedPageBreak/>
              <w:t xml:space="preserve">10.15. </w:t>
            </w:r>
          </w:p>
        </w:tc>
        <w:tc>
          <w:tcPr>
            <w:tcW w:w="6373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>DÖK ülés</w:t>
            </w:r>
            <w:r w:rsidRPr="00AD4BC9">
              <w:rPr>
                <w:rFonts w:cs="Arial"/>
                <w:sz w:val="20"/>
                <w:szCs w:val="20"/>
                <w:lang w:val="hu-HU"/>
              </w:rPr>
              <w:br/>
              <w:t>Gólyaavató értékelése</w:t>
            </w:r>
            <w:r w:rsidRPr="00AD4BC9">
              <w:rPr>
                <w:rFonts w:cs="Arial"/>
                <w:sz w:val="20"/>
                <w:szCs w:val="20"/>
                <w:lang w:val="hu-HU"/>
              </w:rPr>
              <w:br/>
              <w:t>Aktualitások</w:t>
            </w:r>
          </w:p>
        </w:tc>
      </w:tr>
      <w:tr w:rsidR="00AD4BC9" w:rsidRPr="00AD4BC9" w:rsidTr="00AD4BC9">
        <w:tc>
          <w:tcPr>
            <w:tcW w:w="2689" w:type="dxa"/>
          </w:tcPr>
          <w:p w:rsidR="00AD4BC9" w:rsidRPr="00AD4BC9" w:rsidRDefault="00AD4BC9" w:rsidP="00AD4BC9">
            <w:pPr>
              <w:rPr>
                <w:rFonts w:cs="Arial"/>
                <w:b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b/>
                <w:sz w:val="20"/>
                <w:szCs w:val="20"/>
                <w:lang w:val="hu-HU"/>
              </w:rPr>
              <w:t>November</w:t>
            </w:r>
          </w:p>
        </w:tc>
        <w:tc>
          <w:tcPr>
            <w:tcW w:w="6373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</w:p>
        </w:tc>
      </w:tr>
      <w:tr w:rsidR="00AD4BC9" w:rsidRPr="00AD4BC9" w:rsidTr="00AD4BC9">
        <w:tc>
          <w:tcPr>
            <w:tcW w:w="2689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>11.06.</w:t>
            </w:r>
          </w:p>
        </w:tc>
        <w:tc>
          <w:tcPr>
            <w:tcW w:w="6373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>DÖK ülés</w:t>
            </w:r>
            <w:r w:rsidRPr="00AD4BC9">
              <w:rPr>
                <w:rFonts w:cs="Arial"/>
                <w:sz w:val="20"/>
                <w:szCs w:val="20"/>
                <w:lang w:val="hu-HU"/>
              </w:rPr>
              <w:br/>
              <w:t>Aktualitások</w:t>
            </w:r>
          </w:p>
        </w:tc>
      </w:tr>
      <w:tr w:rsidR="00AD4BC9" w:rsidRPr="00D1002A" w:rsidTr="00AD4BC9">
        <w:tc>
          <w:tcPr>
            <w:tcW w:w="2689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>11.27.</w:t>
            </w:r>
          </w:p>
        </w:tc>
        <w:tc>
          <w:tcPr>
            <w:tcW w:w="6373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 xml:space="preserve">DÖK megbeszélés </w:t>
            </w:r>
            <w:r w:rsidRPr="00AD4BC9">
              <w:rPr>
                <w:rFonts w:cs="Arial"/>
                <w:sz w:val="20"/>
                <w:szCs w:val="20"/>
                <w:lang w:val="hu-HU"/>
              </w:rPr>
              <w:br/>
              <w:t>A Mikulás előkészítése</w:t>
            </w:r>
          </w:p>
        </w:tc>
      </w:tr>
      <w:tr w:rsidR="00AD4BC9" w:rsidRPr="00D1002A" w:rsidTr="00AD4BC9">
        <w:tc>
          <w:tcPr>
            <w:tcW w:w="2689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>November vége</w:t>
            </w:r>
          </w:p>
        </w:tc>
        <w:tc>
          <w:tcPr>
            <w:tcW w:w="6373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>Városi gólyaavató</w:t>
            </w:r>
          </w:p>
          <w:p w:rsidR="00AD4BC9" w:rsidRPr="00AD4BC9" w:rsidRDefault="00AD4BC9" w:rsidP="00AD4BC9">
            <w:pPr>
              <w:rPr>
                <w:rFonts w:cs="Arial"/>
                <w:b/>
                <w:bCs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 xml:space="preserve">A Szent-Györgyi nap és a </w:t>
            </w:r>
            <w:r w:rsidRPr="00AD4BC9">
              <w:rPr>
                <w:rFonts w:cs="Arial"/>
                <w:b/>
                <w:bCs/>
                <w:sz w:val="20"/>
                <w:szCs w:val="20"/>
                <w:lang w:val="hu-HU"/>
              </w:rPr>
              <w:t xml:space="preserve">Diákbál </w:t>
            </w:r>
            <w:r w:rsidRPr="00AD4BC9">
              <w:rPr>
                <w:rFonts w:cs="Arial"/>
                <w:sz w:val="20"/>
                <w:szCs w:val="20"/>
                <w:lang w:val="hu-HU"/>
              </w:rPr>
              <w:t>feladatainak ütemezése</w:t>
            </w:r>
            <w:r w:rsidRPr="00AD4BC9">
              <w:rPr>
                <w:rFonts w:cs="Arial"/>
                <w:b/>
                <w:bCs/>
                <w:sz w:val="20"/>
                <w:szCs w:val="20"/>
                <w:lang w:val="hu-HU"/>
              </w:rPr>
              <w:t xml:space="preserve"> </w:t>
            </w:r>
          </w:p>
        </w:tc>
      </w:tr>
      <w:tr w:rsidR="00AD4BC9" w:rsidRPr="00AD4BC9" w:rsidTr="00AD4BC9">
        <w:tc>
          <w:tcPr>
            <w:tcW w:w="2689" w:type="dxa"/>
          </w:tcPr>
          <w:p w:rsidR="00AD4BC9" w:rsidRPr="00AD4BC9" w:rsidRDefault="00AD4BC9" w:rsidP="00AD4BC9">
            <w:pPr>
              <w:rPr>
                <w:rFonts w:cs="Arial"/>
                <w:b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b/>
                <w:sz w:val="20"/>
                <w:szCs w:val="20"/>
                <w:lang w:val="hu-HU"/>
              </w:rPr>
              <w:t>December</w:t>
            </w:r>
          </w:p>
        </w:tc>
        <w:tc>
          <w:tcPr>
            <w:tcW w:w="6373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</w:p>
        </w:tc>
      </w:tr>
      <w:tr w:rsidR="00AD4BC9" w:rsidRPr="00D1002A" w:rsidTr="00AD4BC9">
        <w:tc>
          <w:tcPr>
            <w:tcW w:w="2689" w:type="dxa"/>
          </w:tcPr>
          <w:p w:rsidR="00AD4BC9" w:rsidRPr="00AD4BC9" w:rsidRDefault="00AD4BC9" w:rsidP="00AD4BC9">
            <w:pPr>
              <w:rPr>
                <w:rFonts w:cs="Arial"/>
                <w:bCs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bCs/>
                <w:sz w:val="20"/>
                <w:szCs w:val="20"/>
                <w:lang w:val="hu-HU"/>
              </w:rPr>
              <w:t>12.02.</w:t>
            </w:r>
          </w:p>
        </w:tc>
        <w:tc>
          <w:tcPr>
            <w:tcW w:w="6373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>DÖK megbeszélés</w:t>
            </w:r>
            <w:r w:rsidRPr="00AD4BC9">
              <w:rPr>
                <w:rFonts w:cs="Arial"/>
                <w:sz w:val="20"/>
                <w:szCs w:val="20"/>
                <w:lang w:val="hu-HU"/>
              </w:rPr>
              <w:br/>
              <w:t>Mikulás konkretizálása</w:t>
            </w:r>
          </w:p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>Adventi sütivásár előkészítése</w:t>
            </w:r>
          </w:p>
        </w:tc>
      </w:tr>
      <w:tr w:rsidR="00AD4BC9" w:rsidRPr="00AD4BC9" w:rsidTr="00AD4BC9">
        <w:tc>
          <w:tcPr>
            <w:tcW w:w="2689" w:type="dxa"/>
          </w:tcPr>
          <w:p w:rsidR="00AD4BC9" w:rsidRPr="00AD4BC9" w:rsidRDefault="00AD4BC9" w:rsidP="00AD4BC9">
            <w:pPr>
              <w:rPr>
                <w:rFonts w:cs="Arial"/>
                <w:b/>
                <w:bCs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b/>
                <w:bCs/>
                <w:sz w:val="20"/>
                <w:szCs w:val="20"/>
                <w:lang w:val="hu-HU"/>
              </w:rPr>
              <w:t xml:space="preserve">12.04. </w:t>
            </w:r>
          </w:p>
        </w:tc>
        <w:tc>
          <w:tcPr>
            <w:tcW w:w="6373" w:type="dxa"/>
          </w:tcPr>
          <w:p w:rsidR="00AD4BC9" w:rsidRPr="00AD4BC9" w:rsidRDefault="00AD4BC9" w:rsidP="00AD4BC9">
            <w:pPr>
              <w:rPr>
                <w:rFonts w:cs="Arial"/>
                <w:b/>
                <w:bCs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b/>
                <w:bCs/>
                <w:sz w:val="20"/>
                <w:szCs w:val="20"/>
                <w:lang w:val="hu-HU"/>
              </w:rPr>
              <w:t>Mikulás</w:t>
            </w:r>
          </w:p>
        </w:tc>
      </w:tr>
      <w:tr w:rsidR="00AD4BC9" w:rsidRPr="00AD4BC9" w:rsidTr="00AD4BC9">
        <w:tc>
          <w:tcPr>
            <w:tcW w:w="2689" w:type="dxa"/>
          </w:tcPr>
          <w:p w:rsidR="00AD4BC9" w:rsidRPr="00AD4BC9" w:rsidRDefault="00AD4BC9" w:rsidP="00AD4BC9">
            <w:pPr>
              <w:rPr>
                <w:rFonts w:cs="Arial"/>
                <w:b/>
                <w:bCs/>
                <w:sz w:val="20"/>
                <w:szCs w:val="20"/>
                <w:lang w:val="hu-HU"/>
              </w:rPr>
            </w:pPr>
          </w:p>
        </w:tc>
        <w:tc>
          <w:tcPr>
            <w:tcW w:w="6373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>Adventi sütivásár</w:t>
            </w:r>
          </w:p>
        </w:tc>
      </w:tr>
      <w:tr w:rsidR="00AD4BC9" w:rsidRPr="00AD4BC9" w:rsidTr="00AD4BC9">
        <w:tc>
          <w:tcPr>
            <w:tcW w:w="2689" w:type="dxa"/>
          </w:tcPr>
          <w:p w:rsidR="00AD4BC9" w:rsidRPr="00AD4BC9" w:rsidRDefault="00AD4BC9" w:rsidP="00AD4BC9">
            <w:pPr>
              <w:rPr>
                <w:rFonts w:cs="Arial"/>
                <w:b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b/>
                <w:sz w:val="20"/>
                <w:szCs w:val="20"/>
                <w:lang w:val="hu-HU"/>
              </w:rPr>
              <w:t>Január</w:t>
            </w:r>
          </w:p>
        </w:tc>
        <w:tc>
          <w:tcPr>
            <w:tcW w:w="6373" w:type="dxa"/>
          </w:tcPr>
          <w:p w:rsidR="00AD4BC9" w:rsidRPr="00AD4BC9" w:rsidRDefault="00AD4BC9" w:rsidP="00AD4BC9">
            <w:pPr>
              <w:rPr>
                <w:rFonts w:cs="Arial"/>
                <w:sz w:val="16"/>
                <w:szCs w:val="16"/>
                <w:lang w:val="hu-HU"/>
              </w:rPr>
            </w:pPr>
          </w:p>
        </w:tc>
      </w:tr>
      <w:tr w:rsidR="00AD4BC9" w:rsidRPr="00D1002A" w:rsidTr="00AD4BC9">
        <w:tc>
          <w:tcPr>
            <w:tcW w:w="2689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 xml:space="preserve">01.15. </w:t>
            </w:r>
          </w:p>
        </w:tc>
        <w:tc>
          <w:tcPr>
            <w:tcW w:w="6373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 xml:space="preserve">DÖK ülés </w:t>
            </w:r>
            <w:r w:rsidRPr="00AD4BC9">
              <w:rPr>
                <w:rFonts w:cs="Arial"/>
                <w:sz w:val="20"/>
                <w:szCs w:val="20"/>
                <w:lang w:val="hu-HU"/>
              </w:rPr>
              <w:br/>
              <w:t>Az első félév munkájának értékelése</w:t>
            </w:r>
            <w:r w:rsidRPr="00AD4BC9">
              <w:rPr>
                <w:rFonts w:cs="Arial"/>
                <w:sz w:val="20"/>
                <w:szCs w:val="20"/>
                <w:lang w:val="hu-HU"/>
              </w:rPr>
              <w:br/>
              <w:t>Második félév feladatai</w:t>
            </w:r>
            <w:r w:rsidRPr="00AD4BC9">
              <w:rPr>
                <w:rFonts w:cs="Arial"/>
                <w:sz w:val="20"/>
                <w:szCs w:val="20"/>
                <w:lang w:val="hu-HU"/>
              </w:rPr>
              <w:br/>
              <w:t>A Magyar Kultúra napján tartandó szavalóverseny előkészítése, feladatok ütemezése</w:t>
            </w:r>
            <w:r w:rsidRPr="00AD4BC9">
              <w:rPr>
                <w:rFonts w:cs="Arial"/>
                <w:sz w:val="20"/>
                <w:szCs w:val="20"/>
                <w:lang w:val="hu-HU"/>
              </w:rPr>
              <w:br/>
              <w:t>Aktualitások</w:t>
            </w:r>
          </w:p>
        </w:tc>
      </w:tr>
      <w:tr w:rsidR="00AD4BC9" w:rsidRPr="00D1002A" w:rsidTr="00AD4BC9">
        <w:tc>
          <w:tcPr>
            <w:tcW w:w="2689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>01.22</w:t>
            </w:r>
          </w:p>
        </w:tc>
        <w:tc>
          <w:tcPr>
            <w:tcW w:w="6373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>Versmondó verseny a megye technikumainak a Magyar kultúra napján</w:t>
            </w:r>
          </w:p>
        </w:tc>
      </w:tr>
      <w:tr w:rsidR="00AD4BC9" w:rsidRPr="00AD4BC9" w:rsidTr="00AD4BC9">
        <w:tc>
          <w:tcPr>
            <w:tcW w:w="2689" w:type="dxa"/>
          </w:tcPr>
          <w:p w:rsidR="00AD4BC9" w:rsidRPr="00AD4BC9" w:rsidRDefault="00AD4BC9" w:rsidP="00AD4BC9">
            <w:pPr>
              <w:rPr>
                <w:rFonts w:cs="Arial"/>
                <w:b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b/>
                <w:sz w:val="20"/>
                <w:szCs w:val="20"/>
                <w:lang w:val="hu-HU"/>
              </w:rPr>
              <w:t>Február</w:t>
            </w:r>
          </w:p>
        </w:tc>
        <w:tc>
          <w:tcPr>
            <w:tcW w:w="6373" w:type="dxa"/>
          </w:tcPr>
          <w:p w:rsidR="00AD4BC9" w:rsidRPr="00AD4BC9" w:rsidRDefault="00AD4BC9" w:rsidP="00AD4BC9">
            <w:pPr>
              <w:rPr>
                <w:rFonts w:cs="Arial"/>
                <w:sz w:val="16"/>
                <w:szCs w:val="16"/>
                <w:lang w:val="hu-HU"/>
              </w:rPr>
            </w:pPr>
          </w:p>
        </w:tc>
      </w:tr>
      <w:tr w:rsidR="00AD4BC9" w:rsidRPr="00AD4BC9" w:rsidTr="00AD4BC9">
        <w:tc>
          <w:tcPr>
            <w:tcW w:w="2689" w:type="dxa"/>
          </w:tcPr>
          <w:p w:rsidR="00AD4BC9" w:rsidRPr="00AD4BC9" w:rsidRDefault="00AD4BC9" w:rsidP="00AD4BC9">
            <w:pPr>
              <w:rPr>
                <w:rFonts w:cs="Arial"/>
                <w:b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b/>
                <w:sz w:val="20"/>
                <w:szCs w:val="20"/>
                <w:lang w:val="hu-HU"/>
              </w:rPr>
              <w:t>02.12.</w:t>
            </w:r>
          </w:p>
        </w:tc>
        <w:tc>
          <w:tcPr>
            <w:tcW w:w="6373" w:type="dxa"/>
          </w:tcPr>
          <w:p w:rsidR="00AD4BC9" w:rsidRPr="00AD4BC9" w:rsidRDefault="00AD4BC9" w:rsidP="00AD4BC9">
            <w:pPr>
              <w:rPr>
                <w:rFonts w:cs="Arial"/>
                <w:b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b/>
                <w:sz w:val="20"/>
                <w:szCs w:val="20"/>
                <w:lang w:val="hu-HU"/>
              </w:rPr>
              <w:t>DÖK nap, Diáknap</w:t>
            </w:r>
          </w:p>
        </w:tc>
      </w:tr>
      <w:tr w:rsidR="00AD4BC9" w:rsidRPr="00AD4BC9" w:rsidTr="00AD4BC9">
        <w:tc>
          <w:tcPr>
            <w:tcW w:w="2689" w:type="dxa"/>
          </w:tcPr>
          <w:p w:rsidR="00AD4BC9" w:rsidRPr="00AD4BC9" w:rsidRDefault="00AD4BC9" w:rsidP="00AD4BC9">
            <w:pPr>
              <w:rPr>
                <w:rFonts w:cs="Arial"/>
                <w:b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b/>
                <w:sz w:val="20"/>
                <w:szCs w:val="20"/>
                <w:lang w:val="hu-HU"/>
              </w:rPr>
              <w:t>Március</w:t>
            </w:r>
          </w:p>
        </w:tc>
        <w:tc>
          <w:tcPr>
            <w:tcW w:w="6373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</w:p>
        </w:tc>
      </w:tr>
      <w:tr w:rsidR="00AD4BC9" w:rsidRPr="00D1002A" w:rsidTr="00AD4BC9">
        <w:tc>
          <w:tcPr>
            <w:tcW w:w="2689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 xml:space="preserve">03.05. </w:t>
            </w:r>
          </w:p>
        </w:tc>
        <w:tc>
          <w:tcPr>
            <w:tcW w:w="6373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>DÖK ülés</w:t>
            </w:r>
            <w:r w:rsidRPr="00AD4BC9">
              <w:rPr>
                <w:rFonts w:cs="Arial"/>
                <w:sz w:val="20"/>
                <w:szCs w:val="20"/>
                <w:lang w:val="hu-HU"/>
              </w:rPr>
              <w:br/>
              <w:t>Reformkori témahét előkészítése</w:t>
            </w:r>
            <w:r w:rsidRPr="00AD4BC9">
              <w:rPr>
                <w:rFonts w:cs="Arial"/>
                <w:sz w:val="20"/>
                <w:szCs w:val="20"/>
                <w:lang w:val="hu-HU"/>
              </w:rPr>
              <w:br/>
              <w:t>Aktualitások</w:t>
            </w:r>
          </w:p>
        </w:tc>
      </w:tr>
      <w:tr w:rsidR="00AD4BC9" w:rsidRPr="00AD4BC9" w:rsidTr="00AD4BC9">
        <w:tc>
          <w:tcPr>
            <w:tcW w:w="2689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>03.10 – 03.17</w:t>
            </w:r>
          </w:p>
        </w:tc>
        <w:tc>
          <w:tcPr>
            <w:tcW w:w="6373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>Reformkori témahét</w:t>
            </w:r>
          </w:p>
        </w:tc>
      </w:tr>
      <w:tr w:rsidR="00AD4BC9" w:rsidRPr="00AD4BC9" w:rsidTr="00AD4BC9">
        <w:tc>
          <w:tcPr>
            <w:tcW w:w="2689" w:type="dxa"/>
          </w:tcPr>
          <w:p w:rsidR="00AD4BC9" w:rsidRPr="00AD4BC9" w:rsidRDefault="00AD4BC9" w:rsidP="00AD4BC9">
            <w:pPr>
              <w:rPr>
                <w:rFonts w:cs="Arial"/>
                <w:b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b/>
                <w:sz w:val="20"/>
                <w:szCs w:val="20"/>
                <w:lang w:val="hu-HU"/>
              </w:rPr>
              <w:t>Április</w:t>
            </w:r>
          </w:p>
        </w:tc>
        <w:tc>
          <w:tcPr>
            <w:tcW w:w="6373" w:type="dxa"/>
          </w:tcPr>
          <w:p w:rsidR="00AD4BC9" w:rsidRPr="00AD4BC9" w:rsidRDefault="00AD4BC9" w:rsidP="00AD4BC9">
            <w:pPr>
              <w:rPr>
                <w:rFonts w:cs="Arial"/>
                <w:sz w:val="16"/>
                <w:szCs w:val="16"/>
                <w:lang w:val="hu-HU"/>
              </w:rPr>
            </w:pPr>
          </w:p>
        </w:tc>
      </w:tr>
      <w:tr w:rsidR="00AD4BC9" w:rsidRPr="00AD4BC9" w:rsidTr="00AD4BC9">
        <w:tc>
          <w:tcPr>
            <w:tcW w:w="2689" w:type="dxa"/>
          </w:tcPr>
          <w:p w:rsidR="00AD4BC9" w:rsidRPr="00AD4BC9" w:rsidRDefault="00AD4BC9" w:rsidP="00AD4BC9">
            <w:pPr>
              <w:rPr>
                <w:rFonts w:cs="Arial"/>
                <w:bCs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bCs/>
                <w:sz w:val="20"/>
                <w:szCs w:val="20"/>
                <w:lang w:val="hu-HU"/>
              </w:rPr>
              <w:t>04. 06.</w:t>
            </w:r>
          </w:p>
        </w:tc>
        <w:tc>
          <w:tcPr>
            <w:tcW w:w="6373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>DÖK ülés</w:t>
            </w:r>
          </w:p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>Aktualitások</w:t>
            </w:r>
          </w:p>
        </w:tc>
      </w:tr>
      <w:tr w:rsidR="00AD4BC9" w:rsidRPr="00D1002A" w:rsidTr="00AD4BC9">
        <w:tc>
          <w:tcPr>
            <w:tcW w:w="2689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>04.20.</w:t>
            </w:r>
          </w:p>
        </w:tc>
        <w:tc>
          <w:tcPr>
            <w:tcW w:w="6373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>DÖK ülés</w:t>
            </w:r>
            <w:r w:rsidRPr="00AD4BC9">
              <w:rPr>
                <w:rFonts w:cs="Arial"/>
                <w:sz w:val="20"/>
                <w:szCs w:val="20"/>
                <w:lang w:val="hu-HU"/>
              </w:rPr>
              <w:br/>
              <w:t>Aktualitások</w:t>
            </w:r>
            <w:r w:rsidRPr="00AD4BC9">
              <w:rPr>
                <w:rFonts w:cs="Arial"/>
                <w:sz w:val="20"/>
                <w:szCs w:val="20"/>
                <w:lang w:val="hu-HU"/>
              </w:rPr>
              <w:br/>
              <w:t>12. évfolyam munkájának megköszönése</w:t>
            </w:r>
          </w:p>
        </w:tc>
      </w:tr>
      <w:tr w:rsidR="00AD4BC9" w:rsidRPr="00AD4BC9" w:rsidTr="00AD4BC9">
        <w:trPr>
          <w:trHeight w:val="162"/>
        </w:trPr>
        <w:tc>
          <w:tcPr>
            <w:tcW w:w="2689" w:type="dxa"/>
          </w:tcPr>
          <w:p w:rsidR="00AD4BC9" w:rsidRPr="00AD4BC9" w:rsidRDefault="00AD4BC9" w:rsidP="00AD4BC9">
            <w:pPr>
              <w:rPr>
                <w:rFonts w:cs="Arial"/>
                <w:b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b/>
                <w:sz w:val="20"/>
                <w:szCs w:val="20"/>
                <w:lang w:val="hu-HU"/>
              </w:rPr>
              <w:t>Május</w:t>
            </w:r>
          </w:p>
        </w:tc>
        <w:tc>
          <w:tcPr>
            <w:tcW w:w="6373" w:type="dxa"/>
          </w:tcPr>
          <w:p w:rsidR="00AD4BC9" w:rsidRPr="00AD4BC9" w:rsidRDefault="00AD4BC9" w:rsidP="00AD4BC9">
            <w:pPr>
              <w:rPr>
                <w:rFonts w:cs="Arial"/>
                <w:sz w:val="16"/>
                <w:szCs w:val="16"/>
                <w:lang w:val="hu-HU"/>
              </w:rPr>
            </w:pPr>
          </w:p>
        </w:tc>
      </w:tr>
      <w:tr w:rsidR="00AD4BC9" w:rsidRPr="00D1002A" w:rsidTr="00AD4BC9">
        <w:trPr>
          <w:trHeight w:val="162"/>
        </w:trPr>
        <w:tc>
          <w:tcPr>
            <w:tcW w:w="2689" w:type="dxa"/>
          </w:tcPr>
          <w:p w:rsidR="00AD4BC9" w:rsidRPr="00AD4BC9" w:rsidRDefault="00AD4BC9" w:rsidP="00AD4BC9">
            <w:pPr>
              <w:rPr>
                <w:rFonts w:cs="Arial"/>
                <w:b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b/>
                <w:sz w:val="20"/>
                <w:szCs w:val="20"/>
                <w:lang w:val="hu-HU"/>
              </w:rPr>
              <w:t>05.14.</w:t>
            </w:r>
          </w:p>
        </w:tc>
        <w:tc>
          <w:tcPr>
            <w:tcW w:w="6373" w:type="dxa"/>
          </w:tcPr>
          <w:p w:rsidR="00AD4BC9" w:rsidRPr="00AD4BC9" w:rsidRDefault="00AD4BC9" w:rsidP="00AD4BC9">
            <w:pPr>
              <w:rPr>
                <w:rFonts w:cs="Arial"/>
                <w:sz w:val="20"/>
                <w:szCs w:val="20"/>
                <w:lang w:val="hu-HU"/>
              </w:rPr>
            </w:pPr>
            <w:r w:rsidRPr="00AD4BC9">
              <w:rPr>
                <w:rFonts w:cs="Arial"/>
                <w:sz w:val="20"/>
                <w:szCs w:val="20"/>
                <w:lang w:val="hu-HU"/>
              </w:rPr>
              <w:t>DÖK záró ülés</w:t>
            </w:r>
            <w:r w:rsidRPr="00AD4BC9">
              <w:rPr>
                <w:rFonts w:cs="Arial"/>
                <w:sz w:val="20"/>
                <w:szCs w:val="20"/>
                <w:lang w:val="hu-HU"/>
              </w:rPr>
              <w:br/>
              <w:t>Az éves munka értékelése</w:t>
            </w:r>
          </w:p>
        </w:tc>
      </w:tr>
    </w:tbl>
    <w:p w:rsidR="00AD4BC9" w:rsidRPr="00AD4BC9" w:rsidRDefault="00AD4BC9" w:rsidP="00AD4BC9">
      <w:pPr>
        <w:rPr>
          <w:rFonts w:cs="Arial"/>
          <w:lang w:val="hu-HU"/>
        </w:rPr>
      </w:pPr>
    </w:p>
    <w:p w:rsidR="00AD4BC9" w:rsidRDefault="00AD4BC9" w:rsidP="00AD4BC9">
      <w:pPr>
        <w:rPr>
          <w:rFonts w:cs="Arial"/>
          <w:lang w:val="hu-HU"/>
        </w:rPr>
      </w:pPr>
      <w:r w:rsidRPr="00AD4BC9">
        <w:rPr>
          <w:rFonts w:cs="Arial"/>
          <w:lang w:val="hu-HU"/>
        </w:rPr>
        <w:t xml:space="preserve">Szombathely, 2026. szeptember 11. </w:t>
      </w:r>
    </w:p>
    <w:p w:rsidR="00AD4BC9" w:rsidRPr="00AD4BC9" w:rsidRDefault="00AD4BC9" w:rsidP="00906206">
      <w:pPr>
        <w:jc w:val="right"/>
        <w:rPr>
          <w:rFonts w:cs="Arial"/>
          <w:sz w:val="24"/>
          <w:szCs w:val="24"/>
          <w:lang w:val="hu-HU"/>
        </w:rPr>
      </w:pPr>
      <w:r w:rsidRPr="00AD4BC9">
        <w:rPr>
          <w:rFonts w:cs="Arial"/>
          <w:sz w:val="24"/>
          <w:szCs w:val="24"/>
          <w:lang w:val="hu-HU"/>
        </w:rPr>
        <w:t xml:space="preserve">                                              Némethné Baráth Anikó                          Gaál Flóra</w:t>
      </w:r>
      <w:r w:rsidRPr="00AD4BC9">
        <w:rPr>
          <w:rFonts w:cs="Arial"/>
          <w:sz w:val="24"/>
          <w:szCs w:val="24"/>
          <w:lang w:val="hu-HU"/>
        </w:rPr>
        <w:br/>
      </w:r>
      <w:r w:rsidRPr="00AD4BC9">
        <w:rPr>
          <w:rFonts w:cs="Arial"/>
          <w:lang w:val="hu-HU"/>
        </w:rPr>
        <w:t xml:space="preserve">                   DÖK elnök                                 igazgató                                           DMS tanár</w:t>
      </w:r>
    </w:p>
    <w:p w:rsidR="00906206" w:rsidRDefault="00906206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hu-HU"/>
        </w:rPr>
      </w:pPr>
      <w:bookmarkStart w:id="59" w:name="_Toc241234010"/>
      <w:r>
        <w:rPr>
          <w:lang w:val="hu-HU"/>
        </w:rPr>
        <w:br w:type="page"/>
      </w:r>
    </w:p>
    <w:p w:rsidR="00D90008" w:rsidRPr="003B6C41" w:rsidRDefault="002F667C" w:rsidP="002F667C">
      <w:pPr>
        <w:pStyle w:val="Cmsor1"/>
        <w:rPr>
          <w:lang w:val="hu-HU"/>
        </w:rPr>
      </w:pPr>
      <w:r>
        <w:rPr>
          <w:lang w:val="hu-HU"/>
        </w:rPr>
        <w:lastRenderedPageBreak/>
        <w:t xml:space="preserve">5. </w:t>
      </w:r>
      <w:r w:rsidR="00401DCD" w:rsidRPr="006E7BE4">
        <w:rPr>
          <w:lang w:val="hu-HU"/>
        </w:rPr>
        <w:t>számú melléklet</w:t>
      </w:r>
      <w:bookmarkEnd w:id="59"/>
      <w:r w:rsidR="00401DCD" w:rsidRPr="006E7BE4">
        <w:rPr>
          <w:lang w:val="hu-HU"/>
        </w:rPr>
        <w:t xml:space="preserve"> </w:t>
      </w:r>
    </w:p>
    <w:p w:rsidR="00D90008" w:rsidRPr="004D0422" w:rsidRDefault="00D90008" w:rsidP="003B6C41">
      <w:pPr>
        <w:pStyle w:val="Cmsor1"/>
        <w:rPr>
          <w:lang w:val="hu-HU"/>
        </w:rPr>
      </w:pPr>
      <w:bookmarkStart w:id="60" w:name="_Toc241234011"/>
      <w:r w:rsidRPr="004D0422">
        <w:rPr>
          <w:lang w:val="hu-HU"/>
        </w:rPr>
        <w:t>Pályaorientációs munkaterv</w:t>
      </w:r>
      <w:bookmarkEnd w:id="60"/>
    </w:p>
    <w:p w:rsidR="00D90008" w:rsidRPr="00D90008" w:rsidRDefault="00D90008" w:rsidP="00D9000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hu-HU"/>
        </w:rPr>
      </w:pPr>
    </w:p>
    <w:p w:rsidR="00D90008" w:rsidRPr="00D90008" w:rsidRDefault="00D90008" w:rsidP="00D90008">
      <w:pPr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hu-HU"/>
        </w:rPr>
      </w:pPr>
      <w:r w:rsidRPr="00D9000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hu-HU"/>
        </w:rPr>
        <w:t>Egészségügyi és sport ágazati képzések népszerűsítésére</w:t>
      </w:r>
    </w:p>
    <w:p w:rsidR="00D90008" w:rsidRPr="00D90008" w:rsidRDefault="00D90008" w:rsidP="00D90008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hu-HU"/>
        </w:rPr>
      </w:pPr>
      <w:r w:rsidRPr="00D90008">
        <w:rPr>
          <w:rFonts w:ascii="Times New Roman" w:hAnsi="Times New Roman" w:cs="Times New Roman"/>
          <w:color w:val="000000" w:themeColor="text1"/>
          <w:sz w:val="28"/>
          <w:szCs w:val="28"/>
          <w:lang w:val="hu-HU"/>
        </w:rPr>
        <w:br/>
      </w:r>
    </w:p>
    <w:p w:rsidR="00D90008" w:rsidRPr="00D90008" w:rsidRDefault="00D90008" w:rsidP="00D90008">
      <w:pPr>
        <w:jc w:val="center"/>
        <w:rPr>
          <w:rFonts w:ascii="Times New Roman" w:hAnsi="Times New Roman" w:cs="Times New Roman"/>
          <w:b/>
          <w:bCs/>
          <w:color w:val="000000" w:themeColor="text1"/>
          <w:sz w:val="40"/>
          <w:szCs w:val="40"/>
          <w:lang w:val="hu-HU"/>
        </w:rPr>
      </w:pPr>
      <w:r w:rsidRPr="00D90008">
        <w:rPr>
          <w:rFonts w:ascii="Times New Roman" w:hAnsi="Times New Roman" w:cs="Times New Roman"/>
          <w:b/>
          <w:bCs/>
          <w:color w:val="000000" w:themeColor="text1"/>
          <w:sz w:val="40"/>
          <w:szCs w:val="40"/>
          <w:lang w:val="hu-HU"/>
        </w:rPr>
        <w:t>2026/2027-es tanév</w:t>
      </w:r>
    </w:p>
    <w:p w:rsidR="00D90008" w:rsidRPr="00D90008" w:rsidRDefault="00D90008" w:rsidP="00D9000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hu-HU"/>
        </w:rPr>
      </w:pPr>
    </w:p>
    <w:p w:rsidR="00D90008" w:rsidRPr="00D90008" w:rsidRDefault="00D90008" w:rsidP="00D9000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hu-HU"/>
        </w:rPr>
      </w:pPr>
    </w:p>
    <w:p w:rsidR="00D90008" w:rsidRPr="00D90008" w:rsidRDefault="00D90008" w:rsidP="00D9000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hu-HU"/>
        </w:rPr>
      </w:pPr>
    </w:p>
    <w:p w:rsidR="00D90008" w:rsidRPr="00D90008" w:rsidRDefault="00D90008" w:rsidP="00D9000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hu-HU"/>
        </w:rPr>
      </w:pPr>
    </w:p>
    <w:p w:rsidR="00D90008" w:rsidRPr="00D90008" w:rsidRDefault="00D90008" w:rsidP="00D9000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hu-HU"/>
        </w:rPr>
      </w:pPr>
    </w:p>
    <w:p w:rsidR="00D90008" w:rsidRPr="00D90008" w:rsidRDefault="00D90008" w:rsidP="00D9000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hu-HU"/>
        </w:rPr>
      </w:pPr>
    </w:p>
    <w:p w:rsidR="00D90008" w:rsidRPr="00D90008" w:rsidRDefault="00D90008" w:rsidP="00D9000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hu-HU"/>
        </w:rPr>
      </w:pPr>
    </w:p>
    <w:p w:rsidR="00D90008" w:rsidRPr="00D90008" w:rsidRDefault="00D90008" w:rsidP="00D9000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hu-HU"/>
        </w:rPr>
      </w:pPr>
    </w:p>
    <w:p w:rsidR="00D90008" w:rsidRPr="00D90008" w:rsidRDefault="00D90008" w:rsidP="00D9000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hu-HU"/>
        </w:rPr>
      </w:pPr>
    </w:p>
    <w:p w:rsidR="00D90008" w:rsidRPr="00D90008" w:rsidRDefault="00D90008" w:rsidP="00D9000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hu-HU"/>
        </w:rPr>
      </w:pPr>
    </w:p>
    <w:p w:rsidR="00D90008" w:rsidRPr="00D90008" w:rsidRDefault="00D90008" w:rsidP="00D9000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hu-HU"/>
        </w:rPr>
      </w:pPr>
    </w:p>
    <w:p w:rsidR="00D90008" w:rsidRPr="00D90008" w:rsidRDefault="00D90008" w:rsidP="00D9000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hu-HU"/>
        </w:rPr>
      </w:pPr>
    </w:p>
    <w:p w:rsidR="00D90008" w:rsidRDefault="00D90008" w:rsidP="00D90008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hu-HU"/>
        </w:rPr>
      </w:pPr>
      <w:r w:rsidRPr="00D90008">
        <w:rPr>
          <w:rFonts w:ascii="Times New Roman" w:hAnsi="Times New Roman" w:cs="Times New Roman"/>
          <w:color w:val="000000" w:themeColor="text1"/>
          <w:sz w:val="24"/>
          <w:szCs w:val="24"/>
          <w:lang w:val="hu-HU"/>
        </w:rPr>
        <w:t>Iskola neve: PTE Szent-Györgyi Albert Egészségügyi Technikum</w:t>
      </w:r>
    </w:p>
    <w:p w:rsidR="002F667C" w:rsidRDefault="002F667C" w:rsidP="00D90008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hu-HU"/>
        </w:rPr>
      </w:pPr>
    </w:p>
    <w:p w:rsidR="002F667C" w:rsidRPr="00D90008" w:rsidRDefault="002F667C" w:rsidP="00D90008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hu-HU"/>
        </w:rPr>
      </w:pPr>
    </w:p>
    <w:p w:rsidR="004D0422" w:rsidRDefault="004D0422" w:rsidP="004D0422">
      <w:pPr>
        <w:rPr>
          <w:lang w:val="hu-HU"/>
        </w:rPr>
      </w:pPr>
    </w:p>
    <w:p w:rsidR="00D90008" w:rsidRPr="00D90008" w:rsidRDefault="00D90008" w:rsidP="004D0422">
      <w:pPr>
        <w:rPr>
          <w:lang w:val="hu-HU"/>
        </w:rPr>
      </w:pPr>
      <w:r w:rsidRPr="00D90008">
        <w:rPr>
          <w:lang w:val="hu-HU"/>
        </w:rPr>
        <w:t>ÁLTALÁNOS CÉL:</w:t>
      </w:r>
    </w:p>
    <w:p w:rsidR="00D90008" w:rsidRPr="00D90008" w:rsidRDefault="00D90008" w:rsidP="004D0422">
      <w:pPr>
        <w:rPr>
          <w:rFonts w:asciiTheme="minorHAnsi" w:hAnsiTheme="minorHAnsi"/>
          <w:color w:val="auto"/>
          <w:lang w:val="hu-HU"/>
        </w:rPr>
      </w:pPr>
    </w:p>
    <w:p w:rsidR="00D90008" w:rsidRPr="00D90008" w:rsidRDefault="00D90008" w:rsidP="004D0422">
      <w:pPr>
        <w:rPr>
          <w:color w:val="000000" w:themeColor="text1"/>
          <w:sz w:val="24"/>
          <w:szCs w:val="24"/>
          <w:lang w:val="hu-HU"/>
        </w:rPr>
      </w:pPr>
      <w:r w:rsidRPr="00D90008">
        <w:rPr>
          <w:color w:val="000000" w:themeColor="text1"/>
          <w:sz w:val="24"/>
          <w:szCs w:val="24"/>
          <w:lang w:val="hu-HU"/>
        </w:rPr>
        <w:t>Az iskola vonzóbbá tétele a megyei általános iskolák   7–8. osztályos tanulói és szüleik számára.</w:t>
      </w:r>
    </w:p>
    <w:p w:rsidR="00D90008" w:rsidRPr="00D90008" w:rsidRDefault="00D90008" w:rsidP="004D0422">
      <w:pPr>
        <w:rPr>
          <w:color w:val="000000" w:themeColor="text1"/>
          <w:sz w:val="24"/>
          <w:szCs w:val="24"/>
          <w:lang w:val="hu-HU"/>
        </w:rPr>
      </w:pPr>
      <w:r w:rsidRPr="00D90008">
        <w:rPr>
          <w:color w:val="000000" w:themeColor="text1"/>
          <w:sz w:val="24"/>
          <w:szCs w:val="24"/>
          <w:lang w:val="hu-HU"/>
        </w:rPr>
        <w:t>A jelentkezők számának növelése a 9. évfolyamra.</w:t>
      </w:r>
    </w:p>
    <w:p w:rsidR="00D90008" w:rsidRPr="00D90008" w:rsidRDefault="00D90008" w:rsidP="004D0422">
      <w:pPr>
        <w:rPr>
          <w:lang w:val="hu-HU"/>
        </w:rPr>
      </w:pPr>
      <w:r w:rsidRPr="00D90008">
        <w:rPr>
          <w:lang w:val="hu-HU"/>
        </w:rPr>
        <w:t>KONKRÉT CÉLOK ÉS MÉRHETŐ CÉLÉRTÉKEK:</w:t>
      </w:r>
    </w:p>
    <w:tbl>
      <w:tblPr>
        <w:tblpPr w:leftFromText="141" w:rightFromText="141" w:vertAnchor="text" w:horzAnchor="margin" w:tblpY="425"/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0"/>
        <w:gridCol w:w="3104"/>
        <w:gridCol w:w="3296"/>
      </w:tblGrid>
      <w:tr w:rsidR="00D90008" w:rsidRPr="00D90008" w:rsidTr="002B4FA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90008" w:rsidRPr="00D90008" w:rsidRDefault="00D90008" w:rsidP="004D0422">
            <w:pPr>
              <w:rPr>
                <w:rFonts w:eastAsia="Times New Roman"/>
                <w:color w:val="auto"/>
                <w:sz w:val="24"/>
                <w:szCs w:val="24"/>
                <w:lang w:val="hu-HU" w:eastAsia="hu-HU"/>
              </w:rPr>
            </w:pPr>
            <w:r w:rsidRPr="00D90008">
              <w:rPr>
                <w:rFonts w:eastAsia="Times New Roman"/>
                <w:color w:val="auto"/>
                <w:sz w:val="24"/>
                <w:szCs w:val="24"/>
                <w:lang w:val="hu-HU" w:eastAsia="hu-HU"/>
              </w:rPr>
              <w:t>Célterület</w:t>
            </w:r>
          </w:p>
        </w:tc>
        <w:tc>
          <w:tcPr>
            <w:tcW w:w="0" w:type="auto"/>
            <w:vAlign w:val="center"/>
            <w:hideMark/>
          </w:tcPr>
          <w:p w:rsidR="00D90008" w:rsidRPr="00D90008" w:rsidRDefault="00D90008" w:rsidP="004D0422">
            <w:pPr>
              <w:rPr>
                <w:rFonts w:eastAsia="Times New Roman"/>
                <w:color w:val="auto"/>
                <w:sz w:val="24"/>
                <w:szCs w:val="24"/>
                <w:lang w:val="hu-HU" w:eastAsia="hu-HU"/>
              </w:rPr>
            </w:pPr>
            <w:r w:rsidRPr="00D90008">
              <w:rPr>
                <w:rFonts w:eastAsia="Times New Roman"/>
                <w:color w:val="auto"/>
                <w:sz w:val="24"/>
                <w:szCs w:val="24"/>
                <w:lang w:val="hu-HU" w:eastAsia="hu-HU"/>
              </w:rPr>
              <w:t>Tevékenység</w:t>
            </w:r>
          </w:p>
        </w:tc>
        <w:tc>
          <w:tcPr>
            <w:tcW w:w="0" w:type="auto"/>
            <w:vAlign w:val="center"/>
            <w:hideMark/>
          </w:tcPr>
          <w:p w:rsidR="00D90008" w:rsidRPr="00D90008" w:rsidRDefault="00D90008" w:rsidP="004D0422">
            <w:pPr>
              <w:rPr>
                <w:rFonts w:eastAsia="Times New Roman"/>
                <w:color w:val="auto"/>
                <w:sz w:val="24"/>
                <w:szCs w:val="24"/>
                <w:lang w:val="hu-HU" w:eastAsia="hu-HU"/>
              </w:rPr>
            </w:pPr>
            <w:r w:rsidRPr="00D90008">
              <w:rPr>
                <w:rFonts w:eastAsia="Times New Roman"/>
                <w:color w:val="auto"/>
                <w:sz w:val="24"/>
                <w:szCs w:val="24"/>
                <w:lang w:val="hu-HU" w:eastAsia="hu-HU"/>
              </w:rPr>
              <w:t>Mérhető célérték</w:t>
            </w:r>
          </w:p>
        </w:tc>
      </w:tr>
      <w:tr w:rsidR="00D90008" w:rsidRPr="00D90008" w:rsidTr="002B4FA0">
        <w:trPr>
          <w:trHeight w:val="1021"/>
          <w:tblCellSpacing w:w="15" w:type="dxa"/>
        </w:trPr>
        <w:tc>
          <w:tcPr>
            <w:tcW w:w="0" w:type="auto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Ismertség növelése</w:t>
            </w:r>
          </w:p>
        </w:tc>
        <w:tc>
          <w:tcPr>
            <w:tcW w:w="0" w:type="auto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Online és offline kampány (Facebook, Insta, iskola honlap)</w:t>
            </w:r>
          </w:p>
        </w:tc>
        <w:tc>
          <w:tcPr>
            <w:tcW w:w="0" w:type="auto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 xml:space="preserve">Posztok heti 2 alkalommal; </w:t>
            </w:r>
          </w:p>
        </w:tc>
      </w:tr>
      <w:tr w:rsidR="00D90008" w:rsidRPr="00D1002A" w:rsidTr="002B4FA0">
        <w:trPr>
          <w:trHeight w:val="1021"/>
          <w:tblCellSpacing w:w="15" w:type="dxa"/>
        </w:trPr>
        <w:tc>
          <w:tcPr>
            <w:tcW w:w="0" w:type="auto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Személyes élmény biztosítása</w:t>
            </w:r>
          </w:p>
        </w:tc>
        <w:tc>
          <w:tcPr>
            <w:tcW w:w="0" w:type="auto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Nyílt nap szervezése az érdeklődő diákoknak és szülőknek</w:t>
            </w:r>
          </w:p>
        </w:tc>
        <w:tc>
          <w:tcPr>
            <w:tcW w:w="0" w:type="auto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2 nyílt nap/tanév; résztvevők száma legalább 150 fő összesen</w:t>
            </w:r>
          </w:p>
        </w:tc>
      </w:tr>
      <w:tr w:rsidR="00D90008" w:rsidRPr="00D1002A" w:rsidTr="002B4FA0">
        <w:trPr>
          <w:trHeight w:val="1021"/>
          <w:tblCellSpacing w:w="15" w:type="dxa"/>
        </w:trPr>
        <w:tc>
          <w:tcPr>
            <w:tcW w:w="0" w:type="auto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Pályaorientációs foglalkozások</w:t>
            </w:r>
          </w:p>
        </w:tc>
        <w:tc>
          <w:tcPr>
            <w:tcW w:w="0" w:type="auto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7–8. osztályosoknak rendhagyó órák, szakmai bemutatók, versenyek</w:t>
            </w:r>
          </w:p>
        </w:tc>
        <w:tc>
          <w:tcPr>
            <w:tcW w:w="0" w:type="auto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Legalább 2 partneriskolában megtartva, 200 tanulót elérve</w:t>
            </w:r>
          </w:p>
        </w:tc>
      </w:tr>
      <w:tr w:rsidR="00D90008" w:rsidRPr="00D1002A" w:rsidTr="002B4FA0">
        <w:trPr>
          <w:trHeight w:val="1021"/>
          <w:tblCellSpacing w:w="15" w:type="dxa"/>
        </w:trPr>
        <w:tc>
          <w:tcPr>
            <w:tcW w:w="0" w:type="auto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Személyes kapcsolat</w:t>
            </w:r>
          </w:p>
        </w:tc>
        <w:tc>
          <w:tcPr>
            <w:tcW w:w="0" w:type="auto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Pályaválasztási kiállításokon, börzéken való részvétel</w:t>
            </w:r>
          </w:p>
        </w:tc>
        <w:tc>
          <w:tcPr>
            <w:tcW w:w="0" w:type="auto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Nagyobb helyi rendezvényen jelenlét, min. 1 esemény/év</w:t>
            </w:r>
          </w:p>
        </w:tc>
      </w:tr>
      <w:tr w:rsidR="00D90008" w:rsidRPr="00D1002A" w:rsidTr="002B4FA0">
        <w:trPr>
          <w:trHeight w:val="1021"/>
          <w:tblCellSpacing w:w="15" w:type="dxa"/>
        </w:trPr>
        <w:tc>
          <w:tcPr>
            <w:tcW w:w="0" w:type="auto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Tanulói vonzerő növelése</w:t>
            </w:r>
          </w:p>
        </w:tc>
        <w:tc>
          <w:tcPr>
            <w:tcW w:w="0" w:type="auto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Videók, diákélet bemutatása (</w:t>
            </w:r>
            <w:proofErr w:type="spellStart"/>
            <w:r w:rsidRPr="00D9000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TikTok</w:t>
            </w:r>
            <w:proofErr w:type="spellEnd"/>
            <w:r w:rsidRPr="00D9000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, rövidfilm, diákinterjúk)</w:t>
            </w:r>
          </w:p>
        </w:tc>
        <w:tc>
          <w:tcPr>
            <w:tcW w:w="0" w:type="auto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Félév alatt 4 db rövid videó készül</w:t>
            </w:r>
          </w:p>
        </w:tc>
      </w:tr>
      <w:tr w:rsidR="00D90008" w:rsidRPr="00D1002A" w:rsidTr="002B4FA0">
        <w:trPr>
          <w:trHeight w:val="1021"/>
          <w:tblCellSpacing w:w="15" w:type="dxa"/>
        </w:trPr>
        <w:tc>
          <w:tcPr>
            <w:tcW w:w="0" w:type="auto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Érdeklődések követése</w:t>
            </w:r>
          </w:p>
        </w:tc>
        <w:tc>
          <w:tcPr>
            <w:tcW w:w="0" w:type="auto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Online regisztrációs űrlap a nyílt napra</w:t>
            </w:r>
          </w:p>
        </w:tc>
        <w:tc>
          <w:tcPr>
            <w:tcW w:w="0" w:type="auto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Regisztrálók száma legalább 120 fő/év</w:t>
            </w:r>
          </w:p>
        </w:tc>
      </w:tr>
      <w:tr w:rsidR="00D90008" w:rsidRPr="00D1002A" w:rsidTr="002B4FA0">
        <w:trPr>
          <w:trHeight w:val="1021"/>
          <w:tblCellSpacing w:w="15" w:type="dxa"/>
        </w:trPr>
        <w:tc>
          <w:tcPr>
            <w:tcW w:w="0" w:type="auto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Eredményesség</w:t>
            </w:r>
          </w:p>
        </w:tc>
        <w:tc>
          <w:tcPr>
            <w:tcW w:w="0" w:type="auto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Beiratkozott 9.-esek száma</w:t>
            </w:r>
          </w:p>
        </w:tc>
        <w:tc>
          <w:tcPr>
            <w:tcW w:w="0" w:type="auto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 w:eastAsia="hu-HU"/>
              </w:rPr>
              <w:t>A jelentkezők száma min. 10 %-kal növekszik az előző tanévhez képest</w:t>
            </w:r>
          </w:p>
        </w:tc>
      </w:tr>
    </w:tbl>
    <w:p w:rsidR="00D90008" w:rsidRPr="00D90008" w:rsidRDefault="00D90008" w:rsidP="00D90008">
      <w:pPr>
        <w:rPr>
          <w:rFonts w:asciiTheme="minorHAnsi" w:hAnsiTheme="minorHAnsi"/>
          <w:color w:val="auto"/>
          <w:lang w:val="hu-HU"/>
        </w:rPr>
        <w:sectPr w:rsidR="00D90008" w:rsidRPr="00D90008" w:rsidSect="00034616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:rsidR="00D90008" w:rsidRPr="00D90008" w:rsidRDefault="00D90008" w:rsidP="004D0422">
      <w:pPr>
        <w:rPr>
          <w:rFonts w:ascii="Times New Roman" w:eastAsiaTheme="majorEastAsia" w:hAnsi="Times New Roman" w:cs="Times New Roman"/>
          <w:b/>
          <w:bCs/>
          <w:color w:val="0070C0"/>
          <w:sz w:val="28"/>
          <w:szCs w:val="28"/>
          <w:lang w:val="hu-HU"/>
        </w:rPr>
      </w:pPr>
      <w:r w:rsidRPr="004D0422">
        <w:rPr>
          <w:lang w:val="hu-HU"/>
        </w:rPr>
        <w:lastRenderedPageBreak/>
        <w:t>KONKRÉT TEVÉKENYSÉGEK</w:t>
      </w:r>
      <w:r w:rsidRPr="00D90008">
        <w:rPr>
          <w:rFonts w:ascii="Times New Roman" w:eastAsiaTheme="majorEastAsia" w:hAnsi="Times New Roman" w:cs="Times New Roman"/>
          <w:b/>
          <w:bCs/>
          <w:color w:val="0070C0"/>
          <w:sz w:val="28"/>
          <w:szCs w:val="28"/>
          <w:lang w:val="hu-HU"/>
        </w:rPr>
        <w:t>:</w:t>
      </w:r>
    </w:p>
    <w:p w:rsidR="00D90008" w:rsidRPr="00D90008" w:rsidRDefault="00D90008" w:rsidP="004D0422">
      <w:pPr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  <w:lang w:val="hu-HU"/>
        </w:rPr>
      </w:pPr>
      <w:r w:rsidRPr="00D90008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  <w:lang w:val="hu-HU"/>
        </w:rPr>
        <w:t>Szeptember – Február (8. osztályosokra fókuszálva)</w:t>
      </w:r>
    </w:p>
    <w:tbl>
      <w:tblPr>
        <w:tblW w:w="15033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1"/>
        <w:gridCol w:w="2835"/>
        <w:gridCol w:w="2693"/>
        <w:gridCol w:w="2693"/>
        <w:gridCol w:w="2268"/>
        <w:gridCol w:w="2693"/>
      </w:tblGrid>
      <w:tr w:rsidR="00D90008" w:rsidRPr="00D90008" w:rsidTr="002B4FA0">
        <w:trPr>
          <w:trHeight w:val="300"/>
          <w:jc w:val="center"/>
        </w:trPr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u-HU" w:eastAsia="hu-HU"/>
              </w:rPr>
              <w:t>Dátum:</w:t>
            </w:r>
            <w:r w:rsidRPr="00D900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-HU" w:eastAsia="hu-HU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u-HU" w:eastAsia="hu-HU"/>
              </w:rPr>
              <w:t>Program/Tevékenység:</w:t>
            </w:r>
            <w:r w:rsidRPr="00D900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-HU" w:eastAsia="hu-HU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u-HU" w:eastAsia="hu-HU"/>
              </w:rPr>
              <w:t>Cél: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u-HU" w:eastAsia="hu-HU"/>
              </w:rPr>
              <w:t>Résztvevők:</w:t>
            </w:r>
            <w:r w:rsidRPr="00D900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-HU" w:eastAsia="hu-HU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u-HU" w:eastAsia="hu-HU"/>
              </w:rPr>
              <w:t>Segítők:</w:t>
            </w:r>
            <w:r w:rsidRPr="00D900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-HU" w:eastAsia="hu-HU"/>
              </w:rPr>
              <w:t> </w:t>
            </w:r>
          </w:p>
        </w:tc>
        <w:tc>
          <w:tcPr>
            <w:tcW w:w="269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u-HU" w:eastAsia="hu-HU"/>
              </w:rPr>
              <w:t>Felelősök:</w:t>
            </w:r>
            <w:r w:rsidRPr="00D900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-HU" w:eastAsia="hu-HU"/>
              </w:rPr>
              <w:t> </w:t>
            </w:r>
          </w:p>
        </w:tc>
      </w:tr>
      <w:tr w:rsidR="00D90008" w:rsidRPr="00D1002A" w:rsidTr="002B4FA0">
        <w:trPr>
          <w:trHeight w:val="900"/>
          <w:jc w:val="center"/>
        </w:trPr>
        <w:tc>
          <w:tcPr>
            <w:tcW w:w="1851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2026. Szeptember/október</w:t>
            </w:r>
          </w:p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2026. Szeptember/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Általános Iskolák Pályaorientációért felelős tanároknak szóló tájékoztatás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Bemutatkozás, érdeklődés felkeltése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Általános iskolák pályaorientációért felelős tanárok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Tantestület tagjai és az iskola tanulói/vezetőség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Büki Beatrix/ </w:t>
            </w:r>
            <w:proofErr w:type="spellStart"/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Katzler</w:t>
            </w:r>
            <w:proofErr w:type="spellEnd"/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Ábel Áron</w:t>
            </w:r>
          </w:p>
        </w:tc>
      </w:tr>
      <w:tr w:rsidR="00D90008" w:rsidRPr="00D1002A" w:rsidTr="002B4FA0">
        <w:trPr>
          <w:trHeight w:val="822"/>
          <w:jc w:val="center"/>
        </w:trPr>
        <w:tc>
          <w:tcPr>
            <w:tcW w:w="1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Táblás iskolák tájékoztatása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Érdeklődés felkeltése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Általános iskolák tanulói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Tantestület tagjai és az iskola tanulói/vezetőség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Büki Beatrix/ </w:t>
            </w:r>
            <w:proofErr w:type="spellStart"/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Katzler</w:t>
            </w:r>
            <w:proofErr w:type="spellEnd"/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Ábel Áron</w:t>
            </w:r>
          </w:p>
        </w:tc>
      </w:tr>
      <w:tr w:rsidR="00D90008" w:rsidRPr="00D1002A" w:rsidTr="002B4FA0">
        <w:trPr>
          <w:trHeight w:val="822"/>
          <w:jc w:val="center"/>
        </w:trPr>
        <w:tc>
          <w:tcPr>
            <w:tcW w:w="1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2026.Szeptember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Iskolai pályaorientációs kiadvány készítése; szakmákat bemutató rövid videók készítése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Bemutatkozás, érdeklődés felkeltése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Általános iskolák tanulói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Tantestület tagjai és az iskola tanulói/vezetőség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Büki Beatrix/ </w:t>
            </w:r>
            <w:proofErr w:type="spellStart"/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Katzler</w:t>
            </w:r>
            <w:proofErr w:type="spellEnd"/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Ábel Áron</w:t>
            </w:r>
          </w:p>
        </w:tc>
      </w:tr>
      <w:tr w:rsidR="00D90008" w:rsidRPr="00D1002A" w:rsidTr="002B4FA0">
        <w:trPr>
          <w:trHeight w:val="815"/>
          <w:jc w:val="center"/>
        </w:trPr>
        <w:tc>
          <w:tcPr>
            <w:tcW w:w="1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 w:themeColor="text1"/>
                <w:lang w:val="hu-HU" w:eastAsia="hu-HU"/>
              </w:rPr>
              <w:t>2026. Október 14-15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Pályaválasztási és képzési kiállítás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Aktív élményszerzés, szülők bevonása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Általános iskolák és Középiskolák tanulói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Tantestület tagjai és az iskola tanulói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Büki Beatrix/ </w:t>
            </w:r>
            <w:proofErr w:type="spellStart"/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Katzler</w:t>
            </w:r>
            <w:proofErr w:type="spellEnd"/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Ábel Áron</w:t>
            </w:r>
          </w:p>
        </w:tc>
      </w:tr>
      <w:tr w:rsidR="00D90008" w:rsidRPr="00D1002A" w:rsidTr="002B4FA0">
        <w:trPr>
          <w:trHeight w:val="815"/>
          <w:jc w:val="center"/>
        </w:trPr>
        <w:tc>
          <w:tcPr>
            <w:tcW w:w="1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 w:themeColor="text1"/>
                <w:lang w:val="hu-HU" w:eastAsia="hu-HU"/>
              </w:rPr>
              <w:t>2026. Október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Szülői tájékoztatón való részvétel általános iskolákban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auto"/>
                <w:lang w:val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Aktív élményszerzés, szülők bevonása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Általános iskolák tanulói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Tantestület tagjai és az iskola tanulói/vezetőség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Büki Beatrix/ </w:t>
            </w:r>
            <w:proofErr w:type="spellStart"/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Katzler</w:t>
            </w:r>
            <w:proofErr w:type="spellEnd"/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Ábel Áron</w:t>
            </w:r>
          </w:p>
        </w:tc>
      </w:tr>
      <w:tr w:rsidR="00D90008" w:rsidRPr="00D1002A" w:rsidTr="002B4FA0">
        <w:trPr>
          <w:trHeight w:val="542"/>
          <w:jc w:val="center"/>
        </w:trPr>
        <w:tc>
          <w:tcPr>
            <w:tcW w:w="1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2026. November 26.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000000"/>
                <w:lang w:val="hu-HU" w:eastAsia="hu-HU"/>
              </w:rPr>
              <w:t>Nyílt nap</w:t>
            </w: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(Vidéki Általános Iskolák részére)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Aktív élményszerzés, láthatóság növelése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Általános iskolák tanulói és szüleik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Tantestület tagjai és az iskola tanulói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Büki Beatrix/ </w:t>
            </w:r>
            <w:proofErr w:type="spellStart"/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Katzler</w:t>
            </w:r>
            <w:proofErr w:type="spellEnd"/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Ábel Áron</w:t>
            </w:r>
          </w:p>
        </w:tc>
      </w:tr>
      <w:tr w:rsidR="00D90008" w:rsidRPr="00D1002A" w:rsidTr="002B4FA0">
        <w:trPr>
          <w:trHeight w:val="542"/>
          <w:jc w:val="center"/>
        </w:trPr>
        <w:tc>
          <w:tcPr>
            <w:tcW w:w="1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2026. December 03.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000000"/>
                <w:lang w:val="hu-HU" w:eastAsia="hu-HU"/>
              </w:rPr>
              <w:t>Nyílt nap</w:t>
            </w: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(Szombathelyi Általános Iskolák részére)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auto"/>
                <w:lang w:val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Aktív élményszerzés, láthatóság növelése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Általános iskolák tanulói és szüleik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Tantestület tagjai és az iskola tanulói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Büki Beatrix/ </w:t>
            </w:r>
            <w:proofErr w:type="spellStart"/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Katzler</w:t>
            </w:r>
            <w:proofErr w:type="spellEnd"/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Ábel Áron</w:t>
            </w:r>
          </w:p>
        </w:tc>
      </w:tr>
      <w:tr w:rsidR="00D90008" w:rsidRPr="00D90008" w:rsidTr="002B4FA0">
        <w:trPr>
          <w:trHeight w:val="693"/>
          <w:jc w:val="center"/>
        </w:trPr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2027. Január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u-HU" w:eastAsia="hu-HU"/>
              </w:rPr>
            </w:pPr>
          </w:p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000000"/>
                <w:lang w:val="hu-HU" w:eastAsia="hu-HU"/>
              </w:rPr>
              <w:t>Pályaorientációs nap/EDUCATIO</w:t>
            </w:r>
          </w:p>
          <w:p w:rsidR="00D90008" w:rsidRPr="00D90008" w:rsidRDefault="00D90008" w:rsidP="00D9000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u-HU" w:eastAsia="hu-HU"/>
              </w:rPr>
            </w:pPr>
          </w:p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u-HU" w:eastAsia="hu-H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Aktív élményszerzés, </w:t>
            </w:r>
          </w:p>
          <w:p w:rsidR="00D90008" w:rsidRPr="00D90008" w:rsidRDefault="00D90008" w:rsidP="00D9000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Iskolánk 12. évfolyam tanulói Általános Iskolák tanulói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Tantestület tagjai és az iskola tanulói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Simon Bence/Szegedi Noémi</w:t>
            </w:r>
          </w:p>
        </w:tc>
      </w:tr>
      <w:tr w:rsidR="00D90008" w:rsidRPr="00D1002A" w:rsidTr="002B4FA0">
        <w:trPr>
          <w:trHeight w:val="693"/>
          <w:jc w:val="center"/>
        </w:trPr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2027. Január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u-HU" w:eastAsia="hu-HU"/>
              </w:rPr>
            </w:pPr>
          </w:p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000000"/>
                <w:lang w:val="hu-HU" w:eastAsia="hu-HU"/>
              </w:rPr>
              <w:t>Pályaorientációs nap/EDUCATIO</w:t>
            </w:r>
          </w:p>
          <w:p w:rsidR="00D90008" w:rsidRPr="00D90008" w:rsidRDefault="00D90008" w:rsidP="00D9000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u-HU" w:eastAsia="hu-HU"/>
              </w:rPr>
            </w:pPr>
          </w:p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u-HU" w:eastAsia="hu-H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lastRenderedPageBreak/>
              <w:t xml:space="preserve">Aktív élményszerzés, </w:t>
            </w:r>
          </w:p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Iskolánk 9-11. évfolyam tanulói Általános Iskolák tanulói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Tantestület tagjai és az iskola tanulói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Büki Beatrix/ </w:t>
            </w:r>
            <w:proofErr w:type="spellStart"/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Katzler</w:t>
            </w:r>
            <w:proofErr w:type="spellEnd"/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Ábel Áron</w:t>
            </w:r>
          </w:p>
        </w:tc>
      </w:tr>
      <w:tr w:rsidR="00D90008" w:rsidRPr="00D1002A" w:rsidTr="002B4FA0">
        <w:trPr>
          <w:trHeight w:val="693"/>
          <w:jc w:val="center"/>
        </w:trPr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2027. Február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u-HU" w:eastAsia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Segítség a jelentkezéshez; motivációs kampány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Jelentkezési hajrá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Általános Iskolák tanulói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Tantestület tagjai és az iskola tanulói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Büki Beatrix/ </w:t>
            </w:r>
            <w:proofErr w:type="spellStart"/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Katzler</w:t>
            </w:r>
            <w:proofErr w:type="spellEnd"/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Ábel Áron</w:t>
            </w:r>
          </w:p>
        </w:tc>
      </w:tr>
    </w:tbl>
    <w:p w:rsidR="00D90008" w:rsidRPr="00D90008" w:rsidRDefault="00D90008" w:rsidP="00D90008">
      <w:pPr>
        <w:rPr>
          <w:rFonts w:asciiTheme="minorHAnsi" w:hAnsiTheme="minorHAnsi"/>
          <w:color w:val="auto"/>
          <w:lang w:val="hu-HU"/>
        </w:rPr>
      </w:pPr>
    </w:p>
    <w:p w:rsidR="00D90008" w:rsidRPr="00D90008" w:rsidRDefault="00D90008" w:rsidP="004D0422">
      <w:pPr>
        <w:rPr>
          <w:lang w:val="hu-HU"/>
        </w:rPr>
      </w:pPr>
      <w:r w:rsidRPr="00D90008">
        <w:rPr>
          <w:lang w:val="hu-HU"/>
        </w:rPr>
        <w:t>Március – Június (alsóbb évfolyamoknak)</w:t>
      </w:r>
    </w:p>
    <w:p w:rsidR="00D90008" w:rsidRPr="00D90008" w:rsidRDefault="00D90008" w:rsidP="00D90008">
      <w:pPr>
        <w:rPr>
          <w:rFonts w:asciiTheme="minorHAnsi" w:hAnsiTheme="minorHAnsi"/>
          <w:color w:val="auto"/>
          <w:lang w:val="hu-HU"/>
        </w:rPr>
      </w:pPr>
    </w:p>
    <w:tbl>
      <w:tblPr>
        <w:tblW w:w="12466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3"/>
        <w:gridCol w:w="2835"/>
        <w:gridCol w:w="1961"/>
        <w:gridCol w:w="2410"/>
        <w:gridCol w:w="2268"/>
        <w:gridCol w:w="1559"/>
      </w:tblGrid>
      <w:tr w:rsidR="00D90008" w:rsidRPr="00D90008" w:rsidTr="002B4FA0">
        <w:trPr>
          <w:trHeight w:val="300"/>
          <w:jc w:val="center"/>
        </w:trPr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u-HU" w:eastAsia="hu-HU"/>
              </w:rPr>
              <w:t>Dátum:</w:t>
            </w:r>
            <w:r w:rsidRPr="00D900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-HU" w:eastAsia="hu-HU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u-HU" w:eastAsia="hu-HU"/>
              </w:rPr>
              <w:t>Program/Tevékenység:</w:t>
            </w:r>
            <w:r w:rsidRPr="00D900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-HU" w:eastAsia="hu-HU"/>
              </w:rPr>
              <w:t> 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u-HU" w:eastAsia="hu-HU"/>
              </w:rPr>
              <w:t>Cél: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u-HU" w:eastAsia="hu-HU"/>
              </w:rPr>
              <w:t>Résztvevők:</w:t>
            </w:r>
            <w:r w:rsidRPr="00D900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-HU" w:eastAsia="hu-HU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u-HU" w:eastAsia="hu-HU"/>
              </w:rPr>
              <w:t>Segítők:</w:t>
            </w:r>
            <w:r w:rsidRPr="00D900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-HU" w:eastAsia="hu-HU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u-HU" w:eastAsia="hu-HU"/>
              </w:rPr>
              <w:t>Felelősök:</w:t>
            </w:r>
            <w:r w:rsidRPr="00D900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-HU" w:eastAsia="hu-HU"/>
              </w:rPr>
              <w:t> </w:t>
            </w:r>
          </w:p>
        </w:tc>
      </w:tr>
      <w:tr w:rsidR="00D90008" w:rsidRPr="00D1002A" w:rsidTr="002B4FA0">
        <w:trPr>
          <w:trHeight w:val="900"/>
          <w:jc w:val="center"/>
        </w:trPr>
        <w:tc>
          <w:tcPr>
            <w:tcW w:w="14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2027. Március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val="hu-HU" w:eastAsia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 xml:space="preserve">Mini egészségnap; Test és lélek nap: posztok az </w:t>
            </w:r>
            <w:proofErr w:type="spellStart"/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Instragramon</w:t>
            </w:r>
            <w:proofErr w:type="spellEnd"/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, Facebook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Érdeklődés megalapozása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Általános iskolák tanulói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Tantestület tagjai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Büki Beatrix/ </w:t>
            </w:r>
            <w:proofErr w:type="spellStart"/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Katzler</w:t>
            </w:r>
            <w:proofErr w:type="spellEnd"/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Ábel Áron</w:t>
            </w:r>
          </w:p>
        </w:tc>
      </w:tr>
      <w:tr w:rsidR="00D90008" w:rsidRPr="00D1002A" w:rsidTr="002B4FA0">
        <w:trPr>
          <w:trHeight w:val="900"/>
          <w:jc w:val="center"/>
        </w:trPr>
        <w:tc>
          <w:tcPr>
            <w:tcW w:w="14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2027. Március 12.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auto"/>
                <w:lang w:val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Vese világnapja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auto"/>
                <w:lang w:val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Kapcsolattartás, élmény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Általános iskolák tanulói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Tantestület tagjai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Büki Beatrix/ </w:t>
            </w:r>
            <w:proofErr w:type="spellStart"/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Katzler</w:t>
            </w:r>
            <w:proofErr w:type="spellEnd"/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Ábel Áron</w:t>
            </w:r>
          </w:p>
        </w:tc>
      </w:tr>
      <w:tr w:rsidR="00D90008" w:rsidRPr="00D1002A" w:rsidTr="002B4FA0">
        <w:trPr>
          <w:trHeight w:val="822"/>
          <w:jc w:val="center"/>
        </w:trPr>
        <w:tc>
          <w:tcPr>
            <w:tcW w:w="14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2027. Április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Egészségnap: online kvízverseny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Kapcsolattartás, élmény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Általános iskolák tanulói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Tantestület tagjai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Büki Beatrix/ </w:t>
            </w:r>
            <w:proofErr w:type="spellStart"/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Katzler</w:t>
            </w:r>
            <w:proofErr w:type="spellEnd"/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Ábel Áron</w:t>
            </w:r>
          </w:p>
        </w:tc>
      </w:tr>
      <w:tr w:rsidR="00D90008" w:rsidRPr="00D1002A" w:rsidTr="002B4FA0">
        <w:trPr>
          <w:trHeight w:val="822"/>
          <w:jc w:val="center"/>
        </w:trPr>
        <w:tc>
          <w:tcPr>
            <w:tcW w:w="14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2027. Május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„Hétköznap hősök” rövid videók megosztása”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Érdeklődés felkeltése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Általános iskolák tanulói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Tantestület tagjai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Büki Beatrix/ </w:t>
            </w:r>
            <w:proofErr w:type="spellStart"/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Katzler</w:t>
            </w:r>
            <w:proofErr w:type="spellEnd"/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Ábel Áron</w:t>
            </w:r>
          </w:p>
        </w:tc>
      </w:tr>
      <w:tr w:rsidR="00D90008" w:rsidRPr="00D90008" w:rsidTr="002B4FA0">
        <w:trPr>
          <w:trHeight w:val="822"/>
          <w:jc w:val="center"/>
        </w:trPr>
        <w:tc>
          <w:tcPr>
            <w:tcW w:w="14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2027. Június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auto"/>
                <w:lang w:val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Nyári tábor szervezés; ajándékcsomag a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auto"/>
                <w:lang w:val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Érzelmi kötődés építése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Általános iskolák tanulói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Tantestület tagjai és az iskola tanulói/vezetőség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90008" w:rsidRPr="00D90008" w:rsidRDefault="00D90008" w:rsidP="00D9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Tóth Judit/???</w:t>
            </w:r>
          </w:p>
        </w:tc>
      </w:tr>
    </w:tbl>
    <w:p w:rsidR="00D90008" w:rsidRPr="00D90008" w:rsidRDefault="00D90008" w:rsidP="00D90008">
      <w:pPr>
        <w:rPr>
          <w:rFonts w:asciiTheme="minorHAnsi" w:hAnsiTheme="minorHAnsi"/>
          <w:color w:val="auto"/>
          <w:lang w:val="hu-HU"/>
        </w:rPr>
      </w:pPr>
    </w:p>
    <w:p w:rsidR="00D90008" w:rsidRPr="00D90008" w:rsidRDefault="00D90008" w:rsidP="00D90008">
      <w:pPr>
        <w:rPr>
          <w:rFonts w:asciiTheme="minorHAnsi" w:hAnsiTheme="minorHAnsi"/>
          <w:color w:val="auto"/>
          <w:lang w:val="hu-HU"/>
        </w:rPr>
        <w:sectPr w:rsidR="00D90008" w:rsidRPr="00D90008" w:rsidSect="002B4FA0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D90008" w:rsidRPr="00D90008" w:rsidRDefault="00D90008" w:rsidP="004D0422">
      <w:pPr>
        <w:rPr>
          <w:lang w:val="hu-HU"/>
        </w:rPr>
      </w:pPr>
      <w:r w:rsidRPr="00D90008">
        <w:rPr>
          <w:lang w:val="hu-HU"/>
        </w:rPr>
        <w:lastRenderedPageBreak/>
        <w:t>EGÉSZSÉG ÉS SPORT VILÁGNAPOKHOZ KÖTÖTT ONLINE TEVÉKENYSÉGEK:</w:t>
      </w:r>
    </w:p>
    <w:tbl>
      <w:tblPr>
        <w:tblpPr w:leftFromText="141" w:rightFromText="141" w:vertAnchor="text" w:horzAnchor="margin" w:tblpXSpec="center" w:tblpY="-34"/>
        <w:tblOverlap w:val="never"/>
        <w:tblW w:w="864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9"/>
        <w:gridCol w:w="1827"/>
        <w:gridCol w:w="1490"/>
        <w:gridCol w:w="3119"/>
        <w:gridCol w:w="1417"/>
      </w:tblGrid>
      <w:tr w:rsidR="00D90008" w:rsidRPr="00D90008" w:rsidTr="002B4FA0">
        <w:trPr>
          <w:tblHeader/>
          <w:tblCellSpacing w:w="15" w:type="dxa"/>
        </w:trPr>
        <w:tc>
          <w:tcPr>
            <w:tcW w:w="744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Hónap</w:t>
            </w:r>
          </w:p>
        </w:tc>
        <w:tc>
          <w:tcPr>
            <w:tcW w:w="1797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Világnap</w:t>
            </w:r>
          </w:p>
        </w:tc>
        <w:tc>
          <w:tcPr>
            <w:tcW w:w="1460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Célterület</w:t>
            </w:r>
          </w:p>
        </w:tc>
        <w:tc>
          <w:tcPr>
            <w:tcW w:w="3089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Online szavazós tevékenység</w:t>
            </w:r>
          </w:p>
        </w:tc>
        <w:tc>
          <w:tcPr>
            <w:tcW w:w="1372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hu-HU" w:eastAsia="hu-HU"/>
              </w:rPr>
              <w:t>Mérhető célérték</w:t>
            </w:r>
          </w:p>
        </w:tc>
      </w:tr>
      <w:tr w:rsidR="00D90008" w:rsidRPr="00D90008" w:rsidTr="002B4FA0">
        <w:trPr>
          <w:tblCellSpacing w:w="15" w:type="dxa"/>
        </w:trPr>
        <w:tc>
          <w:tcPr>
            <w:tcW w:w="744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hu-HU" w:eastAsia="hu-HU"/>
              </w:rPr>
              <w:t>Szept.</w:t>
            </w:r>
          </w:p>
        </w:tc>
        <w:tc>
          <w:tcPr>
            <w:tcW w:w="1797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Európai Mobilitási Hét (szept. 16–22.)</w:t>
            </w:r>
          </w:p>
        </w:tc>
        <w:tc>
          <w:tcPr>
            <w:tcW w:w="1460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Környezet-tudatosság + sport</w:t>
            </w:r>
          </w:p>
        </w:tc>
        <w:tc>
          <w:tcPr>
            <w:tcW w:w="3089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Story kérdés: „Mivel jársz suliba?”</w:t>
            </w:r>
          </w:p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Gyalog </w:t>
            </w: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Bicikli/roller </w:t>
            </w:r>
          </w:p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Busszal</w:t>
            </w:r>
          </w:p>
        </w:tc>
        <w:tc>
          <w:tcPr>
            <w:tcW w:w="1372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Min. 100 válasz</w:t>
            </w:r>
          </w:p>
        </w:tc>
      </w:tr>
      <w:tr w:rsidR="00D90008" w:rsidRPr="00D90008" w:rsidTr="002B4FA0">
        <w:trPr>
          <w:tblCellSpacing w:w="15" w:type="dxa"/>
        </w:trPr>
        <w:tc>
          <w:tcPr>
            <w:tcW w:w="744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hu-HU" w:eastAsia="hu-HU"/>
              </w:rPr>
              <w:t>Okt.</w:t>
            </w:r>
          </w:p>
        </w:tc>
        <w:tc>
          <w:tcPr>
            <w:tcW w:w="1797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Lelki Egészség Világnapja (okt. 10.)</w:t>
            </w:r>
          </w:p>
        </w:tc>
        <w:tc>
          <w:tcPr>
            <w:tcW w:w="1460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Mentális egészség</w:t>
            </w:r>
          </w:p>
        </w:tc>
        <w:tc>
          <w:tcPr>
            <w:tcW w:w="3089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Szavazás: „Hogy vezeted le a stresszt?” </w:t>
            </w:r>
          </w:p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Sporttal </w:t>
            </w: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Zenével </w:t>
            </w:r>
          </w:p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Barátokkal</w:t>
            </w:r>
          </w:p>
        </w:tc>
        <w:tc>
          <w:tcPr>
            <w:tcW w:w="1372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Min. 80 válasz</w:t>
            </w:r>
          </w:p>
        </w:tc>
      </w:tr>
      <w:tr w:rsidR="00D90008" w:rsidRPr="00D90008" w:rsidTr="002B4FA0">
        <w:trPr>
          <w:tblCellSpacing w:w="15" w:type="dxa"/>
        </w:trPr>
        <w:tc>
          <w:tcPr>
            <w:tcW w:w="744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hu-HU" w:eastAsia="hu-HU"/>
              </w:rPr>
              <w:t>Nov.</w:t>
            </w:r>
          </w:p>
        </w:tc>
        <w:tc>
          <w:tcPr>
            <w:tcW w:w="1797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Füstmentes Világnap (nov. 3.)</w:t>
            </w:r>
          </w:p>
        </w:tc>
        <w:tc>
          <w:tcPr>
            <w:tcW w:w="1460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Dohányzás-megelőzés</w:t>
            </w:r>
          </w:p>
        </w:tc>
        <w:tc>
          <w:tcPr>
            <w:tcW w:w="3089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proofErr w:type="spellStart"/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Quiz</w:t>
            </w:r>
            <w:proofErr w:type="spellEnd"/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: „Mit nyersz, ha nem dohányzol?” </w:t>
            </w:r>
          </w:p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Több pénzt </w:t>
            </w:r>
          </w:p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Jobb sportteljesítmény </w:t>
            </w:r>
          </w:p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Frissebb lehelet </w:t>
            </w:r>
          </w:p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Mindezt együtt </w:t>
            </w: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✅</w:t>
            </w:r>
          </w:p>
        </w:tc>
        <w:tc>
          <w:tcPr>
            <w:tcW w:w="1372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Min. 100 kitöltés</w:t>
            </w:r>
          </w:p>
        </w:tc>
      </w:tr>
      <w:tr w:rsidR="00D90008" w:rsidRPr="00D90008" w:rsidTr="002B4FA0">
        <w:trPr>
          <w:tblCellSpacing w:w="15" w:type="dxa"/>
        </w:trPr>
        <w:tc>
          <w:tcPr>
            <w:tcW w:w="744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hu-HU" w:eastAsia="hu-HU"/>
              </w:rPr>
              <w:t>Dec.</w:t>
            </w:r>
          </w:p>
        </w:tc>
        <w:tc>
          <w:tcPr>
            <w:tcW w:w="1797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AIDS világnap (dec. 1.)</w:t>
            </w:r>
          </w:p>
        </w:tc>
        <w:tc>
          <w:tcPr>
            <w:tcW w:w="1460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Egészségtudatosság</w:t>
            </w:r>
          </w:p>
        </w:tc>
        <w:tc>
          <w:tcPr>
            <w:tcW w:w="3089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Kvízkérdés: „Hogyan terjed a HIV?” (Többválasztós story </w:t>
            </w:r>
            <w:proofErr w:type="spellStart"/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quiz</w:t>
            </w:r>
            <w:proofErr w:type="spellEnd"/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)</w:t>
            </w:r>
          </w:p>
        </w:tc>
        <w:tc>
          <w:tcPr>
            <w:tcW w:w="1372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Min. 60 válasz</w:t>
            </w:r>
          </w:p>
        </w:tc>
      </w:tr>
      <w:tr w:rsidR="00D90008" w:rsidRPr="00D90008" w:rsidTr="002B4FA0">
        <w:trPr>
          <w:tblCellSpacing w:w="15" w:type="dxa"/>
        </w:trPr>
        <w:tc>
          <w:tcPr>
            <w:tcW w:w="744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hu-HU" w:eastAsia="hu-HU"/>
              </w:rPr>
              <w:t>Jan.</w:t>
            </w:r>
          </w:p>
        </w:tc>
        <w:tc>
          <w:tcPr>
            <w:tcW w:w="1797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Sport világnap (jan. 24.)</w:t>
            </w:r>
          </w:p>
        </w:tc>
        <w:tc>
          <w:tcPr>
            <w:tcW w:w="1460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Aktív életmód</w:t>
            </w:r>
          </w:p>
        </w:tc>
        <w:tc>
          <w:tcPr>
            <w:tcW w:w="3089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Story </w:t>
            </w:r>
            <w:proofErr w:type="spellStart"/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poll</w:t>
            </w:r>
            <w:proofErr w:type="spellEnd"/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: „Melyik sportot választanád inkább?” </w:t>
            </w:r>
          </w:p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Foci </w:t>
            </w:r>
          </w:p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Kosárlabda</w:t>
            </w:r>
          </w:p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Futás </w:t>
            </w:r>
          </w:p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Tánc</w:t>
            </w:r>
          </w:p>
        </w:tc>
        <w:tc>
          <w:tcPr>
            <w:tcW w:w="1372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Min. 120 válasz</w:t>
            </w:r>
          </w:p>
        </w:tc>
      </w:tr>
      <w:tr w:rsidR="00D90008" w:rsidRPr="00D90008" w:rsidTr="002B4FA0">
        <w:trPr>
          <w:tblCellSpacing w:w="15" w:type="dxa"/>
        </w:trPr>
        <w:tc>
          <w:tcPr>
            <w:tcW w:w="744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hu-HU" w:eastAsia="hu-HU"/>
              </w:rPr>
              <w:t>Febr.</w:t>
            </w:r>
          </w:p>
        </w:tc>
        <w:tc>
          <w:tcPr>
            <w:tcW w:w="1797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Rákellenes Világnap (febr. 4.)</w:t>
            </w:r>
          </w:p>
        </w:tc>
        <w:tc>
          <w:tcPr>
            <w:tcW w:w="1460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Egészséges életmód</w:t>
            </w:r>
          </w:p>
        </w:tc>
        <w:tc>
          <w:tcPr>
            <w:tcW w:w="3089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Story szavazás: „Melyiket ennéd inkább?” </w:t>
            </w:r>
          </w:p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Chips </w:t>
            </w: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Alma </w:t>
            </w:r>
          </w:p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Csoki </w:t>
            </w: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Banán</w:t>
            </w:r>
          </w:p>
        </w:tc>
        <w:tc>
          <w:tcPr>
            <w:tcW w:w="1372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Min. 80 szavazat</w:t>
            </w:r>
          </w:p>
        </w:tc>
      </w:tr>
      <w:tr w:rsidR="00D90008" w:rsidRPr="00D90008" w:rsidTr="002B4FA0">
        <w:trPr>
          <w:tblCellSpacing w:w="15" w:type="dxa"/>
        </w:trPr>
        <w:tc>
          <w:tcPr>
            <w:tcW w:w="744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hu-HU" w:eastAsia="hu-HU"/>
              </w:rPr>
              <w:t>Márc.</w:t>
            </w:r>
          </w:p>
        </w:tc>
        <w:tc>
          <w:tcPr>
            <w:tcW w:w="1797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Víz világnapja (márc. 22.)</w:t>
            </w:r>
          </w:p>
        </w:tc>
        <w:tc>
          <w:tcPr>
            <w:tcW w:w="1460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Egészséges életmód</w:t>
            </w:r>
          </w:p>
        </w:tc>
        <w:tc>
          <w:tcPr>
            <w:tcW w:w="3089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Story </w:t>
            </w:r>
            <w:proofErr w:type="spellStart"/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poll</w:t>
            </w:r>
            <w:proofErr w:type="spellEnd"/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: „Mennyit iszol naponta?” </w:t>
            </w:r>
          </w:p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1 liter alatt </w:t>
            </w: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1–2 liter </w:t>
            </w:r>
          </w:p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3 liter fölött</w:t>
            </w:r>
          </w:p>
        </w:tc>
        <w:tc>
          <w:tcPr>
            <w:tcW w:w="1372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Min. 100 válasz</w:t>
            </w:r>
          </w:p>
        </w:tc>
      </w:tr>
      <w:tr w:rsidR="00D90008" w:rsidRPr="00D90008" w:rsidTr="002B4FA0">
        <w:trPr>
          <w:tblCellSpacing w:w="15" w:type="dxa"/>
        </w:trPr>
        <w:tc>
          <w:tcPr>
            <w:tcW w:w="744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hu-HU" w:eastAsia="hu-HU"/>
              </w:rPr>
              <w:t>Ápr.</w:t>
            </w:r>
          </w:p>
        </w:tc>
        <w:tc>
          <w:tcPr>
            <w:tcW w:w="1797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Egészség Világnapja (ápr. 7.)</w:t>
            </w:r>
          </w:p>
        </w:tc>
        <w:tc>
          <w:tcPr>
            <w:tcW w:w="1460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Átfogó egészség</w:t>
            </w:r>
          </w:p>
        </w:tc>
        <w:tc>
          <w:tcPr>
            <w:tcW w:w="3089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Insta kvíz: „Mennyi alvás kell egy 14 évesnek naponta?” </w:t>
            </w:r>
          </w:p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4–6 óra </w:t>
            </w: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6–8 óra </w:t>
            </w:r>
          </w:p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8–10 óra </w:t>
            </w: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✅</w:t>
            </w:r>
          </w:p>
        </w:tc>
        <w:tc>
          <w:tcPr>
            <w:tcW w:w="1372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Min. 80 válasz</w:t>
            </w:r>
          </w:p>
        </w:tc>
      </w:tr>
      <w:tr w:rsidR="00D90008" w:rsidRPr="00D90008" w:rsidTr="002B4FA0">
        <w:trPr>
          <w:tblCellSpacing w:w="15" w:type="dxa"/>
        </w:trPr>
        <w:tc>
          <w:tcPr>
            <w:tcW w:w="744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hu-HU" w:eastAsia="hu-HU"/>
              </w:rPr>
              <w:t>Máj.</w:t>
            </w:r>
          </w:p>
        </w:tc>
        <w:tc>
          <w:tcPr>
            <w:tcW w:w="1797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Dohányzásmentes Világnap (máj. 31.)</w:t>
            </w:r>
          </w:p>
        </w:tc>
        <w:tc>
          <w:tcPr>
            <w:tcW w:w="1460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Prevenció</w:t>
            </w:r>
          </w:p>
        </w:tc>
        <w:tc>
          <w:tcPr>
            <w:tcW w:w="3089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Szavazás: „Mi a jobb?” </w:t>
            </w:r>
          </w:p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</w:t>
            </w:r>
            <w:proofErr w:type="spellStart"/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Cigizni</w:t>
            </w:r>
            <w:proofErr w:type="spellEnd"/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a szünetben </w:t>
            </w:r>
          </w:p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Nevetni a barátokkal</w:t>
            </w:r>
          </w:p>
        </w:tc>
        <w:tc>
          <w:tcPr>
            <w:tcW w:w="1372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Min. 100 szavazat</w:t>
            </w:r>
          </w:p>
        </w:tc>
      </w:tr>
      <w:tr w:rsidR="00D90008" w:rsidRPr="00D90008" w:rsidTr="002B4FA0">
        <w:trPr>
          <w:tblCellSpacing w:w="15" w:type="dxa"/>
        </w:trPr>
        <w:tc>
          <w:tcPr>
            <w:tcW w:w="744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hu-HU" w:eastAsia="hu-HU"/>
              </w:rPr>
              <w:t>Jún.</w:t>
            </w:r>
          </w:p>
        </w:tc>
        <w:tc>
          <w:tcPr>
            <w:tcW w:w="1797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Sport Világnap (jún. 23.)</w:t>
            </w:r>
          </w:p>
        </w:tc>
        <w:tc>
          <w:tcPr>
            <w:tcW w:w="1460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Mozgás népszerűsítése</w:t>
            </w:r>
          </w:p>
        </w:tc>
        <w:tc>
          <w:tcPr>
            <w:tcW w:w="3089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Story kérdés: „Melyik nyári mozgást próbálnád ki?”</w:t>
            </w:r>
          </w:p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</w:t>
            </w:r>
            <w:proofErr w:type="spellStart"/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Strandröpi</w:t>
            </w:r>
            <w:proofErr w:type="spellEnd"/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</w:t>
            </w: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Úszás </w:t>
            </w:r>
          </w:p>
          <w:p w:rsidR="00D90008" w:rsidRPr="00D90008" w:rsidRDefault="00D90008" w:rsidP="00D90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Gördeszka </w:t>
            </w:r>
            <w:r w:rsidRPr="00D90008">
              <w:rPr>
                <w:rFonts w:ascii="Segoe UI Emoji" w:eastAsia="Times New Roman" w:hAnsi="Segoe UI Emoji" w:cs="Segoe UI Emoji"/>
                <w:color w:val="auto"/>
                <w:sz w:val="20"/>
                <w:szCs w:val="20"/>
                <w:lang w:val="hu-HU" w:eastAsia="hu-HU"/>
              </w:rPr>
              <w:t>🔘</w:t>
            </w: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 xml:space="preserve"> Bicikli</w:t>
            </w:r>
          </w:p>
        </w:tc>
        <w:tc>
          <w:tcPr>
            <w:tcW w:w="1372" w:type="dxa"/>
            <w:vAlign w:val="center"/>
            <w:hideMark/>
          </w:tcPr>
          <w:p w:rsidR="00D90008" w:rsidRPr="00D90008" w:rsidRDefault="00D90008" w:rsidP="00D90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</w:pPr>
            <w:r w:rsidRPr="00D9000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u-HU" w:eastAsia="hu-HU"/>
              </w:rPr>
              <w:t>Min. 120 válasz</w:t>
            </w:r>
          </w:p>
        </w:tc>
      </w:tr>
    </w:tbl>
    <w:p w:rsidR="00D90008" w:rsidRPr="00D90008" w:rsidRDefault="00D90008" w:rsidP="00D90008">
      <w:pPr>
        <w:rPr>
          <w:rFonts w:ascii="Times New Roman" w:hAnsi="Times New Roman" w:cs="Times New Roman"/>
          <w:b/>
          <w:bCs/>
          <w:color w:val="auto"/>
          <w:lang w:val="hu-HU"/>
        </w:rPr>
      </w:pPr>
    </w:p>
    <w:p w:rsidR="00D90008" w:rsidRPr="00D90008" w:rsidRDefault="00D90008" w:rsidP="004D0422">
      <w:pPr>
        <w:rPr>
          <w:lang w:val="hu-HU"/>
        </w:rPr>
      </w:pPr>
      <w:r w:rsidRPr="00D90008">
        <w:rPr>
          <w:lang w:val="hu-HU"/>
        </w:rPr>
        <w:t>2026/2027-ES TANÉVRE VONATKOZÓ PÁLYAORIENTÁCIÓS JAVASLATOK:</w:t>
      </w:r>
    </w:p>
    <w:p w:rsidR="00D90008" w:rsidRPr="00D90008" w:rsidRDefault="00D90008" w:rsidP="003F3FC3">
      <w:pPr>
        <w:numPr>
          <w:ilvl w:val="0"/>
          <w:numId w:val="29"/>
        </w:numPr>
        <w:spacing w:after="0" w:line="240" w:lineRule="auto"/>
        <w:ind w:left="714" w:hanging="357"/>
        <w:contextualSpacing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D90008">
        <w:rPr>
          <w:rFonts w:ascii="Times New Roman" w:hAnsi="Times New Roman" w:cs="Times New Roman"/>
          <w:color w:val="auto"/>
          <w:sz w:val="24"/>
          <w:szCs w:val="24"/>
          <w:lang w:val="hu-HU"/>
        </w:rPr>
        <w:t>Szent-Györgyi hét egy napjára meghívni iskolát/iskolákat egy közös programra</w:t>
      </w:r>
    </w:p>
    <w:p w:rsidR="00D90008" w:rsidRPr="00D90008" w:rsidRDefault="00D90008" w:rsidP="003F3FC3">
      <w:pPr>
        <w:numPr>
          <w:ilvl w:val="0"/>
          <w:numId w:val="29"/>
        </w:numPr>
        <w:spacing w:after="0" w:line="240" w:lineRule="auto"/>
        <w:ind w:left="714" w:hanging="357"/>
        <w:contextualSpacing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D90008">
        <w:rPr>
          <w:rFonts w:ascii="Times New Roman" w:hAnsi="Times New Roman" w:cs="Times New Roman"/>
          <w:color w:val="auto"/>
          <w:sz w:val="24"/>
          <w:szCs w:val="24"/>
          <w:lang w:val="hu-HU"/>
        </w:rPr>
        <w:lastRenderedPageBreak/>
        <w:t>Pályaorientációs tanárokkal való szorosabb kapcsolat kiépítése (Könnyebben jutunk el a tanulókhoz rajtuk keresztül)</w:t>
      </w:r>
    </w:p>
    <w:p w:rsidR="00D90008" w:rsidRPr="00D90008" w:rsidRDefault="00D90008" w:rsidP="003F3FC3">
      <w:pPr>
        <w:numPr>
          <w:ilvl w:val="0"/>
          <w:numId w:val="29"/>
        </w:numPr>
        <w:spacing w:after="0" w:line="240" w:lineRule="auto"/>
        <w:ind w:left="714" w:hanging="357"/>
        <w:contextualSpacing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proofErr w:type="spellStart"/>
      <w:r w:rsidRPr="00D90008">
        <w:rPr>
          <w:rFonts w:ascii="Times New Roman" w:hAnsi="Times New Roman" w:cs="Times New Roman"/>
          <w:color w:val="auto"/>
          <w:sz w:val="24"/>
          <w:szCs w:val="24"/>
          <w:lang w:val="hu-HU"/>
        </w:rPr>
        <w:t>TikTok</w:t>
      </w:r>
      <w:proofErr w:type="spellEnd"/>
      <w:r w:rsidRPr="00D90008">
        <w:rPr>
          <w:rFonts w:ascii="Times New Roman" w:hAnsi="Times New Roman" w:cs="Times New Roman"/>
          <w:color w:val="auto"/>
          <w:sz w:val="24"/>
          <w:szCs w:val="24"/>
          <w:lang w:val="hu-HU"/>
        </w:rPr>
        <w:t xml:space="preserve"> fejlesztése</w:t>
      </w:r>
    </w:p>
    <w:p w:rsidR="00D90008" w:rsidRPr="00D90008" w:rsidRDefault="00D90008" w:rsidP="003F3FC3">
      <w:pPr>
        <w:numPr>
          <w:ilvl w:val="0"/>
          <w:numId w:val="29"/>
        </w:numPr>
        <w:spacing w:after="0" w:line="240" w:lineRule="auto"/>
        <w:ind w:left="714" w:hanging="357"/>
        <w:contextualSpacing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D90008">
        <w:rPr>
          <w:rFonts w:ascii="Times New Roman" w:hAnsi="Times New Roman" w:cs="Times New Roman"/>
          <w:color w:val="auto"/>
          <w:sz w:val="24"/>
          <w:szCs w:val="24"/>
          <w:lang w:val="hu-HU"/>
        </w:rPr>
        <w:t>Diákokból álló pályaorientációs csoport létrehozása: 11. évfolyam tanulói</w:t>
      </w:r>
    </w:p>
    <w:p w:rsidR="00D90008" w:rsidRPr="00D90008" w:rsidRDefault="00D90008" w:rsidP="003F3FC3">
      <w:pPr>
        <w:numPr>
          <w:ilvl w:val="0"/>
          <w:numId w:val="29"/>
        </w:numPr>
        <w:spacing w:after="0" w:line="240" w:lineRule="auto"/>
        <w:ind w:left="714" w:hanging="357"/>
        <w:contextualSpacing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D90008">
        <w:rPr>
          <w:rFonts w:ascii="Times New Roman" w:hAnsi="Times New Roman" w:cs="Times New Roman"/>
          <w:color w:val="auto"/>
          <w:sz w:val="24"/>
          <w:szCs w:val="24"/>
          <w:lang w:val="hu-HU"/>
        </w:rPr>
        <w:t>Diákjaink volt iskoláinak megkeresése (Diákok toborozzanak tanulókat volt iskolájukban) KIVÁLASZTOTT DIÁKOK- Összeállított dokumentumból!</w:t>
      </w:r>
    </w:p>
    <w:p w:rsidR="004D0422" w:rsidRDefault="004D0422" w:rsidP="004D0422">
      <w:pPr>
        <w:rPr>
          <w:sz w:val="24"/>
          <w:szCs w:val="24"/>
          <w:lang w:val="hu-HU"/>
        </w:rPr>
      </w:pPr>
    </w:p>
    <w:p w:rsidR="00D90008" w:rsidRPr="00D90008" w:rsidRDefault="00D90008" w:rsidP="004D0422">
      <w:pPr>
        <w:rPr>
          <w:color w:val="FF0000"/>
          <w:lang w:val="hu-HU"/>
        </w:rPr>
      </w:pPr>
      <w:r w:rsidRPr="00D90008">
        <w:rPr>
          <w:sz w:val="24"/>
          <w:szCs w:val="24"/>
          <w:lang w:val="hu-HU"/>
        </w:rPr>
        <w:t xml:space="preserve">BEISKOLÁZÁSI TERV: </w:t>
      </w:r>
      <w:r w:rsidRPr="00D90008">
        <w:rPr>
          <w:lang w:val="hu-HU"/>
        </w:rPr>
        <w:t>(Megkeresendő Általános Iskolák 8. osztályos tanulói-osztályfőnöki órák)</w:t>
      </w:r>
    </w:p>
    <w:p w:rsidR="00D90008" w:rsidRPr="00D90008" w:rsidRDefault="00D90008" w:rsidP="00D90008">
      <w:pPr>
        <w:rPr>
          <w:rFonts w:asciiTheme="minorHAnsi" w:hAnsiTheme="minorHAnsi"/>
          <w:color w:val="auto"/>
          <w:lang w:val="hu-HU"/>
        </w:rPr>
      </w:pPr>
    </w:p>
    <w:tbl>
      <w:tblPr>
        <w:tblW w:w="93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960"/>
        <w:gridCol w:w="4536"/>
        <w:gridCol w:w="1676"/>
        <w:gridCol w:w="1204"/>
      </w:tblGrid>
      <w:tr w:rsidR="00D90008" w:rsidRPr="00D90008" w:rsidTr="002B4FA0">
        <w:trPr>
          <w:trHeight w:val="567"/>
          <w:jc w:val="center"/>
        </w:trPr>
        <w:tc>
          <w:tcPr>
            <w:tcW w:w="1020" w:type="dxa"/>
            <w:vAlign w:val="center"/>
          </w:tcPr>
          <w:p w:rsidR="00D90008" w:rsidRPr="00D90008" w:rsidRDefault="00D90008" w:rsidP="00D90008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hu-HU"/>
              </w:rPr>
            </w:pPr>
            <w:r w:rsidRPr="00D90008">
              <w:rPr>
                <w:rFonts w:ascii="Times New Roman" w:hAnsi="Times New Roman" w:cs="Times New Roman"/>
                <w:b/>
                <w:bCs/>
                <w:color w:val="auto"/>
                <w:lang w:val="hu-HU"/>
              </w:rPr>
              <w:t>Sorszám:</w:t>
            </w:r>
          </w:p>
        </w:tc>
        <w:tc>
          <w:tcPr>
            <w:tcW w:w="960" w:type="dxa"/>
            <w:noWrap/>
            <w:vAlign w:val="center"/>
            <w:hideMark/>
          </w:tcPr>
          <w:p w:rsidR="00D90008" w:rsidRPr="00D90008" w:rsidRDefault="00D90008" w:rsidP="00D90008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hu-HU"/>
              </w:rPr>
            </w:pPr>
            <w:r w:rsidRPr="00D90008">
              <w:rPr>
                <w:rFonts w:ascii="Times New Roman" w:hAnsi="Times New Roman" w:cs="Times New Roman"/>
                <w:b/>
                <w:bCs/>
                <w:color w:val="auto"/>
                <w:lang w:val="hu-HU"/>
              </w:rPr>
              <w:t>Dátum:</w:t>
            </w:r>
          </w:p>
        </w:tc>
        <w:tc>
          <w:tcPr>
            <w:tcW w:w="4536" w:type="dxa"/>
            <w:noWrap/>
            <w:vAlign w:val="center"/>
            <w:hideMark/>
          </w:tcPr>
          <w:p w:rsidR="00D90008" w:rsidRPr="00D90008" w:rsidRDefault="00D90008" w:rsidP="00D90008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hu-HU"/>
              </w:rPr>
            </w:pPr>
            <w:r w:rsidRPr="00D90008">
              <w:rPr>
                <w:rFonts w:ascii="Times New Roman" w:hAnsi="Times New Roman" w:cs="Times New Roman"/>
                <w:b/>
                <w:bCs/>
                <w:color w:val="auto"/>
                <w:lang w:val="hu-HU"/>
              </w:rPr>
              <w:t>Programok/Tevékenységek:</w:t>
            </w:r>
          </w:p>
        </w:tc>
        <w:tc>
          <w:tcPr>
            <w:tcW w:w="1676" w:type="dxa"/>
            <w:vAlign w:val="center"/>
          </w:tcPr>
          <w:p w:rsidR="00D90008" w:rsidRPr="00D90008" w:rsidRDefault="00D90008" w:rsidP="00D90008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hu-HU"/>
              </w:rPr>
            </w:pPr>
            <w:r w:rsidRPr="00D90008">
              <w:rPr>
                <w:rFonts w:ascii="Times New Roman" w:hAnsi="Times New Roman" w:cs="Times New Roman"/>
                <w:b/>
                <w:bCs/>
                <w:color w:val="auto"/>
                <w:lang w:val="hu-HU"/>
              </w:rPr>
              <w:t>Oktató:</w:t>
            </w:r>
          </w:p>
        </w:tc>
        <w:tc>
          <w:tcPr>
            <w:tcW w:w="1204" w:type="dxa"/>
            <w:noWrap/>
            <w:vAlign w:val="center"/>
            <w:hideMark/>
          </w:tcPr>
          <w:p w:rsidR="00D90008" w:rsidRPr="00D90008" w:rsidRDefault="00D90008" w:rsidP="00D90008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hu-HU"/>
              </w:rPr>
            </w:pPr>
            <w:r w:rsidRPr="00D90008">
              <w:rPr>
                <w:rFonts w:ascii="Times New Roman" w:hAnsi="Times New Roman" w:cs="Times New Roman"/>
                <w:b/>
                <w:bCs/>
                <w:color w:val="auto"/>
                <w:lang w:val="hu-HU"/>
              </w:rPr>
              <w:t>Résztvevők száma:</w:t>
            </w:r>
          </w:p>
        </w:tc>
      </w:tr>
      <w:tr w:rsidR="00D90008" w:rsidRPr="00D90008" w:rsidTr="002B4FA0">
        <w:trPr>
          <w:trHeight w:val="426"/>
          <w:jc w:val="center"/>
        </w:trPr>
        <w:tc>
          <w:tcPr>
            <w:tcW w:w="1020" w:type="dxa"/>
            <w:vAlign w:val="center"/>
          </w:tcPr>
          <w:p w:rsidR="00D90008" w:rsidRPr="00D90008" w:rsidRDefault="00D90008" w:rsidP="003F3FC3">
            <w:pPr>
              <w:numPr>
                <w:ilvl w:val="0"/>
                <w:numId w:val="30"/>
              </w:numPr>
              <w:contextualSpacing/>
              <w:jc w:val="center"/>
              <w:rPr>
                <w:rFonts w:ascii="Times New Roman" w:hAnsi="Times New Roman" w:cs="Times New Roman"/>
                <w:color w:val="auto"/>
                <w:lang w:val="hu-HU"/>
              </w:rPr>
            </w:pPr>
          </w:p>
        </w:tc>
        <w:tc>
          <w:tcPr>
            <w:tcW w:w="960" w:type="dxa"/>
            <w:noWrap/>
            <w:vAlign w:val="center"/>
          </w:tcPr>
          <w:p w:rsidR="00D90008" w:rsidRPr="00D90008" w:rsidRDefault="00D90008" w:rsidP="00D90008">
            <w:pPr>
              <w:jc w:val="center"/>
              <w:rPr>
                <w:rFonts w:ascii="Times New Roman" w:hAnsi="Times New Roman" w:cs="Times New Roman"/>
                <w:color w:val="auto"/>
                <w:lang w:val="hu-HU"/>
              </w:rPr>
            </w:pPr>
          </w:p>
        </w:tc>
        <w:tc>
          <w:tcPr>
            <w:tcW w:w="4536" w:type="dxa"/>
            <w:noWrap/>
            <w:vAlign w:val="center"/>
          </w:tcPr>
          <w:p w:rsidR="00D90008" w:rsidRPr="00D90008" w:rsidRDefault="00D90008" w:rsidP="00D90008">
            <w:pPr>
              <w:rPr>
                <w:rFonts w:ascii="Times New Roman" w:hAnsi="Times New Roman" w:cs="Times New Roman"/>
                <w:color w:val="auto"/>
                <w:lang w:val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Jáki Nagy Márton Általános Iskola- Ják</w:t>
            </w:r>
          </w:p>
        </w:tc>
        <w:tc>
          <w:tcPr>
            <w:tcW w:w="1676" w:type="dxa"/>
            <w:vAlign w:val="center"/>
          </w:tcPr>
          <w:p w:rsidR="00D90008" w:rsidRPr="00D90008" w:rsidRDefault="00D90008" w:rsidP="00D90008">
            <w:pPr>
              <w:jc w:val="center"/>
              <w:rPr>
                <w:rFonts w:ascii="Times New Roman" w:hAnsi="Times New Roman" w:cs="Times New Roman"/>
                <w:color w:val="auto"/>
                <w:lang w:val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Büki Beatrix/</w:t>
            </w:r>
            <w:proofErr w:type="spellStart"/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Katzler</w:t>
            </w:r>
            <w:proofErr w:type="spellEnd"/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 xml:space="preserve"> Ábel</w:t>
            </w:r>
          </w:p>
        </w:tc>
        <w:tc>
          <w:tcPr>
            <w:tcW w:w="1204" w:type="dxa"/>
            <w:noWrap/>
            <w:vAlign w:val="center"/>
          </w:tcPr>
          <w:p w:rsidR="00D90008" w:rsidRPr="00D90008" w:rsidRDefault="00D90008" w:rsidP="00D90008">
            <w:pPr>
              <w:rPr>
                <w:rFonts w:ascii="Times New Roman" w:hAnsi="Times New Roman" w:cs="Times New Roman"/>
                <w:color w:val="auto"/>
                <w:lang w:val="hu-HU"/>
              </w:rPr>
            </w:pPr>
          </w:p>
        </w:tc>
      </w:tr>
      <w:tr w:rsidR="00D90008" w:rsidRPr="00D90008" w:rsidTr="002B4FA0">
        <w:trPr>
          <w:trHeight w:val="288"/>
          <w:jc w:val="center"/>
        </w:trPr>
        <w:tc>
          <w:tcPr>
            <w:tcW w:w="1020" w:type="dxa"/>
            <w:vAlign w:val="center"/>
          </w:tcPr>
          <w:p w:rsidR="00D90008" w:rsidRPr="00D90008" w:rsidRDefault="00D90008" w:rsidP="003F3FC3">
            <w:pPr>
              <w:numPr>
                <w:ilvl w:val="0"/>
                <w:numId w:val="30"/>
              </w:numPr>
              <w:contextualSpacing/>
              <w:jc w:val="center"/>
              <w:rPr>
                <w:rFonts w:ascii="Times New Roman" w:hAnsi="Times New Roman" w:cs="Times New Roman"/>
                <w:color w:val="auto"/>
                <w:lang w:val="hu-HU"/>
              </w:rPr>
            </w:pPr>
          </w:p>
        </w:tc>
        <w:tc>
          <w:tcPr>
            <w:tcW w:w="960" w:type="dxa"/>
            <w:noWrap/>
            <w:vAlign w:val="center"/>
          </w:tcPr>
          <w:p w:rsidR="00D90008" w:rsidRPr="00D90008" w:rsidRDefault="00D90008" w:rsidP="00D90008">
            <w:pPr>
              <w:jc w:val="center"/>
              <w:rPr>
                <w:rFonts w:ascii="Times New Roman" w:hAnsi="Times New Roman" w:cs="Times New Roman"/>
                <w:color w:val="auto"/>
                <w:lang w:val="hu-HU"/>
              </w:rPr>
            </w:pPr>
          </w:p>
        </w:tc>
        <w:tc>
          <w:tcPr>
            <w:tcW w:w="4536" w:type="dxa"/>
            <w:noWrap/>
            <w:vAlign w:val="center"/>
          </w:tcPr>
          <w:p w:rsidR="00D90008" w:rsidRPr="00D90008" w:rsidRDefault="00D90008" w:rsidP="00D90008">
            <w:pPr>
              <w:rPr>
                <w:rFonts w:ascii="Times New Roman" w:hAnsi="Times New Roman" w:cs="Times New Roman"/>
                <w:color w:val="auto"/>
                <w:lang w:val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Apáczai Csere János Általános Iskola-Táplánszentkereszt</w:t>
            </w:r>
          </w:p>
        </w:tc>
        <w:tc>
          <w:tcPr>
            <w:tcW w:w="1676" w:type="dxa"/>
          </w:tcPr>
          <w:p w:rsidR="00D90008" w:rsidRPr="00D90008" w:rsidRDefault="00D90008" w:rsidP="00D90008">
            <w:pPr>
              <w:jc w:val="center"/>
              <w:rPr>
                <w:rFonts w:ascii="Times New Roman" w:hAnsi="Times New Roman" w:cs="Times New Roman"/>
                <w:color w:val="auto"/>
                <w:lang w:val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Büki Beatrix/</w:t>
            </w:r>
            <w:proofErr w:type="spellStart"/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Katzler</w:t>
            </w:r>
            <w:proofErr w:type="spellEnd"/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 xml:space="preserve"> Ábel</w:t>
            </w:r>
          </w:p>
        </w:tc>
        <w:tc>
          <w:tcPr>
            <w:tcW w:w="1204" w:type="dxa"/>
            <w:noWrap/>
            <w:vAlign w:val="center"/>
          </w:tcPr>
          <w:p w:rsidR="00D90008" w:rsidRPr="00D90008" w:rsidRDefault="00D90008" w:rsidP="00D90008">
            <w:pPr>
              <w:rPr>
                <w:rFonts w:ascii="Times New Roman" w:hAnsi="Times New Roman" w:cs="Times New Roman"/>
                <w:color w:val="auto"/>
                <w:lang w:val="hu-HU"/>
              </w:rPr>
            </w:pPr>
          </w:p>
        </w:tc>
      </w:tr>
      <w:tr w:rsidR="00D90008" w:rsidRPr="00D90008" w:rsidTr="002B4FA0">
        <w:trPr>
          <w:trHeight w:val="408"/>
          <w:jc w:val="center"/>
        </w:trPr>
        <w:tc>
          <w:tcPr>
            <w:tcW w:w="1020" w:type="dxa"/>
            <w:vAlign w:val="center"/>
          </w:tcPr>
          <w:p w:rsidR="00D90008" w:rsidRPr="00D90008" w:rsidRDefault="00D90008" w:rsidP="003F3FC3">
            <w:pPr>
              <w:numPr>
                <w:ilvl w:val="0"/>
                <w:numId w:val="30"/>
              </w:numPr>
              <w:contextualSpacing/>
              <w:jc w:val="center"/>
              <w:rPr>
                <w:rFonts w:ascii="Times New Roman" w:hAnsi="Times New Roman" w:cs="Times New Roman"/>
                <w:color w:val="auto"/>
                <w:lang w:val="hu-HU"/>
              </w:rPr>
            </w:pPr>
          </w:p>
        </w:tc>
        <w:tc>
          <w:tcPr>
            <w:tcW w:w="960" w:type="dxa"/>
            <w:noWrap/>
            <w:vAlign w:val="center"/>
          </w:tcPr>
          <w:p w:rsidR="00D90008" w:rsidRPr="00D90008" w:rsidRDefault="00D90008" w:rsidP="00D90008">
            <w:pPr>
              <w:jc w:val="center"/>
              <w:rPr>
                <w:rFonts w:ascii="Times New Roman" w:hAnsi="Times New Roman" w:cs="Times New Roman"/>
                <w:color w:val="auto"/>
                <w:lang w:val="hu-HU"/>
              </w:rPr>
            </w:pPr>
          </w:p>
        </w:tc>
        <w:tc>
          <w:tcPr>
            <w:tcW w:w="4536" w:type="dxa"/>
            <w:noWrap/>
            <w:vAlign w:val="center"/>
          </w:tcPr>
          <w:p w:rsidR="00D90008" w:rsidRPr="00D90008" w:rsidRDefault="00D90008" w:rsidP="00D90008">
            <w:pPr>
              <w:ind w:hanging="67"/>
              <w:rPr>
                <w:rFonts w:ascii="Times New Roman" w:hAnsi="Times New Roman" w:cs="Times New Roman"/>
                <w:color w:val="auto"/>
                <w:lang w:val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 xml:space="preserve"> Győrvári Béri Balogh Ádám Általános Iskola- Győrvár </w:t>
            </w:r>
          </w:p>
        </w:tc>
        <w:tc>
          <w:tcPr>
            <w:tcW w:w="1676" w:type="dxa"/>
          </w:tcPr>
          <w:p w:rsidR="00D90008" w:rsidRPr="00D90008" w:rsidRDefault="00D90008" w:rsidP="00D90008">
            <w:pPr>
              <w:jc w:val="center"/>
              <w:rPr>
                <w:rFonts w:ascii="Times New Roman" w:hAnsi="Times New Roman" w:cs="Times New Roman"/>
                <w:color w:val="auto"/>
                <w:lang w:val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Büki Beatrix/</w:t>
            </w:r>
            <w:proofErr w:type="spellStart"/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Katzler</w:t>
            </w:r>
            <w:proofErr w:type="spellEnd"/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 xml:space="preserve"> Ábel</w:t>
            </w:r>
          </w:p>
        </w:tc>
        <w:tc>
          <w:tcPr>
            <w:tcW w:w="1204" w:type="dxa"/>
            <w:noWrap/>
            <w:vAlign w:val="center"/>
          </w:tcPr>
          <w:p w:rsidR="00D90008" w:rsidRPr="00D90008" w:rsidRDefault="00D90008" w:rsidP="00D90008">
            <w:pPr>
              <w:rPr>
                <w:rFonts w:ascii="Times New Roman" w:hAnsi="Times New Roman" w:cs="Times New Roman"/>
                <w:color w:val="auto"/>
                <w:lang w:val="hu-HU"/>
              </w:rPr>
            </w:pPr>
          </w:p>
        </w:tc>
      </w:tr>
      <w:tr w:rsidR="00906206" w:rsidRPr="00906206" w:rsidTr="002B4FA0">
        <w:trPr>
          <w:trHeight w:val="426"/>
          <w:jc w:val="center"/>
        </w:trPr>
        <w:tc>
          <w:tcPr>
            <w:tcW w:w="1020" w:type="dxa"/>
            <w:vAlign w:val="center"/>
          </w:tcPr>
          <w:p w:rsidR="00906206" w:rsidRPr="00D90008" w:rsidRDefault="00906206" w:rsidP="00906206">
            <w:pPr>
              <w:numPr>
                <w:ilvl w:val="0"/>
                <w:numId w:val="30"/>
              </w:numPr>
              <w:contextualSpacing/>
              <w:jc w:val="center"/>
              <w:rPr>
                <w:rFonts w:ascii="Times New Roman" w:hAnsi="Times New Roman" w:cs="Times New Roman"/>
                <w:color w:val="auto"/>
                <w:lang w:val="hu-HU"/>
              </w:rPr>
            </w:pPr>
          </w:p>
        </w:tc>
        <w:tc>
          <w:tcPr>
            <w:tcW w:w="960" w:type="dxa"/>
            <w:noWrap/>
            <w:vAlign w:val="center"/>
          </w:tcPr>
          <w:p w:rsidR="00906206" w:rsidRPr="00D90008" w:rsidRDefault="00906206" w:rsidP="00906206">
            <w:pPr>
              <w:jc w:val="center"/>
              <w:rPr>
                <w:rFonts w:ascii="Times New Roman" w:hAnsi="Times New Roman" w:cs="Times New Roman"/>
                <w:color w:val="auto"/>
                <w:lang w:val="hu-HU"/>
              </w:rPr>
            </w:pPr>
          </w:p>
        </w:tc>
        <w:tc>
          <w:tcPr>
            <w:tcW w:w="4536" w:type="dxa"/>
            <w:noWrap/>
            <w:vAlign w:val="center"/>
          </w:tcPr>
          <w:p w:rsidR="00906206" w:rsidRPr="00D90008" w:rsidRDefault="00906206" w:rsidP="00906206">
            <w:pPr>
              <w:ind w:hanging="67"/>
              <w:rPr>
                <w:rFonts w:ascii="Times New Roman" w:hAnsi="Times New Roman" w:cs="Times New Roman"/>
                <w:color w:val="auto"/>
                <w:lang w:val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Brenner</w:t>
            </w:r>
            <w:r w:rsidRPr="00D90008">
              <w:rPr>
                <w:rFonts w:ascii="Times New Roman" w:hAnsi="Times New Roman" w:cs="Times New Roman"/>
                <w:b/>
                <w:bCs/>
                <w:color w:val="auto"/>
                <w:lang w:val="hu-HU"/>
              </w:rPr>
              <w:t xml:space="preserve"> </w:t>
            </w: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János Általános Iskola és Gimnázium</w:t>
            </w:r>
          </w:p>
        </w:tc>
        <w:tc>
          <w:tcPr>
            <w:tcW w:w="1676" w:type="dxa"/>
          </w:tcPr>
          <w:p w:rsidR="00906206" w:rsidRPr="00906206" w:rsidRDefault="00906206" w:rsidP="00906206">
            <w:pPr>
              <w:jc w:val="center"/>
              <w:rPr>
                <w:rFonts w:ascii="Times New Roman" w:hAnsi="Times New Roman" w:cs="Times New Roman"/>
                <w:color w:val="auto"/>
                <w:lang w:val="hu-HU"/>
              </w:rPr>
            </w:pPr>
            <w:r w:rsidRPr="007B48B2">
              <w:rPr>
                <w:rFonts w:ascii="Times New Roman" w:hAnsi="Times New Roman" w:cs="Times New Roman"/>
                <w:color w:val="auto"/>
                <w:lang w:val="hu-HU"/>
              </w:rPr>
              <w:t>Büki Beatrix/</w:t>
            </w:r>
            <w:proofErr w:type="spellStart"/>
            <w:r w:rsidRPr="007B48B2">
              <w:rPr>
                <w:rFonts w:ascii="Times New Roman" w:hAnsi="Times New Roman" w:cs="Times New Roman"/>
                <w:color w:val="auto"/>
                <w:lang w:val="hu-HU"/>
              </w:rPr>
              <w:t>Katzler</w:t>
            </w:r>
            <w:proofErr w:type="spellEnd"/>
            <w:r w:rsidRPr="007B48B2">
              <w:rPr>
                <w:rFonts w:ascii="Times New Roman" w:hAnsi="Times New Roman" w:cs="Times New Roman"/>
                <w:color w:val="auto"/>
                <w:lang w:val="hu-HU"/>
              </w:rPr>
              <w:t xml:space="preserve"> Ábel</w:t>
            </w:r>
          </w:p>
        </w:tc>
        <w:tc>
          <w:tcPr>
            <w:tcW w:w="1204" w:type="dxa"/>
            <w:noWrap/>
            <w:vAlign w:val="center"/>
          </w:tcPr>
          <w:p w:rsidR="00906206" w:rsidRPr="00D90008" w:rsidRDefault="00906206" w:rsidP="00906206">
            <w:pPr>
              <w:rPr>
                <w:rFonts w:ascii="Times New Roman" w:hAnsi="Times New Roman" w:cs="Times New Roman"/>
                <w:color w:val="auto"/>
                <w:lang w:val="hu-HU"/>
              </w:rPr>
            </w:pPr>
          </w:p>
        </w:tc>
      </w:tr>
      <w:tr w:rsidR="00906206" w:rsidRPr="00D90008" w:rsidTr="0062703B">
        <w:trPr>
          <w:trHeight w:val="426"/>
          <w:jc w:val="center"/>
        </w:trPr>
        <w:tc>
          <w:tcPr>
            <w:tcW w:w="1020" w:type="dxa"/>
            <w:vAlign w:val="center"/>
          </w:tcPr>
          <w:p w:rsidR="00906206" w:rsidRPr="00D90008" w:rsidRDefault="00906206" w:rsidP="00906206">
            <w:pPr>
              <w:numPr>
                <w:ilvl w:val="0"/>
                <w:numId w:val="30"/>
              </w:numPr>
              <w:contextualSpacing/>
              <w:jc w:val="center"/>
              <w:rPr>
                <w:rFonts w:ascii="Times New Roman" w:hAnsi="Times New Roman" w:cs="Times New Roman"/>
                <w:color w:val="auto"/>
                <w:lang w:val="hu-HU"/>
              </w:rPr>
            </w:pPr>
          </w:p>
        </w:tc>
        <w:tc>
          <w:tcPr>
            <w:tcW w:w="960" w:type="dxa"/>
            <w:noWrap/>
            <w:vAlign w:val="center"/>
          </w:tcPr>
          <w:p w:rsidR="00906206" w:rsidRPr="00D90008" w:rsidRDefault="00906206" w:rsidP="00906206">
            <w:pPr>
              <w:jc w:val="center"/>
              <w:rPr>
                <w:rFonts w:ascii="Times New Roman" w:hAnsi="Times New Roman" w:cs="Times New Roman"/>
                <w:color w:val="auto"/>
                <w:lang w:val="hu-HU"/>
              </w:rPr>
            </w:pPr>
          </w:p>
        </w:tc>
        <w:tc>
          <w:tcPr>
            <w:tcW w:w="4536" w:type="dxa"/>
            <w:noWrap/>
            <w:vAlign w:val="center"/>
          </w:tcPr>
          <w:p w:rsidR="00906206" w:rsidRPr="00D90008" w:rsidRDefault="00906206" w:rsidP="00906206">
            <w:pPr>
              <w:rPr>
                <w:rFonts w:ascii="Times New Roman" w:hAnsi="Times New Roman" w:cs="Times New Roman"/>
                <w:color w:val="auto"/>
                <w:lang w:val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Nyitra Utcai Általános Iskola</w:t>
            </w:r>
          </w:p>
        </w:tc>
        <w:tc>
          <w:tcPr>
            <w:tcW w:w="1676" w:type="dxa"/>
          </w:tcPr>
          <w:p w:rsidR="00906206" w:rsidRPr="00906206" w:rsidRDefault="00906206" w:rsidP="00906206">
            <w:pPr>
              <w:jc w:val="center"/>
              <w:rPr>
                <w:rFonts w:ascii="Times New Roman" w:hAnsi="Times New Roman" w:cs="Times New Roman"/>
                <w:color w:val="auto"/>
                <w:lang w:val="hu-HU"/>
              </w:rPr>
            </w:pPr>
            <w:r w:rsidRPr="007B48B2">
              <w:rPr>
                <w:rFonts w:ascii="Times New Roman" w:hAnsi="Times New Roman" w:cs="Times New Roman"/>
                <w:color w:val="auto"/>
                <w:lang w:val="hu-HU"/>
              </w:rPr>
              <w:t>Büki Beatrix/</w:t>
            </w:r>
            <w:proofErr w:type="spellStart"/>
            <w:r w:rsidRPr="007B48B2">
              <w:rPr>
                <w:rFonts w:ascii="Times New Roman" w:hAnsi="Times New Roman" w:cs="Times New Roman"/>
                <w:color w:val="auto"/>
                <w:lang w:val="hu-HU"/>
              </w:rPr>
              <w:t>Katzler</w:t>
            </w:r>
            <w:proofErr w:type="spellEnd"/>
            <w:r w:rsidRPr="007B48B2">
              <w:rPr>
                <w:rFonts w:ascii="Times New Roman" w:hAnsi="Times New Roman" w:cs="Times New Roman"/>
                <w:color w:val="auto"/>
                <w:lang w:val="hu-HU"/>
              </w:rPr>
              <w:t xml:space="preserve"> Ábel</w:t>
            </w:r>
          </w:p>
        </w:tc>
        <w:tc>
          <w:tcPr>
            <w:tcW w:w="1204" w:type="dxa"/>
            <w:noWrap/>
            <w:vAlign w:val="center"/>
          </w:tcPr>
          <w:p w:rsidR="00906206" w:rsidRPr="00D90008" w:rsidRDefault="00906206" w:rsidP="00906206">
            <w:pPr>
              <w:rPr>
                <w:rFonts w:ascii="Times New Roman" w:hAnsi="Times New Roman" w:cs="Times New Roman"/>
                <w:color w:val="auto"/>
                <w:lang w:val="hu-HU"/>
              </w:rPr>
            </w:pPr>
          </w:p>
        </w:tc>
      </w:tr>
      <w:tr w:rsidR="00906206" w:rsidRPr="00906206" w:rsidTr="0062703B">
        <w:trPr>
          <w:trHeight w:val="426"/>
          <w:jc w:val="center"/>
        </w:trPr>
        <w:tc>
          <w:tcPr>
            <w:tcW w:w="1020" w:type="dxa"/>
            <w:vAlign w:val="center"/>
          </w:tcPr>
          <w:p w:rsidR="00906206" w:rsidRPr="00D90008" w:rsidRDefault="00906206" w:rsidP="00906206">
            <w:pPr>
              <w:numPr>
                <w:ilvl w:val="0"/>
                <w:numId w:val="30"/>
              </w:numPr>
              <w:contextualSpacing/>
              <w:jc w:val="center"/>
              <w:rPr>
                <w:rFonts w:ascii="Times New Roman" w:hAnsi="Times New Roman" w:cs="Times New Roman"/>
                <w:color w:val="auto"/>
                <w:lang w:val="hu-HU"/>
              </w:rPr>
            </w:pPr>
          </w:p>
        </w:tc>
        <w:tc>
          <w:tcPr>
            <w:tcW w:w="960" w:type="dxa"/>
            <w:noWrap/>
            <w:vAlign w:val="center"/>
          </w:tcPr>
          <w:p w:rsidR="00906206" w:rsidRPr="00D90008" w:rsidRDefault="00906206" w:rsidP="00906206">
            <w:pPr>
              <w:jc w:val="center"/>
              <w:rPr>
                <w:rFonts w:ascii="Times New Roman" w:hAnsi="Times New Roman" w:cs="Times New Roman"/>
                <w:color w:val="auto"/>
                <w:lang w:val="hu-HU"/>
              </w:rPr>
            </w:pPr>
          </w:p>
        </w:tc>
        <w:tc>
          <w:tcPr>
            <w:tcW w:w="4536" w:type="dxa"/>
            <w:noWrap/>
            <w:vAlign w:val="center"/>
          </w:tcPr>
          <w:p w:rsidR="00906206" w:rsidRPr="00D90008" w:rsidRDefault="00906206" w:rsidP="00906206">
            <w:pPr>
              <w:rPr>
                <w:rFonts w:ascii="Times New Roman" w:hAnsi="Times New Roman" w:cs="Times New Roman"/>
                <w:color w:val="auto"/>
                <w:lang w:val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Szombathelyi Reguly Antal Nyelvoktató Nemzetiségi Általános Iskola</w:t>
            </w:r>
          </w:p>
        </w:tc>
        <w:tc>
          <w:tcPr>
            <w:tcW w:w="1676" w:type="dxa"/>
          </w:tcPr>
          <w:p w:rsidR="00906206" w:rsidRPr="00906206" w:rsidRDefault="00906206" w:rsidP="00906206">
            <w:pPr>
              <w:jc w:val="center"/>
              <w:rPr>
                <w:rFonts w:ascii="Times New Roman" w:hAnsi="Times New Roman" w:cs="Times New Roman"/>
                <w:color w:val="auto"/>
                <w:lang w:val="hu-HU"/>
              </w:rPr>
            </w:pPr>
            <w:r w:rsidRPr="007B48B2">
              <w:rPr>
                <w:rFonts w:ascii="Times New Roman" w:hAnsi="Times New Roman" w:cs="Times New Roman"/>
                <w:color w:val="auto"/>
                <w:lang w:val="hu-HU"/>
              </w:rPr>
              <w:t>Büki Beatrix/</w:t>
            </w:r>
            <w:proofErr w:type="spellStart"/>
            <w:r w:rsidRPr="007B48B2">
              <w:rPr>
                <w:rFonts w:ascii="Times New Roman" w:hAnsi="Times New Roman" w:cs="Times New Roman"/>
                <w:color w:val="auto"/>
                <w:lang w:val="hu-HU"/>
              </w:rPr>
              <w:t>Katzler</w:t>
            </w:r>
            <w:proofErr w:type="spellEnd"/>
            <w:r w:rsidRPr="007B48B2">
              <w:rPr>
                <w:rFonts w:ascii="Times New Roman" w:hAnsi="Times New Roman" w:cs="Times New Roman"/>
                <w:color w:val="auto"/>
                <w:lang w:val="hu-HU"/>
              </w:rPr>
              <w:t xml:space="preserve"> Ábel</w:t>
            </w:r>
          </w:p>
        </w:tc>
        <w:tc>
          <w:tcPr>
            <w:tcW w:w="1204" w:type="dxa"/>
            <w:noWrap/>
            <w:vAlign w:val="center"/>
          </w:tcPr>
          <w:p w:rsidR="00906206" w:rsidRPr="00D90008" w:rsidRDefault="00906206" w:rsidP="00906206">
            <w:pPr>
              <w:rPr>
                <w:rFonts w:ascii="Times New Roman" w:hAnsi="Times New Roman" w:cs="Times New Roman"/>
                <w:color w:val="auto"/>
                <w:lang w:val="hu-HU"/>
              </w:rPr>
            </w:pPr>
          </w:p>
        </w:tc>
      </w:tr>
      <w:tr w:rsidR="00906206" w:rsidRPr="00906206" w:rsidTr="0062703B">
        <w:trPr>
          <w:trHeight w:val="426"/>
          <w:jc w:val="center"/>
        </w:trPr>
        <w:tc>
          <w:tcPr>
            <w:tcW w:w="1020" w:type="dxa"/>
            <w:vAlign w:val="center"/>
          </w:tcPr>
          <w:p w:rsidR="00906206" w:rsidRPr="00D90008" w:rsidRDefault="00906206" w:rsidP="00906206">
            <w:pPr>
              <w:numPr>
                <w:ilvl w:val="0"/>
                <w:numId w:val="30"/>
              </w:numPr>
              <w:contextualSpacing/>
              <w:jc w:val="center"/>
              <w:rPr>
                <w:rFonts w:ascii="Times New Roman" w:hAnsi="Times New Roman" w:cs="Times New Roman"/>
                <w:color w:val="auto"/>
                <w:lang w:val="hu-HU"/>
              </w:rPr>
            </w:pPr>
          </w:p>
        </w:tc>
        <w:tc>
          <w:tcPr>
            <w:tcW w:w="960" w:type="dxa"/>
            <w:noWrap/>
            <w:vAlign w:val="center"/>
          </w:tcPr>
          <w:p w:rsidR="00906206" w:rsidRPr="00D90008" w:rsidRDefault="00906206" w:rsidP="00906206">
            <w:pPr>
              <w:jc w:val="center"/>
              <w:rPr>
                <w:rFonts w:ascii="Times New Roman" w:hAnsi="Times New Roman" w:cs="Times New Roman"/>
                <w:color w:val="auto"/>
                <w:lang w:val="hu-HU"/>
              </w:rPr>
            </w:pPr>
          </w:p>
        </w:tc>
        <w:tc>
          <w:tcPr>
            <w:tcW w:w="4536" w:type="dxa"/>
            <w:noWrap/>
            <w:vAlign w:val="center"/>
          </w:tcPr>
          <w:p w:rsidR="00906206" w:rsidRPr="00D90008" w:rsidRDefault="00906206" w:rsidP="00906206">
            <w:pPr>
              <w:rPr>
                <w:rFonts w:ascii="Times New Roman" w:hAnsi="Times New Roman" w:cs="Times New Roman"/>
                <w:color w:val="auto"/>
                <w:lang w:val="hu-HU"/>
              </w:rPr>
            </w:pPr>
            <w:proofErr w:type="spellStart"/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Reményik</w:t>
            </w:r>
            <w:proofErr w:type="spellEnd"/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 xml:space="preserve"> Sándor Evangélikus Óvoda, Általános Iskola És Művészeti Iskola</w:t>
            </w:r>
          </w:p>
        </w:tc>
        <w:tc>
          <w:tcPr>
            <w:tcW w:w="1676" w:type="dxa"/>
          </w:tcPr>
          <w:p w:rsidR="00906206" w:rsidRPr="00906206" w:rsidRDefault="00906206" w:rsidP="00906206">
            <w:pPr>
              <w:jc w:val="center"/>
              <w:rPr>
                <w:rFonts w:ascii="Times New Roman" w:hAnsi="Times New Roman" w:cs="Times New Roman"/>
                <w:color w:val="auto"/>
                <w:lang w:val="hu-HU"/>
              </w:rPr>
            </w:pPr>
            <w:r w:rsidRPr="007B48B2">
              <w:rPr>
                <w:rFonts w:ascii="Times New Roman" w:hAnsi="Times New Roman" w:cs="Times New Roman"/>
                <w:color w:val="auto"/>
                <w:lang w:val="hu-HU"/>
              </w:rPr>
              <w:t>Büki Beatrix/</w:t>
            </w:r>
            <w:proofErr w:type="spellStart"/>
            <w:r w:rsidRPr="007B48B2">
              <w:rPr>
                <w:rFonts w:ascii="Times New Roman" w:hAnsi="Times New Roman" w:cs="Times New Roman"/>
                <w:color w:val="auto"/>
                <w:lang w:val="hu-HU"/>
              </w:rPr>
              <w:t>Katzler</w:t>
            </w:r>
            <w:proofErr w:type="spellEnd"/>
            <w:r w:rsidRPr="007B48B2">
              <w:rPr>
                <w:rFonts w:ascii="Times New Roman" w:hAnsi="Times New Roman" w:cs="Times New Roman"/>
                <w:color w:val="auto"/>
                <w:lang w:val="hu-HU"/>
              </w:rPr>
              <w:t xml:space="preserve"> Ábel</w:t>
            </w:r>
          </w:p>
        </w:tc>
        <w:tc>
          <w:tcPr>
            <w:tcW w:w="1204" w:type="dxa"/>
            <w:noWrap/>
            <w:vAlign w:val="center"/>
          </w:tcPr>
          <w:p w:rsidR="00906206" w:rsidRPr="00D90008" w:rsidRDefault="00906206" w:rsidP="00906206">
            <w:pPr>
              <w:rPr>
                <w:rFonts w:ascii="Times New Roman" w:hAnsi="Times New Roman" w:cs="Times New Roman"/>
                <w:color w:val="auto"/>
                <w:lang w:val="hu-HU"/>
              </w:rPr>
            </w:pPr>
          </w:p>
        </w:tc>
      </w:tr>
      <w:tr w:rsidR="00906206" w:rsidRPr="00D90008" w:rsidTr="0062703B">
        <w:trPr>
          <w:trHeight w:val="426"/>
          <w:jc w:val="center"/>
        </w:trPr>
        <w:tc>
          <w:tcPr>
            <w:tcW w:w="1020" w:type="dxa"/>
            <w:vAlign w:val="center"/>
          </w:tcPr>
          <w:p w:rsidR="00906206" w:rsidRPr="00D90008" w:rsidRDefault="00906206" w:rsidP="00906206">
            <w:pPr>
              <w:numPr>
                <w:ilvl w:val="0"/>
                <w:numId w:val="30"/>
              </w:numPr>
              <w:contextualSpacing/>
              <w:jc w:val="center"/>
              <w:rPr>
                <w:rFonts w:ascii="Times New Roman" w:hAnsi="Times New Roman" w:cs="Times New Roman"/>
                <w:color w:val="auto"/>
                <w:lang w:val="hu-HU"/>
              </w:rPr>
            </w:pPr>
          </w:p>
        </w:tc>
        <w:tc>
          <w:tcPr>
            <w:tcW w:w="960" w:type="dxa"/>
            <w:noWrap/>
            <w:vAlign w:val="center"/>
          </w:tcPr>
          <w:p w:rsidR="00906206" w:rsidRPr="00D90008" w:rsidRDefault="00906206" w:rsidP="00906206">
            <w:pPr>
              <w:jc w:val="center"/>
              <w:rPr>
                <w:rFonts w:ascii="Times New Roman" w:hAnsi="Times New Roman" w:cs="Times New Roman"/>
                <w:color w:val="auto"/>
                <w:lang w:val="hu-HU"/>
              </w:rPr>
            </w:pPr>
          </w:p>
        </w:tc>
        <w:tc>
          <w:tcPr>
            <w:tcW w:w="4536" w:type="dxa"/>
            <w:noWrap/>
            <w:vAlign w:val="center"/>
          </w:tcPr>
          <w:p w:rsidR="00906206" w:rsidRPr="00D90008" w:rsidRDefault="00906206" w:rsidP="00906206">
            <w:pPr>
              <w:rPr>
                <w:rFonts w:ascii="Times New Roman" w:hAnsi="Times New Roman" w:cs="Times New Roman"/>
                <w:color w:val="auto"/>
                <w:lang w:val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Kemenesmagasi Általános Iskola</w:t>
            </w:r>
          </w:p>
        </w:tc>
        <w:tc>
          <w:tcPr>
            <w:tcW w:w="1676" w:type="dxa"/>
          </w:tcPr>
          <w:p w:rsidR="00906206" w:rsidRPr="00906206" w:rsidRDefault="00906206" w:rsidP="00906206">
            <w:pPr>
              <w:jc w:val="center"/>
              <w:rPr>
                <w:rFonts w:ascii="Times New Roman" w:hAnsi="Times New Roman" w:cs="Times New Roman"/>
                <w:color w:val="auto"/>
                <w:lang w:val="hu-HU"/>
              </w:rPr>
            </w:pPr>
            <w:r w:rsidRPr="007B48B2">
              <w:rPr>
                <w:rFonts w:ascii="Times New Roman" w:hAnsi="Times New Roman" w:cs="Times New Roman"/>
                <w:color w:val="auto"/>
                <w:lang w:val="hu-HU"/>
              </w:rPr>
              <w:t>Büki Beatrix/</w:t>
            </w:r>
            <w:proofErr w:type="spellStart"/>
            <w:r w:rsidRPr="007B48B2">
              <w:rPr>
                <w:rFonts w:ascii="Times New Roman" w:hAnsi="Times New Roman" w:cs="Times New Roman"/>
                <w:color w:val="auto"/>
                <w:lang w:val="hu-HU"/>
              </w:rPr>
              <w:t>Katzler</w:t>
            </w:r>
            <w:proofErr w:type="spellEnd"/>
            <w:r w:rsidRPr="007B48B2">
              <w:rPr>
                <w:rFonts w:ascii="Times New Roman" w:hAnsi="Times New Roman" w:cs="Times New Roman"/>
                <w:color w:val="auto"/>
                <w:lang w:val="hu-HU"/>
              </w:rPr>
              <w:t xml:space="preserve"> Ábel</w:t>
            </w:r>
          </w:p>
        </w:tc>
        <w:tc>
          <w:tcPr>
            <w:tcW w:w="1204" w:type="dxa"/>
            <w:noWrap/>
            <w:vAlign w:val="center"/>
          </w:tcPr>
          <w:p w:rsidR="00906206" w:rsidRPr="00D90008" w:rsidRDefault="00906206" w:rsidP="00906206">
            <w:pPr>
              <w:rPr>
                <w:rFonts w:ascii="Times New Roman" w:hAnsi="Times New Roman" w:cs="Times New Roman"/>
                <w:color w:val="auto"/>
                <w:lang w:val="hu-HU"/>
              </w:rPr>
            </w:pPr>
          </w:p>
        </w:tc>
      </w:tr>
      <w:tr w:rsidR="00906206" w:rsidRPr="00D90008" w:rsidTr="0062703B">
        <w:trPr>
          <w:trHeight w:val="426"/>
          <w:jc w:val="center"/>
        </w:trPr>
        <w:tc>
          <w:tcPr>
            <w:tcW w:w="1020" w:type="dxa"/>
            <w:vAlign w:val="center"/>
          </w:tcPr>
          <w:p w:rsidR="00906206" w:rsidRPr="00D90008" w:rsidRDefault="00906206" w:rsidP="00906206">
            <w:pPr>
              <w:numPr>
                <w:ilvl w:val="0"/>
                <w:numId w:val="30"/>
              </w:numPr>
              <w:contextualSpacing/>
              <w:jc w:val="center"/>
              <w:rPr>
                <w:rFonts w:ascii="Times New Roman" w:hAnsi="Times New Roman" w:cs="Times New Roman"/>
                <w:color w:val="auto"/>
                <w:lang w:val="hu-HU"/>
              </w:rPr>
            </w:pPr>
          </w:p>
        </w:tc>
        <w:tc>
          <w:tcPr>
            <w:tcW w:w="960" w:type="dxa"/>
            <w:noWrap/>
            <w:vAlign w:val="center"/>
          </w:tcPr>
          <w:p w:rsidR="00906206" w:rsidRPr="00D90008" w:rsidRDefault="00906206" w:rsidP="00906206">
            <w:pPr>
              <w:jc w:val="center"/>
              <w:rPr>
                <w:rFonts w:ascii="Times New Roman" w:hAnsi="Times New Roman" w:cs="Times New Roman"/>
                <w:color w:val="auto"/>
                <w:lang w:val="hu-HU"/>
              </w:rPr>
            </w:pPr>
          </w:p>
        </w:tc>
        <w:tc>
          <w:tcPr>
            <w:tcW w:w="4536" w:type="dxa"/>
            <w:noWrap/>
            <w:vAlign w:val="center"/>
          </w:tcPr>
          <w:p w:rsidR="00906206" w:rsidRPr="00D90008" w:rsidRDefault="00906206" w:rsidP="00906206">
            <w:pPr>
              <w:rPr>
                <w:rFonts w:ascii="Times New Roman" w:hAnsi="Times New Roman" w:cs="Times New Roman"/>
                <w:color w:val="auto"/>
                <w:lang w:val="hu-HU"/>
              </w:rPr>
            </w:pPr>
            <w:r w:rsidRPr="00D90008">
              <w:rPr>
                <w:rFonts w:ascii="Times New Roman" w:hAnsi="Times New Roman" w:cs="Times New Roman"/>
                <w:color w:val="auto"/>
                <w:lang w:val="hu-HU"/>
              </w:rPr>
              <w:t>Vasvári Általános Iskola</w:t>
            </w:r>
          </w:p>
        </w:tc>
        <w:tc>
          <w:tcPr>
            <w:tcW w:w="1676" w:type="dxa"/>
          </w:tcPr>
          <w:p w:rsidR="00906206" w:rsidRPr="00906206" w:rsidRDefault="00906206" w:rsidP="00906206">
            <w:pPr>
              <w:jc w:val="center"/>
              <w:rPr>
                <w:rFonts w:ascii="Times New Roman" w:hAnsi="Times New Roman" w:cs="Times New Roman"/>
                <w:color w:val="auto"/>
                <w:lang w:val="hu-HU"/>
              </w:rPr>
            </w:pPr>
            <w:r w:rsidRPr="007B48B2">
              <w:rPr>
                <w:rFonts w:ascii="Times New Roman" w:hAnsi="Times New Roman" w:cs="Times New Roman"/>
                <w:color w:val="auto"/>
                <w:lang w:val="hu-HU"/>
              </w:rPr>
              <w:t>Büki Beatrix/</w:t>
            </w:r>
            <w:proofErr w:type="spellStart"/>
            <w:r w:rsidRPr="007B48B2">
              <w:rPr>
                <w:rFonts w:ascii="Times New Roman" w:hAnsi="Times New Roman" w:cs="Times New Roman"/>
                <w:color w:val="auto"/>
                <w:lang w:val="hu-HU"/>
              </w:rPr>
              <w:t>Katzler</w:t>
            </w:r>
            <w:proofErr w:type="spellEnd"/>
            <w:r w:rsidRPr="007B48B2">
              <w:rPr>
                <w:rFonts w:ascii="Times New Roman" w:hAnsi="Times New Roman" w:cs="Times New Roman"/>
                <w:color w:val="auto"/>
                <w:lang w:val="hu-HU"/>
              </w:rPr>
              <w:t xml:space="preserve"> Ábel</w:t>
            </w:r>
          </w:p>
        </w:tc>
        <w:tc>
          <w:tcPr>
            <w:tcW w:w="1204" w:type="dxa"/>
            <w:noWrap/>
            <w:vAlign w:val="center"/>
          </w:tcPr>
          <w:p w:rsidR="00906206" w:rsidRPr="00D90008" w:rsidRDefault="00906206" w:rsidP="00906206">
            <w:pPr>
              <w:rPr>
                <w:rFonts w:ascii="Times New Roman" w:hAnsi="Times New Roman" w:cs="Times New Roman"/>
                <w:color w:val="auto"/>
                <w:lang w:val="hu-HU"/>
              </w:rPr>
            </w:pPr>
          </w:p>
        </w:tc>
      </w:tr>
      <w:tr w:rsidR="00D90008" w:rsidRPr="00D90008" w:rsidTr="002B4FA0">
        <w:trPr>
          <w:trHeight w:val="426"/>
          <w:jc w:val="center"/>
        </w:trPr>
        <w:tc>
          <w:tcPr>
            <w:tcW w:w="8192" w:type="dxa"/>
            <w:gridSpan w:val="4"/>
            <w:tcBorders>
              <w:bottom w:val="single" w:sz="4" w:space="0" w:color="auto"/>
            </w:tcBorders>
            <w:vAlign w:val="center"/>
          </w:tcPr>
          <w:p w:rsidR="00D90008" w:rsidRPr="00D90008" w:rsidRDefault="00D90008" w:rsidP="00D90008">
            <w:pPr>
              <w:jc w:val="center"/>
              <w:rPr>
                <w:rFonts w:ascii="Times New Roman" w:hAnsi="Times New Roman" w:cs="Times New Roman"/>
                <w:color w:val="auto"/>
                <w:lang w:val="hu-HU"/>
              </w:rPr>
            </w:pPr>
            <w:r w:rsidRPr="00D90008">
              <w:rPr>
                <w:rFonts w:ascii="Times New Roman" w:hAnsi="Times New Roman" w:cs="Times New Roman"/>
                <w:b/>
                <w:bCs/>
                <w:color w:val="auto"/>
                <w:lang w:val="hu-HU"/>
              </w:rPr>
              <w:t xml:space="preserve">Összesen: </w:t>
            </w:r>
          </w:p>
        </w:tc>
        <w:tc>
          <w:tcPr>
            <w:tcW w:w="1204" w:type="dxa"/>
            <w:noWrap/>
            <w:vAlign w:val="center"/>
          </w:tcPr>
          <w:p w:rsidR="00D90008" w:rsidRPr="00D90008" w:rsidRDefault="00D90008" w:rsidP="00D90008">
            <w:pPr>
              <w:jc w:val="center"/>
              <w:rPr>
                <w:rFonts w:ascii="Times New Roman" w:hAnsi="Times New Roman" w:cs="Times New Roman"/>
                <w:color w:val="auto"/>
                <w:lang w:val="hu-HU"/>
              </w:rPr>
            </w:pPr>
          </w:p>
        </w:tc>
      </w:tr>
    </w:tbl>
    <w:p w:rsidR="00D90008" w:rsidRPr="00D90008" w:rsidRDefault="00D90008" w:rsidP="00D90008">
      <w:pPr>
        <w:rPr>
          <w:rFonts w:asciiTheme="minorHAnsi" w:hAnsiTheme="minorHAnsi"/>
          <w:color w:val="auto"/>
          <w:lang w:val="hu-HU"/>
        </w:rPr>
      </w:pPr>
    </w:p>
    <w:p w:rsidR="00D90008" w:rsidRPr="00D90008" w:rsidRDefault="00D90008" w:rsidP="00D90008">
      <w:pPr>
        <w:spacing w:after="160" w:line="259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sectPr w:rsidR="00D90008" w:rsidRPr="00D90008" w:rsidSect="00034616">
          <w:pgSz w:w="11909" w:h="16834"/>
          <w:pgMar w:top="1440" w:right="1440" w:bottom="1440" w:left="1440" w:header="720" w:footer="720" w:gutter="0"/>
          <w:cols w:space="720"/>
          <w:docGrid w:linePitch="360"/>
        </w:sectPr>
      </w:pPr>
    </w:p>
    <w:p w:rsidR="00A00E46" w:rsidRDefault="002F667C" w:rsidP="002F667C">
      <w:pPr>
        <w:pStyle w:val="Cmsor1"/>
        <w:ind w:left="720"/>
        <w:rPr>
          <w:sz w:val="24"/>
          <w:szCs w:val="24"/>
          <w:lang w:val="hu-HU"/>
        </w:rPr>
      </w:pPr>
      <w:bookmarkStart w:id="61" w:name="_Toc241234012"/>
      <w:r w:rsidRPr="00985984">
        <w:rPr>
          <w:sz w:val="24"/>
          <w:szCs w:val="24"/>
          <w:lang w:val="hu-HU"/>
        </w:rPr>
        <w:lastRenderedPageBreak/>
        <w:t>6.</w:t>
      </w:r>
      <w:r w:rsidR="00A00E46" w:rsidRPr="00985984">
        <w:rPr>
          <w:sz w:val="24"/>
          <w:szCs w:val="24"/>
          <w:lang w:val="hu-HU"/>
        </w:rPr>
        <w:t xml:space="preserve">számú melléklet </w:t>
      </w:r>
      <w:r w:rsidR="003B6C41" w:rsidRPr="00985984">
        <w:rPr>
          <w:sz w:val="24"/>
          <w:szCs w:val="24"/>
          <w:lang w:val="hu-HU"/>
        </w:rPr>
        <w:t xml:space="preserve"> </w:t>
      </w:r>
      <w:r w:rsidR="00A00E46" w:rsidRPr="00985984">
        <w:rPr>
          <w:sz w:val="24"/>
          <w:szCs w:val="24"/>
          <w:lang w:val="hu-HU"/>
        </w:rPr>
        <w:t>Óralátogatások tervezése</w:t>
      </w:r>
      <w:bookmarkEnd w:id="61"/>
      <w:r w:rsidR="00D90008" w:rsidRPr="00985984">
        <w:rPr>
          <w:sz w:val="24"/>
          <w:szCs w:val="24"/>
          <w:lang w:val="hu-HU"/>
        </w:rPr>
        <w:t xml:space="preserve"> </w:t>
      </w:r>
    </w:p>
    <w:p w:rsidR="00985984" w:rsidRPr="00985984" w:rsidRDefault="00985984" w:rsidP="00985984">
      <w:pPr>
        <w:rPr>
          <w:lang w:val="hu-HU"/>
        </w:rPr>
      </w:pPr>
    </w:p>
    <w:tbl>
      <w:tblPr>
        <w:tblW w:w="111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0"/>
        <w:gridCol w:w="2730"/>
        <w:gridCol w:w="3015"/>
        <w:gridCol w:w="2305"/>
      </w:tblGrid>
      <w:tr w:rsidR="00A00E46" w:rsidRPr="00A761DE" w:rsidTr="00A761DE">
        <w:trPr>
          <w:trHeight w:val="288"/>
          <w:jc w:val="center"/>
        </w:trPr>
        <w:tc>
          <w:tcPr>
            <w:tcW w:w="11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bookmarkStart w:id="62" w:name="_Hlk240868520"/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Óralátogatások tervezése</w:t>
            </w:r>
          </w:p>
        </w:tc>
      </w:tr>
      <w:tr w:rsidR="00A00E46" w:rsidRPr="00A761DE" w:rsidTr="00A761DE">
        <w:trPr>
          <w:trHeight w:val="288"/>
          <w:jc w:val="center"/>
        </w:trPr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 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 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 </w:t>
            </w:r>
          </w:p>
        </w:tc>
      </w:tr>
      <w:tr w:rsidR="00A00E46" w:rsidRPr="00A761DE" w:rsidTr="00A761DE">
        <w:trPr>
          <w:trHeight w:val="399"/>
          <w:jc w:val="center"/>
        </w:trPr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Tervezett időpont /vezetők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Némethné Baráth Anikó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proofErr w:type="spellStart"/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Szolyákné</w:t>
            </w:r>
            <w:proofErr w:type="spellEnd"/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 xml:space="preserve"> Skoda Marianna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Major Ágota</w:t>
            </w:r>
          </w:p>
        </w:tc>
      </w:tr>
      <w:tr w:rsidR="00A00E46" w:rsidRPr="00A761DE" w:rsidTr="00A761DE">
        <w:trPr>
          <w:trHeight w:val="399"/>
          <w:jc w:val="center"/>
        </w:trPr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2026. október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732B77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Katzler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 xml:space="preserve"> Ábel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3B6C41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Szegedi Noémi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3B6C41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Verhás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 xml:space="preserve"> Erzsébet</w:t>
            </w:r>
          </w:p>
        </w:tc>
      </w:tr>
      <w:tr w:rsidR="00A00E46" w:rsidRPr="00A761DE" w:rsidTr="00A761DE">
        <w:trPr>
          <w:trHeight w:val="399"/>
          <w:jc w:val="center"/>
        </w:trPr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 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 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 </w:t>
            </w:r>
          </w:p>
        </w:tc>
      </w:tr>
      <w:tr w:rsidR="00A00E46" w:rsidRPr="00A761DE" w:rsidTr="00A761DE">
        <w:trPr>
          <w:trHeight w:val="399"/>
          <w:jc w:val="center"/>
        </w:trPr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2026. november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732B77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Pesti Ildikó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3B6C41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Dala-Nagy Henrietta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3B6C41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Wagner Veronika</w:t>
            </w:r>
          </w:p>
        </w:tc>
      </w:tr>
      <w:tr w:rsidR="00A00E46" w:rsidRPr="00A761DE" w:rsidTr="00A761DE">
        <w:trPr>
          <w:trHeight w:val="399"/>
          <w:jc w:val="center"/>
        </w:trPr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 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 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 </w:t>
            </w:r>
          </w:p>
        </w:tc>
      </w:tr>
      <w:tr w:rsidR="00A00E46" w:rsidRPr="00A761DE" w:rsidTr="00A761DE">
        <w:trPr>
          <w:trHeight w:val="399"/>
          <w:jc w:val="center"/>
        </w:trPr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2026. december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732B77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Horváth Istvánné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3B6C41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Gyöngyössy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 xml:space="preserve"> Péterné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3B6C41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Simon Zsolt</w:t>
            </w:r>
          </w:p>
        </w:tc>
      </w:tr>
      <w:tr w:rsidR="00A00E46" w:rsidRPr="00A761DE" w:rsidTr="00A761DE">
        <w:trPr>
          <w:trHeight w:val="399"/>
          <w:jc w:val="center"/>
        </w:trPr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 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 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 </w:t>
            </w:r>
          </w:p>
        </w:tc>
      </w:tr>
      <w:tr w:rsidR="00A00E46" w:rsidRPr="00A761DE" w:rsidTr="00A761DE">
        <w:trPr>
          <w:trHeight w:val="399"/>
          <w:jc w:val="center"/>
        </w:trPr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2027. január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732B77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Simon Bence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3B6C41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Büki Beatrix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3B6C41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Tóth Judit</w:t>
            </w:r>
          </w:p>
        </w:tc>
      </w:tr>
      <w:tr w:rsidR="00A00E46" w:rsidRPr="00A761DE" w:rsidTr="00A761DE">
        <w:trPr>
          <w:trHeight w:val="399"/>
          <w:jc w:val="center"/>
        </w:trPr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 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 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 </w:t>
            </w:r>
          </w:p>
        </w:tc>
      </w:tr>
      <w:tr w:rsidR="00A00E46" w:rsidRPr="00A761DE" w:rsidTr="00A761DE">
        <w:trPr>
          <w:trHeight w:val="399"/>
          <w:jc w:val="center"/>
        </w:trPr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2027. február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732B77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Wágner Dominika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3B6C41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Dohi Veronika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3B6C41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Takácsné Hargitai Bea</w:t>
            </w:r>
          </w:p>
        </w:tc>
      </w:tr>
      <w:tr w:rsidR="00A00E46" w:rsidRPr="00A761DE" w:rsidTr="00A761DE">
        <w:trPr>
          <w:trHeight w:val="399"/>
          <w:jc w:val="center"/>
        </w:trPr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 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 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 </w:t>
            </w:r>
          </w:p>
        </w:tc>
      </w:tr>
      <w:tr w:rsidR="00A00E46" w:rsidRPr="00A761DE" w:rsidTr="003B6C41">
        <w:trPr>
          <w:trHeight w:val="399"/>
          <w:jc w:val="center"/>
        </w:trPr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2027. március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732B77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Serman Péter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732B77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Horváth Norbert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46" w:rsidRPr="00A761DE" w:rsidRDefault="003B6C41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Gaál Flóra</w:t>
            </w:r>
          </w:p>
        </w:tc>
      </w:tr>
      <w:tr w:rsidR="00A00E46" w:rsidRPr="00A761DE" w:rsidTr="003B6C41">
        <w:trPr>
          <w:trHeight w:val="399"/>
          <w:jc w:val="center"/>
        </w:trPr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 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 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</w:p>
        </w:tc>
      </w:tr>
      <w:tr w:rsidR="00A00E46" w:rsidRPr="00A761DE" w:rsidTr="003B6C41">
        <w:trPr>
          <w:trHeight w:val="399"/>
          <w:jc w:val="center"/>
        </w:trPr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2027. április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46" w:rsidRPr="00A761DE" w:rsidRDefault="003B6C41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  <w:t>Kalmár Szilárd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hu-HU"/>
              </w:rPr>
            </w:pPr>
          </w:p>
        </w:tc>
      </w:tr>
      <w:bookmarkEnd w:id="62"/>
    </w:tbl>
    <w:p w:rsidR="00A00E46" w:rsidRPr="00A761DE" w:rsidRDefault="00A00E46" w:rsidP="00A00E46">
      <w:pPr>
        <w:rPr>
          <w:rFonts w:ascii="Times New Roman" w:hAnsi="Times New Roman" w:cs="Times New Roman"/>
          <w:sz w:val="24"/>
          <w:szCs w:val="24"/>
        </w:rPr>
      </w:pPr>
    </w:p>
    <w:p w:rsidR="00985984" w:rsidRDefault="00A00E46" w:rsidP="00A00E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761DE"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hu-HU"/>
        </w:rPr>
        <w:t>Közös célunk a pedagógiai munka folyamatos fejlesztése és a belső tudásmegosztás erősítése.</w:t>
      </w:r>
      <w:r w:rsidRPr="00A761DE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</w:t>
      </w:r>
    </w:p>
    <w:p w:rsidR="00A00E46" w:rsidRPr="00A761DE" w:rsidRDefault="00A00E46" w:rsidP="00A00E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761DE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Ennek érdekében kiemelten támogatjuk, hogy az osztályfőnökök lehetőség szerint látogassák saját osztályuk tanóráit, ezzel is segítve a diákok iskolai előmenetelének és dinamikájának mélyebb megismerését. Ezzel párhuzamosan szorgalmazzuk a szaktanárok közötti kölcsönös óralátogatásokat, amelyek kiváló alapot biztosítanak a jó gyakorlatok átvételére és a módszertani együttműködésre.</w:t>
      </w:r>
    </w:p>
    <w:p w:rsidR="00985984" w:rsidRDefault="00985984" w:rsidP="00A00E46">
      <w:pPr>
        <w:rPr>
          <w:rFonts w:ascii="Times New Roman" w:hAnsi="Times New Roman" w:cs="Times New Roman"/>
          <w:sz w:val="24"/>
          <w:szCs w:val="24"/>
          <w:lang w:val="hu-HU"/>
        </w:rPr>
        <w:sectPr w:rsidR="00985984" w:rsidSect="00034616">
          <w:pgSz w:w="11909" w:h="16834"/>
          <w:pgMar w:top="1440" w:right="1440" w:bottom="1440" w:left="1440" w:header="720" w:footer="720" w:gutter="0"/>
          <w:cols w:space="720"/>
          <w:docGrid w:linePitch="360"/>
        </w:sectPr>
      </w:pPr>
    </w:p>
    <w:p w:rsidR="00D90008" w:rsidRPr="00A761DE" w:rsidRDefault="00D90008" w:rsidP="00A00E46">
      <w:pPr>
        <w:rPr>
          <w:rFonts w:ascii="Times New Roman" w:hAnsi="Times New Roman" w:cs="Times New Roman"/>
          <w:sz w:val="24"/>
          <w:szCs w:val="24"/>
          <w:lang w:val="hu-HU"/>
        </w:rPr>
      </w:pPr>
    </w:p>
    <w:p w:rsidR="00A00E46" w:rsidRPr="00A761DE" w:rsidRDefault="00A00E46" w:rsidP="00A00E4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761DE">
        <w:rPr>
          <w:rFonts w:ascii="Times New Roman" w:eastAsia="Times New Roman" w:hAnsi="Times New Roman" w:cs="Times New Roman"/>
          <w:bCs/>
          <w:sz w:val="24"/>
          <w:szCs w:val="24"/>
          <w:lang w:val="hu-HU" w:eastAsia="hu-HU"/>
        </w:rPr>
        <w:t xml:space="preserve">Hospitálási ütemterv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5"/>
        <w:gridCol w:w="3220"/>
        <w:gridCol w:w="4014"/>
      </w:tblGrid>
      <w:tr w:rsidR="00A00E46" w:rsidRPr="00A761DE" w:rsidTr="00A761DE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u-HU" w:eastAsia="hu-HU"/>
              </w:rPr>
              <w:t>Időszak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u-HU" w:eastAsia="hu-HU"/>
              </w:rPr>
              <w:t>Osztályfőnökök feladata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u-HU" w:eastAsia="hu-HU"/>
              </w:rPr>
              <w:t xml:space="preserve">Szaktanárok </w:t>
            </w:r>
          </w:p>
        </w:tc>
      </w:tr>
      <w:tr w:rsidR="00A00E46" w:rsidRPr="00D1002A" w:rsidTr="00A761DE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u-HU" w:eastAsia="hu-HU"/>
              </w:rPr>
              <w:t>Október – November</w:t>
            </w:r>
            <w:r w:rsidRPr="00A761DE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br/>
            </w:r>
            <w:r w:rsidRPr="00A761D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hu-HU" w:eastAsia="hu-HU"/>
              </w:rPr>
              <w:t>(Ismerkedés és beilleszkedés)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u-HU" w:eastAsia="hu-HU"/>
              </w:rPr>
              <w:t>1 látogatás</w:t>
            </w:r>
            <w:r w:rsidRPr="00A761DE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 xml:space="preserve"> a saját osztályban.</w:t>
            </w:r>
            <w:r w:rsidRPr="00A761DE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br/>
            </w:r>
            <w:r w:rsidRPr="00A761DE">
              <w:rPr>
                <w:rFonts w:ascii="Segoe UI Emoji" w:eastAsia="Times New Roman" w:hAnsi="Segoe UI Emoji" w:cs="Segoe UI Emoji"/>
                <w:sz w:val="24"/>
                <w:szCs w:val="24"/>
                <w:lang w:val="hu-HU" w:eastAsia="hu-HU"/>
              </w:rPr>
              <w:t>👉</w:t>
            </w:r>
            <w:r w:rsidRPr="00A761DE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hu-HU" w:eastAsia="hu-HU"/>
              </w:rPr>
              <w:t>Fókusz:</w:t>
            </w:r>
            <w:r w:rsidRPr="00A761DE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 xml:space="preserve"> Az új dinamika, beilleszkedés, szabálykövetés.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u-HU" w:eastAsia="hu-HU"/>
              </w:rPr>
              <w:t>1 látogatás</w:t>
            </w:r>
            <w:r w:rsidRPr="00A761DE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 xml:space="preserve"> egy munkaközösségi kollégánál.</w:t>
            </w:r>
            <w:r w:rsidRPr="00A761DE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br/>
            </w:r>
            <w:r w:rsidRPr="00A761DE">
              <w:rPr>
                <w:rFonts w:ascii="Segoe UI Emoji" w:eastAsia="Times New Roman" w:hAnsi="Segoe UI Emoji" w:cs="Segoe UI Emoji"/>
                <w:sz w:val="24"/>
                <w:szCs w:val="24"/>
                <w:lang w:val="hu-HU" w:eastAsia="hu-HU"/>
              </w:rPr>
              <w:t>👉</w:t>
            </w:r>
            <w:r w:rsidRPr="00A761DE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hu-HU" w:eastAsia="hu-HU"/>
              </w:rPr>
              <w:t>Fókusz:</w:t>
            </w:r>
            <w:r w:rsidRPr="00A761DE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 xml:space="preserve"> Módszertani ötletszerzés, új tankönyvek/eszközök.</w:t>
            </w:r>
          </w:p>
        </w:tc>
      </w:tr>
      <w:tr w:rsidR="00A00E46" w:rsidRPr="00D1002A" w:rsidTr="00A761DE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u-HU" w:eastAsia="hu-HU"/>
              </w:rPr>
              <w:t>Január – Február</w:t>
            </w:r>
            <w:r w:rsidRPr="00A761DE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br/>
            </w:r>
            <w:r w:rsidRPr="00A761D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hu-HU" w:eastAsia="hu-HU"/>
              </w:rPr>
              <w:t>(Félévi lezárás után)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u-HU" w:eastAsia="hu-HU"/>
              </w:rPr>
              <w:t>1 látogatás</w:t>
            </w:r>
            <w:r w:rsidRPr="00A761DE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 xml:space="preserve"> a saját osztályban.</w:t>
            </w:r>
            <w:r w:rsidRPr="00A761DE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br/>
            </w:r>
            <w:r w:rsidRPr="00A761DE">
              <w:rPr>
                <w:rFonts w:ascii="Segoe UI Emoji" w:eastAsia="Times New Roman" w:hAnsi="Segoe UI Emoji" w:cs="Segoe UI Emoji"/>
                <w:sz w:val="24"/>
                <w:szCs w:val="24"/>
                <w:lang w:val="hu-HU" w:eastAsia="hu-HU"/>
              </w:rPr>
              <w:t>👉</w:t>
            </w:r>
            <w:r w:rsidRPr="00A761DE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hu-HU" w:eastAsia="hu-HU"/>
              </w:rPr>
              <w:t>Fókusz:</w:t>
            </w:r>
            <w:r w:rsidRPr="00A761DE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 xml:space="preserve"> A motiváció visszaesése vagy a kritikus tantárgyak megfigyelése.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u-HU" w:eastAsia="hu-HU"/>
              </w:rPr>
              <w:t>1 látogatás</w:t>
            </w:r>
            <w:r w:rsidRPr="00A761DE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 xml:space="preserve"> egy </w:t>
            </w:r>
            <w:r w:rsidRPr="00A761D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hu-HU" w:eastAsia="hu-HU"/>
              </w:rPr>
              <w:t>másik</w:t>
            </w:r>
            <w:r w:rsidRPr="00A761DE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 xml:space="preserve"> munkaközösség tagjánál.</w:t>
            </w:r>
            <w:r w:rsidRPr="00A761DE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br/>
            </w:r>
            <w:r w:rsidRPr="00A761DE">
              <w:rPr>
                <w:rFonts w:ascii="Segoe UI Emoji" w:eastAsia="Times New Roman" w:hAnsi="Segoe UI Emoji" w:cs="Segoe UI Emoji"/>
                <w:sz w:val="24"/>
                <w:szCs w:val="24"/>
                <w:lang w:val="hu-HU" w:eastAsia="hu-HU"/>
              </w:rPr>
              <w:t>👉</w:t>
            </w:r>
            <w:r w:rsidRPr="00A761DE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 xml:space="preserve"> </w:t>
            </w:r>
            <w:r w:rsidRPr="00A761D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hu-HU" w:eastAsia="hu-HU"/>
              </w:rPr>
              <w:t>Fókusz:</w:t>
            </w:r>
            <w:r w:rsidRPr="00A761DE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 xml:space="preserve"> Interdiszciplináris (tantárgyközi) kapcsolatok, osztálytermi menedzsment.</w:t>
            </w:r>
          </w:p>
        </w:tc>
      </w:tr>
      <w:tr w:rsidR="00A00E46" w:rsidRPr="00D1002A" w:rsidTr="00A761DE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u-HU" w:eastAsia="hu-HU"/>
              </w:rPr>
              <w:t>Április – Május</w:t>
            </w:r>
            <w:r w:rsidRPr="00A761DE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br/>
            </w:r>
            <w:r w:rsidRPr="00A761D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hu-HU" w:eastAsia="hu-HU"/>
              </w:rPr>
              <w:t>(Év végi hajrá)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u-HU" w:eastAsia="hu-HU"/>
              </w:rPr>
              <w:t>Szükség szerint</w:t>
            </w:r>
            <w:r w:rsidRPr="00A761DE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 xml:space="preserve"> (olyan diákok óráin, </w:t>
            </w:r>
          </w:p>
          <w:p w:rsidR="00A00E46" w:rsidRPr="00A761DE" w:rsidRDefault="00A00E46" w:rsidP="00A7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>akik bukásra állnak vagy magatartási problémáik vannak).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A00E46" w:rsidRPr="00A761DE" w:rsidRDefault="00A00E46" w:rsidP="00A7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</w:pPr>
            <w:r w:rsidRPr="00A7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u-HU" w:eastAsia="hu-HU"/>
              </w:rPr>
              <w:t>Rugalmas / Szabadon választott</w:t>
            </w:r>
            <w:r w:rsidRPr="00A761DE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 xml:space="preserve"> jó gyakorlatok megtekintése, digitális eszközök használata.</w:t>
            </w:r>
          </w:p>
        </w:tc>
      </w:tr>
    </w:tbl>
    <w:p w:rsidR="00C050E8" w:rsidRPr="00A761DE" w:rsidRDefault="00D1002A" w:rsidP="00A00E46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25" style="width:0;height:1.5pt" o:hralign="center" o:hrstd="t" o:hr="t" fillcolor="#a0a0a0" stroked="f"/>
        </w:pict>
      </w:r>
      <w:bookmarkStart w:id="63" w:name="_Toc209611468"/>
    </w:p>
    <w:p w:rsidR="001C238B" w:rsidRDefault="001C238B" w:rsidP="002F667C">
      <w:pPr>
        <w:pStyle w:val="Listaszerbekezds"/>
        <w:keepNext/>
        <w:keepLines/>
        <w:numPr>
          <w:ilvl w:val="1"/>
          <w:numId w:val="33"/>
        </w:numPr>
        <w:spacing w:before="320" w:after="0" w:line="240" w:lineRule="auto"/>
        <w:outlineLvl w:val="0"/>
        <w:rPr>
          <w:rFonts w:ascii="Times New Roman" w:eastAsia="Times New Roman" w:hAnsi="Times New Roman" w:cs="Times New Roman"/>
          <w:color w:val="2F5496"/>
          <w:sz w:val="24"/>
          <w:szCs w:val="24"/>
          <w:lang w:val="hu-HU"/>
        </w:rPr>
        <w:sectPr w:rsidR="001C238B" w:rsidSect="00034616">
          <w:pgSz w:w="11909" w:h="16834"/>
          <w:pgMar w:top="1440" w:right="1440" w:bottom="1440" w:left="1440" w:header="720" w:footer="720" w:gutter="0"/>
          <w:cols w:space="720"/>
          <w:docGrid w:linePitch="360"/>
        </w:sectPr>
      </w:pPr>
    </w:p>
    <w:p w:rsidR="00FD3320" w:rsidRPr="006E7BE4" w:rsidRDefault="00401DCD" w:rsidP="002F667C">
      <w:pPr>
        <w:pStyle w:val="Cmsor2"/>
        <w:numPr>
          <w:ilvl w:val="1"/>
          <w:numId w:val="27"/>
        </w:numPr>
        <w:rPr>
          <w:u w:val="single"/>
          <w:lang w:val="hu-HU"/>
        </w:rPr>
      </w:pPr>
      <w:bookmarkStart w:id="64" w:name="_Toc241234013"/>
      <w:r w:rsidRPr="006E7BE4">
        <w:rPr>
          <w:lang w:val="hu-HU"/>
        </w:rPr>
        <w:lastRenderedPageBreak/>
        <w:t xml:space="preserve">számú melléklet </w:t>
      </w:r>
      <w:r w:rsidR="00FD3320" w:rsidRPr="006E7BE4">
        <w:rPr>
          <w:lang w:val="hu-HU"/>
        </w:rPr>
        <w:t>A 2026-2027. tanév fontosabb iskolai szintű eseményei</w:t>
      </w:r>
      <w:bookmarkEnd w:id="63"/>
      <w:bookmarkEnd w:id="64"/>
    </w:p>
    <w:p w:rsidR="0019716C" w:rsidRDefault="0019716C" w:rsidP="00FD3320">
      <w:pPr>
        <w:widowControl w:val="0"/>
        <w:autoSpaceDE w:val="0"/>
        <w:autoSpaceDN w:val="0"/>
        <w:spacing w:after="0" w:line="402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</w:pPr>
    </w:p>
    <w:p w:rsidR="00C050E8" w:rsidRDefault="00FD3320" w:rsidP="00526C3D">
      <w:pPr>
        <w:widowControl w:val="0"/>
        <w:autoSpaceDE w:val="0"/>
        <w:autoSpaceDN w:val="0"/>
        <w:spacing w:after="0" w:line="402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</w:pPr>
      <w:r w:rsidRPr="00A761DE"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>Rendkívüli helyzet, veszélyhelyzet esetén a tantestület fenntartja a programváltozás jogát!</w:t>
      </w:r>
    </w:p>
    <w:p w:rsidR="0009078A" w:rsidRDefault="0009078A" w:rsidP="00526C3D">
      <w:pPr>
        <w:widowControl w:val="0"/>
        <w:autoSpaceDE w:val="0"/>
        <w:autoSpaceDN w:val="0"/>
        <w:spacing w:after="0" w:line="402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</w:pPr>
    </w:p>
    <w:p w:rsidR="0059675F" w:rsidRPr="0059675F" w:rsidRDefault="0009078A" w:rsidP="0059675F">
      <w:pPr>
        <w:widowControl w:val="0"/>
        <w:autoSpaceDE w:val="0"/>
        <w:autoSpaceDN w:val="0"/>
        <w:spacing w:after="0" w:line="402" w:lineRule="exac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u-HU"/>
        </w:rPr>
      </w:pPr>
      <w:r w:rsidRPr="00596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u-HU"/>
        </w:rPr>
        <w:t>A jubileumi évhez kapcsolódó kiemelt rendezvények</w:t>
      </w:r>
    </w:p>
    <w:p w:rsidR="0059675F" w:rsidRDefault="0059675F" w:rsidP="0059675F">
      <w:pPr>
        <w:widowControl w:val="0"/>
        <w:autoSpaceDE w:val="0"/>
        <w:autoSpaceDN w:val="0"/>
        <w:spacing w:after="0" w:line="402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</w:pPr>
    </w:p>
    <w:p w:rsidR="0009078A" w:rsidRDefault="0059675F" w:rsidP="0059675F">
      <w:pPr>
        <w:widowControl w:val="0"/>
        <w:autoSpaceDE w:val="0"/>
        <w:autoSpaceDN w:val="0"/>
        <w:spacing w:after="0" w:line="402" w:lineRule="exact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>2027.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ab/>
        <w:t>április 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ab/>
        <w:t>Tudomány és oktatás az egészségügyben – szakmai konferencia - iskolai szervezés</w:t>
      </w:r>
    </w:p>
    <w:p w:rsidR="0009078A" w:rsidRDefault="0009078A" w:rsidP="00526C3D">
      <w:pPr>
        <w:widowControl w:val="0"/>
        <w:autoSpaceDE w:val="0"/>
        <w:autoSpaceDN w:val="0"/>
        <w:spacing w:after="0" w:line="402" w:lineRule="exact"/>
        <w:rPr>
          <w:rFonts w:ascii="Helvetica" w:hAnsi="Helvetica"/>
          <w:color w:val="2D2C2C"/>
          <w:shd w:val="clear" w:color="auto" w:fill="F4F4F4"/>
          <w:lang w:val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>2027.</w:t>
      </w:r>
      <w:r w:rsidR="0059675F"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 xml:space="preserve"> május 22.</w:t>
      </w:r>
      <w:r w:rsidR="0059675F"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ab/>
      </w:r>
      <w:bookmarkStart w:id="65" w:name="_Hlk240980404"/>
      <w:r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 xml:space="preserve">Öregdiák találkozó – szervezi az </w:t>
      </w:r>
      <w:r w:rsidRPr="0009078A">
        <w:rPr>
          <w:rFonts w:ascii="Helvetica" w:hAnsi="Helvetica"/>
          <w:color w:val="2D2C2C"/>
          <w:shd w:val="clear" w:color="auto" w:fill="F4F4F4"/>
          <w:lang w:val="hu-HU"/>
        </w:rPr>
        <w:t>Az Alfa - generációért Alapítvány</w:t>
      </w:r>
    </w:p>
    <w:p w:rsidR="0009078A" w:rsidRDefault="0009078A" w:rsidP="0059675F">
      <w:pPr>
        <w:widowControl w:val="0"/>
        <w:autoSpaceDE w:val="0"/>
        <w:autoSpaceDN w:val="0"/>
        <w:spacing w:after="0" w:line="402" w:lineRule="exact"/>
        <w:ind w:left="1440" w:firstLine="720"/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>Életképek a Szent-Györgyi történetéből – iskolai szervezés</w:t>
      </w:r>
    </w:p>
    <w:p w:rsidR="0009078A" w:rsidRDefault="0009078A" w:rsidP="0059675F">
      <w:pPr>
        <w:widowControl w:val="0"/>
        <w:autoSpaceDE w:val="0"/>
        <w:autoSpaceDN w:val="0"/>
        <w:spacing w:after="0" w:line="402" w:lineRule="exact"/>
        <w:ind w:left="1440" w:firstLine="720"/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>Üzenet a jövőnek – iskolai szervezés</w:t>
      </w:r>
    </w:p>
    <w:bookmarkEnd w:id="65"/>
    <w:p w:rsidR="0059675F" w:rsidRDefault="0059675F" w:rsidP="00526C3D">
      <w:pPr>
        <w:widowControl w:val="0"/>
        <w:autoSpaceDE w:val="0"/>
        <w:autoSpaceDN w:val="0"/>
        <w:spacing w:after="0" w:line="402" w:lineRule="exact"/>
        <w:rPr>
          <w:rFonts w:ascii="Times New Roman" w:hAnsi="Times New Roman" w:cs="Times New Roman"/>
          <w:b/>
          <w:sz w:val="24"/>
          <w:szCs w:val="24"/>
          <w:lang w:val="hu-HU"/>
        </w:rPr>
      </w:pPr>
    </w:p>
    <w:p w:rsidR="0059675F" w:rsidRPr="0059675F" w:rsidRDefault="00526C3D" w:rsidP="00EF48A8">
      <w:pPr>
        <w:widowControl w:val="0"/>
        <w:autoSpaceDE w:val="0"/>
        <w:autoSpaceDN w:val="0"/>
        <w:spacing w:after="0" w:line="402" w:lineRule="exact"/>
        <w:rPr>
          <w:rFonts w:ascii="Times New Roman" w:hAnsi="Times New Roman" w:cs="Times New Roman"/>
          <w:b/>
          <w:sz w:val="24"/>
          <w:szCs w:val="24"/>
          <w:lang w:val="hu-HU"/>
        </w:rPr>
      </w:pPr>
      <w:r w:rsidRPr="0059675F">
        <w:rPr>
          <w:rFonts w:ascii="Times New Roman" w:hAnsi="Times New Roman" w:cs="Times New Roman"/>
          <w:b/>
          <w:sz w:val="24"/>
          <w:szCs w:val="24"/>
          <w:lang w:val="hu-HU"/>
        </w:rPr>
        <w:t>Tervezett versenyek:</w:t>
      </w:r>
    </w:p>
    <w:p w:rsidR="00EF48A8" w:rsidRPr="00EF48A8" w:rsidRDefault="0059675F" w:rsidP="00EF48A8">
      <w:pPr>
        <w:widowControl w:val="0"/>
        <w:autoSpaceDE w:val="0"/>
        <w:autoSpaceDN w:val="0"/>
        <w:spacing w:after="0" w:line="402" w:lineRule="exact"/>
        <w:rPr>
          <w:rFonts w:ascii="Times New Roman" w:hAnsi="Times New Roman" w:cs="Times New Roman"/>
          <w:sz w:val="24"/>
          <w:szCs w:val="24"/>
          <w:lang w:val="hu-HU"/>
        </w:rPr>
      </w:pPr>
      <w:r w:rsidRPr="00EF48A8">
        <w:rPr>
          <w:rFonts w:ascii="Times New Roman" w:hAnsi="Times New Roman" w:cs="Times New Roman"/>
          <w:sz w:val="24"/>
          <w:szCs w:val="24"/>
          <w:lang w:val="hu-HU"/>
        </w:rPr>
        <w:t>Közismereti</w:t>
      </w:r>
      <w:r w:rsidR="00EF48A8" w:rsidRPr="00EF48A8">
        <w:rPr>
          <w:rFonts w:ascii="Times New Roman" w:hAnsi="Times New Roman" w:cs="Times New Roman"/>
          <w:sz w:val="24"/>
          <w:szCs w:val="24"/>
          <w:lang w:val="hu-HU"/>
        </w:rPr>
        <w:t>:</w:t>
      </w:r>
    </w:p>
    <w:p w:rsidR="00526C3D" w:rsidRPr="00EF48A8" w:rsidRDefault="00526C3D" w:rsidP="00526C3D">
      <w:pPr>
        <w:widowControl w:val="0"/>
        <w:autoSpaceDE w:val="0"/>
        <w:autoSpaceDN w:val="0"/>
        <w:spacing w:after="0" w:line="402" w:lineRule="exact"/>
        <w:ind w:left="720"/>
        <w:rPr>
          <w:rFonts w:ascii="Times New Roman" w:hAnsi="Times New Roman" w:cs="Times New Roman"/>
          <w:sz w:val="24"/>
          <w:szCs w:val="24"/>
          <w:lang w:val="hu-HU"/>
        </w:rPr>
      </w:pPr>
      <w:r w:rsidRPr="00EF48A8">
        <w:rPr>
          <w:rFonts w:ascii="Times New Roman" w:hAnsi="Times New Roman" w:cs="Times New Roman"/>
          <w:sz w:val="24"/>
          <w:szCs w:val="24"/>
          <w:lang w:val="hu-HU"/>
        </w:rPr>
        <w:t>Szerethető matematika</w:t>
      </w:r>
    </w:p>
    <w:p w:rsidR="00526C3D" w:rsidRPr="00EF48A8" w:rsidRDefault="00526C3D" w:rsidP="00526C3D">
      <w:pPr>
        <w:widowControl w:val="0"/>
        <w:autoSpaceDE w:val="0"/>
        <w:autoSpaceDN w:val="0"/>
        <w:spacing w:after="0" w:line="402" w:lineRule="exact"/>
        <w:ind w:left="720"/>
        <w:rPr>
          <w:rFonts w:ascii="Times New Roman" w:hAnsi="Times New Roman" w:cs="Times New Roman"/>
          <w:sz w:val="24"/>
          <w:szCs w:val="24"/>
          <w:lang w:val="hu-HU"/>
        </w:rPr>
      </w:pPr>
      <w:proofErr w:type="spellStart"/>
      <w:r w:rsidRPr="00EF48A8">
        <w:rPr>
          <w:rFonts w:ascii="Times New Roman" w:hAnsi="Times New Roman" w:cs="Times New Roman"/>
          <w:sz w:val="24"/>
          <w:szCs w:val="24"/>
          <w:lang w:val="hu-HU"/>
        </w:rPr>
        <w:t>Implom</w:t>
      </w:r>
      <w:proofErr w:type="spellEnd"/>
      <w:r w:rsidRPr="00EF48A8">
        <w:rPr>
          <w:rFonts w:ascii="Times New Roman" w:hAnsi="Times New Roman" w:cs="Times New Roman"/>
          <w:sz w:val="24"/>
          <w:szCs w:val="24"/>
          <w:lang w:val="hu-HU"/>
        </w:rPr>
        <w:t xml:space="preserve"> József helyesírási verseny </w:t>
      </w:r>
    </w:p>
    <w:p w:rsidR="00526C3D" w:rsidRPr="00EF48A8" w:rsidRDefault="00526C3D" w:rsidP="00526C3D">
      <w:pPr>
        <w:widowControl w:val="0"/>
        <w:autoSpaceDE w:val="0"/>
        <w:autoSpaceDN w:val="0"/>
        <w:spacing w:after="0" w:line="402" w:lineRule="exact"/>
        <w:ind w:left="720"/>
        <w:rPr>
          <w:rFonts w:ascii="Times New Roman" w:hAnsi="Times New Roman" w:cs="Times New Roman"/>
          <w:sz w:val="24"/>
          <w:szCs w:val="24"/>
          <w:lang w:val="hu-HU"/>
        </w:rPr>
      </w:pPr>
      <w:r w:rsidRPr="00EF48A8">
        <w:rPr>
          <w:rFonts w:ascii="Times New Roman" w:hAnsi="Times New Roman" w:cs="Times New Roman"/>
          <w:sz w:val="24"/>
          <w:szCs w:val="24"/>
          <w:lang w:val="hu-HU"/>
        </w:rPr>
        <w:t>Kazinczy-szépkiejtési verseny</w:t>
      </w:r>
    </w:p>
    <w:p w:rsidR="00526C3D" w:rsidRPr="00EF48A8" w:rsidRDefault="00526C3D" w:rsidP="00526C3D">
      <w:pPr>
        <w:widowControl w:val="0"/>
        <w:autoSpaceDE w:val="0"/>
        <w:autoSpaceDN w:val="0"/>
        <w:spacing w:after="0" w:line="402" w:lineRule="exact"/>
        <w:ind w:left="720"/>
        <w:rPr>
          <w:rFonts w:ascii="Times New Roman" w:hAnsi="Times New Roman" w:cs="Times New Roman"/>
          <w:sz w:val="24"/>
          <w:szCs w:val="24"/>
          <w:lang w:val="hu-HU"/>
        </w:rPr>
      </w:pPr>
      <w:r w:rsidRPr="00EF48A8">
        <w:rPr>
          <w:rFonts w:ascii="Times New Roman" w:hAnsi="Times New Roman" w:cs="Times New Roman"/>
          <w:sz w:val="24"/>
          <w:szCs w:val="24"/>
          <w:lang w:val="hu-HU"/>
        </w:rPr>
        <w:t xml:space="preserve">Nyelvi versenyek </w:t>
      </w:r>
    </w:p>
    <w:p w:rsidR="00526C3D" w:rsidRPr="00EF48A8" w:rsidRDefault="00526C3D" w:rsidP="00526C3D">
      <w:pPr>
        <w:widowControl w:val="0"/>
        <w:autoSpaceDE w:val="0"/>
        <w:autoSpaceDN w:val="0"/>
        <w:spacing w:after="0" w:line="402" w:lineRule="exact"/>
        <w:ind w:left="720"/>
        <w:rPr>
          <w:rFonts w:ascii="Times New Roman" w:hAnsi="Times New Roman" w:cs="Times New Roman"/>
          <w:sz w:val="24"/>
          <w:szCs w:val="24"/>
          <w:lang w:val="hu-HU"/>
        </w:rPr>
      </w:pPr>
      <w:r w:rsidRPr="00EF48A8">
        <w:rPr>
          <w:rFonts w:ascii="Times New Roman" w:hAnsi="Times New Roman" w:cs="Times New Roman"/>
          <w:sz w:val="24"/>
          <w:szCs w:val="24"/>
          <w:lang w:val="hu-HU"/>
        </w:rPr>
        <w:t>-</w:t>
      </w:r>
      <w:r w:rsidRPr="00EF48A8">
        <w:rPr>
          <w:rFonts w:ascii="Times New Roman" w:hAnsi="Times New Roman" w:cs="Times New Roman"/>
          <w:sz w:val="24"/>
          <w:szCs w:val="24"/>
          <w:lang w:val="hu-HU"/>
        </w:rPr>
        <w:tab/>
        <w:t xml:space="preserve">zalaegerszegi POK </w:t>
      </w:r>
    </w:p>
    <w:p w:rsidR="00526C3D" w:rsidRPr="00EF48A8" w:rsidRDefault="00526C3D" w:rsidP="00526C3D">
      <w:pPr>
        <w:widowControl w:val="0"/>
        <w:autoSpaceDE w:val="0"/>
        <w:autoSpaceDN w:val="0"/>
        <w:spacing w:after="0" w:line="402" w:lineRule="exact"/>
        <w:ind w:left="720"/>
        <w:rPr>
          <w:rFonts w:ascii="Times New Roman" w:hAnsi="Times New Roman" w:cs="Times New Roman"/>
          <w:sz w:val="24"/>
          <w:szCs w:val="24"/>
          <w:lang w:val="hu-HU"/>
        </w:rPr>
      </w:pPr>
      <w:r w:rsidRPr="00EF48A8">
        <w:rPr>
          <w:rFonts w:ascii="Times New Roman" w:hAnsi="Times New Roman" w:cs="Times New Roman"/>
          <w:sz w:val="24"/>
          <w:szCs w:val="24"/>
          <w:lang w:val="hu-HU"/>
        </w:rPr>
        <w:t>-</w:t>
      </w:r>
      <w:r w:rsidRPr="00EF48A8">
        <w:rPr>
          <w:rFonts w:ascii="Times New Roman" w:hAnsi="Times New Roman" w:cs="Times New Roman"/>
          <w:sz w:val="24"/>
          <w:szCs w:val="24"/>
          <w:lang w:val="hu-HU"/>
        </w:rPr>
        <w:tab/>
        <w:t xml:space="preserve">megyei német nyelvi verseny </w:t>
      </w:r>
    </w:p>
    <w:p w:rsidR="00526C3D" w:rsidRPr="00EF48A8" w:rsidRDefault="00526C3D" w:rsidP="00526C3D">
      <w:pPr>
        <w:widowControl w:val="0"/>
        <w:autoSpaceDE w:val="0"/>
        <w:autoSpaceDN w:val="0"/>
        <w:spacing w:after="0" w:line="402" w:lineRule="exact"/>
        <w:ind w:left="720"/>
        <w:rPr>
          <w:rFonts w:ascii="Times New Roman" w:hAnsi="Times New Roman" w:cs="Times New Roman"/>
          <w:sz w:val="24"/>
          <w:szCs w:val="24"/>
          <w:lang w:val="hu-HU"/>
        </w:rPr>
      </w:pPr>
      <w:r w:rsidRPr="00EF48A8">
        <w:rPr>
          <w:rFonts w:ascii="Times New Roman" w:hAnsi="Times New Roman" w:cs="Times New Roman"/>
          <w:sz w:val="24"/>
          <w:szCs w:val="24"/>
          <w:lang w:val="hu-HU"/>
        </w:rPr>
        <w:t>Diákolimpia, Európai Diáksportnap, tanév közben kapcsolódunk a meghirdetett aktuális sportversenyekhez</w:t>
      </w:r>
    </w:p>
    <w:p w:rsidR="00526C3D" w:rsidRPr="00EF48A8" w:rsidRDefault="00526C3D" w:rsidP="00526C3D">
      <w:pPr>
        <w:widowControl w:val="0"/>
        <w:autoSpaceDE w:val="0"/>
        <w:autoSpaceDN w:val="0"/>
        <w:spacing w:after="0" w:line="402" w:lineRule="exact"/>
        <w:ind w:left="720"/>
        <w:rPr>
          <w:rFonts w:ascii="Times New Roman" w:hAnsi="Times New Roman" w:cs="Times New Roman"/>
          <w:sz w:val="24"/>
          <w:szCs w:val="24"/>
          <w:lang w:val="hu-HU"/>
        </w:rPr>
      </w:pPr>
      <w:proofErr w:type="spellStart"/>
      <w:r w:rsidRPr="00EF48A8">
        <w:rPr>
          <w:rFonts w:ascii="Times New Roman" w:hAnsi="Times New Roman" w:cs="Times New Roman"/>
          <w:sz w:val="24"/>
          <w:szCs w:val="24"/>
          <w:lang w:val="hu-HU"/>
        </w:rPr>
        <w:t>Kiberbiztonsági</w:t>
      </w:r>
      <w:proofErr w:type="spellEnd"/>
      <w:r w:rsidRPr="00EF48A8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EF48A8">
        <w:rPr>
          <w:rFonts w:ascii="Times New Roman" w:hAnsi="Times New Roman" w:cs="Times New Roman"/>
          <w:sz w:val="24"/>
          <w:szCs w:val="24"/>
          <w:lang w:val="hu-HU"/>
        </w:rPr>
        <w:t>Játs</w:t>
      </w:r>
      <w:proofErr w:type="spellEnd"/>
      <w:r w:rsidRPr="00EF48A8">
        <w:rPr>
          <w:rFonts w:ascii="Times New Roman" w:hAnsi="Times New Roman" w:cs="Times New Roman"/>
          <w:sz w:val="24"/>
          <w:szCs w:val="24"/>
          <w:lang w:val="hu-HU"/>
        </w:rPr>
        <w:t>(s)</w:t>
      </w:r>
      <w:proofErr w:type="spellStart"/>
      <w:r w:rsidRPr="00EF48A8">
        <w:rPr>
          <w:rFonts w:ascii="Times New Roman" w:hAnsi="Times New Roman" w:cs="Times New Roman"/>
          <w:sz w:val="24"/>
          <w:szCs w:val="24"/>
          <w:lang w:val="hu-HU"/>
        </w:rPr>
        <w:t>zma</w:t>
      </w:r>
      <w:proofErr w:type="spellEnd"/>
    </w:p>
    <w:p w:rsidR="00EF48A8" w:rsidRPr="00EF48A8" w:rsidRDefault="00EF48A8" w:rsidP="00EF48A8">
      <w:pPr>
        <w:widowControl w:val="0"/>
        <w:autoSpaceDE w:val="0"/>
        <w:autoSpaceDN w:val="0"/>
        <w:spacing w:after="0" w:line="402" w:lineRule="exact"/>
        <w:rPr>
          <w:rFonts w:ascii="Times New Roman" w:hAnsi="Times New Roman" w:cs="Times New Roman"/>
          <w:sz w:val="24"/>
          <w:szCs w:val="24"/>
          <w:lang w:val="hu-HU"/>
        </w:rPr>
      </w:pPr>
      <w:r w:rsidRPr="00EF48A8">
        <w:rPr>
          <w:rFonts w:ascii="Times New Roman" w:hAnsi="Times New Roman" w:cs="Times New Roman"/>
          <w:sz w:val="24"/>
          <w:szCs w:val="24"/>
          <w:lang w:val="hu-HU"/>
        </w:rPr>
        <w:t xml:space="preserve">Szakmai: </w:t>
      </w:r>
    </w:p>
    <w:p w:rsidR="00EF48A8" w:rsidRPr="00EF48A8" w:rsidRDefault="00EF48A8" w:rsidP="00EF48A8">
      <w:pPr>
        <w:numPr>
          <w:ilvl w:val="0"/>
          <w:numId w:val="1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EF48A8">
        <w:rPr>
          <w:rFonts w:ascii="Times New Roman" w:hAnsi="Times New Roman" w:cs="Times New Roman"/>
          <w:sz w:val="24"/>
          <w:szCs w:val="24"/>
          <w:lang w:val="hu-HU"/>
        </w:rPr>
        <w:t>Semmelweis Egészségverseny (versenykiírás még nincs, októberben várható), több csapatot szeretnénk indítani)</w:t>
      </w:r>
    </w:p>
    <w:p w:rsidR="00EF48A8" w:rsidRPr="00EF48A8" w:rsidRDefault="00EF48A8" w:rsidP="00EF48A8">
      <w:pPr>
        <w:numPr>
          <w:ilvl w:val="0"/>
          <w:numId w:val="1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EF48A8">
        <w:rPr>
          <w:rFonts w:ascii="Times New Roman" w:hAnsi="Times New Roman" w:cs="Times New Roman"/>
          <w:sz w:val="24"/>
          <w:szCs w:val="24"/>
          <w:lang w:val="hu-HU"/>
        </w:rPr>
        <w:t>Kossuth Zsuzsanna Nemzeti Egészségügyi Szakképzési Verseny</w:t>
      </w:r>
      <w:r w:rsidRPr="00EF48A8">
        <w:rPr>
          <w:lang w:val="hu-HU"/>
        </w:rPr>
        <w:t xml:space="preserve">, </w:t>
      </w:r>
      <w:r w:rsidRPr="00EF48A8">
        <w:rPr>
          <w:rFonts w:ascii="Times New Roman" w:hAnsi="Times New Roman" w:cs="Times New Roman"/>
          <w:sz w:val="24"/>
          <w:szCs w:val="24"/>
          <w:lang w:val="hu-HU"/>
        </w:rPr>
        <w:t>11., 12., és 13. 14. 15.évfolyamon tanulmányokat folytató tanulókat lehet delegálni (bármely munkarend)</w:t>
      </w:r>
    </w:p>
    <w:p w:rsidR="00EF48A8" w:rsidRPr="00EF48A8" w:rsidRDefault="00EF48A8" w:rsidP="00EF48A8">
      <w:pPr>
        <w:numPr>
          <w:ilvl w:val="0"/>
          <w:numId w:val="15"/>
        </w:numPr>
        <w:spacing w:after="0"/>
        <w:contextualSpacing/>
        <w:jc w:val="both"/>
        <w:rPr>
          <w:rFonts w:ascii="Times New Roman" w:hAnsi="Times New Roman" w:cs="Times New Roman"/>
          <w:strike/>
          <w:sz w:val="24"/>
          <w:szCs w:val="24"/>
          <w:lang w:val="hu-HU"/>
        </w:rPr>
      </w:pPr>
      <w:r w:rsidRPr="00EF48A8">
        <w:rPr>
          <w:rFonts w:ascii="Times New Roman" w:hAnsi="Times New Roman" w:cs="Times New Roman"/>
          <w:sz w:val="24"/>
          <w:szCs w:val="24"/>
          <w:lang w:val="hu-HU"/>
        </w:rPr>
        <w:t xml:space="preserve">Területi forduló </w:t>
      </w:r>
    </w:p>
    <w:p w:rsidR="00EF48A8" w:rsidRPr="00EF48A8" w:rsidRDefault="00EF48A8" w:rsidP="00EF48A8">
      <w:pPr>
        <w:numPr>
          <w:ilvl w:val="0"/>
          <w:numId w:val="15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EF48A8">
        <w:rPr>
          <w:rFonts w:ascii="Times New Roman" w:hAnsi="Times New Roman" w:cs="Times New Roman"/>
          <w:sz w:val="24"/>
          <w:szCs w:val="24"/>
          <w:lang w:val="hu-HU"/>
        </w:rPr>
        <w:t xml:space="preserve">Megyei </w:t>
      </w:r>
    </w:p>
    <w:p w:rsidR="00EF48A8" w:rsidRPr="00EF48A8" w:rsidRDefault="00EF48A8" w:rsidP="00EF48A8">
      <w:pPr>
        <w:numPr>
          <w:ilvl w:val="0"/>
          <w:numId w:val="15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EF48A8">
        <w:rPr>
          <w:rFonts w:ascii="Times New Roman" w:hAnsi="Times New Roman" w:cs="Times New Roman"/>
          <w:sz w:val="24"/>
          <w:szCs w:val="24"/>
          <w:lang w:val="hu-HU"/>
        </w:rPr>
        <w:t xml:space="preserve">Országos </w:t>
      </w:r>
    </w:p>
    <w:p w:rsidR="00EF48A8" w:rsidRPr="00EF48A8" w:rsidRDefault="00EF48A8" w:rsidP="00EF48A8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EF48A8">
        <w:rPr>
          <w:rFonts w:ascii="Times New Roman" w:hAnsi="Times New Roman" w:cs="Times New Roman"/>
          <w:sz w:val="24"/>
          <w:szCs w:val="24"/>
          <w:lang w:val="hu-HU"/>
        </w:rPr>
        <w:t>OSZTV versenyfelhívás várhatóan 2026/27 tanévre még nincs kiírás, nevezési határidő tavaly december eleje volt! A verseny kezdete januárra tehető.</w:t>
      </w:r>
    </w:p>
    <w:p w:rsidR="00EF48A8" w:rsidRPr="00EF48A8" w:rsidRDefault="00EF48A8" w:rsidP="00EF48A8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EF48A8">
        <w:rPr>
          <w:rFonts w:ascii="Times New Roman" w:hAnsi="Times New Roman" w:cs="Times New Roman"/>
          <w:sz w:val="24"/>
          <w:szCs w:val="24"/>
          <w:lang w:val="hu-HU"/>
        </w:rPr>
        <w:lastRenderedPageBreak/>
        <w:t>Magyar Vöröskereszt által szervezett szakmai versenyek 2027. májusban várhatóak (Elsősegélynyújtás, Csecsemő- és kisgyermekgondozási verseny)</w:t>
      </w:r>
    </w:p>
    <w:p w:rsidR="00EF48A8" w:rsidRPr="00EF48A8" w:rsidRDefault="00EF48A8" w:rsidP="00EF48A8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EF48A8">
        <w:rPr>
          <w:rFonts w:ascii="Times New Roman" w:hAnsi="Times New Roman" w:cs="Times New Roman"/>
          <w:sz w:val="24"/>
          <w:szCs w:val="24"/>
          <w:lang w:val="hu-HU"/>
        </w:rPr>
        <w:t>„Közös ügyünk az ápolás” MESZK által szervezett szakmai verseny 2027. április-májusi időszakban várható</w:t>
      </w:r>
    </w:p>
    <w:p w:rsidR="00EF48A8" w:rsidRPr="00EF48A8" w:rsidRDefault="00EF48A8" w:rsidP="00EF48A8">
      <w:pPr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EF48A8">
        <w:rPr>
          <w:rFonts w:ascii="Times New Roman" w:hAnsi="Times New Roman" w:cs="Times New Roman"/>
          <w:b/>
          <w:bCs/>
          <w:sz w:val="24"/>
          <w:szCs w:val="24"/>
          <w:lang w:val="hu-HU"/>
        </w:rPr>
        <w:t>Felelős</w:t>
      </w:r>
      <w:r w:rsidRPr="00EF48A8">
        <w:rPr>
          <w:rFonts w:ascii="Times New Roman" w:hAnsi="Times New Roman" w:cs="Times New Roman"/>
          <w:sz w:val="24"/>
          <w:szCs w:val="24"/>
          <w:lang w:val="hu-HU"/>
        </w:rPr>
        <w:t xml:space="preserve">: Simon Zsolt, felkészítésben 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részt vesznek </w:t>
      </w:r>
      <w:r w:rsidRPr="00EF48A8">
        <w:rPr>
          <w:rFonts w:ascii="Times New Roman" w:hAnsi="Times New Roman" w:cs="Times New Roman"/>
          <w:sz w:val="24"/>
          <w:szCs w:val="24"/>
          <w:lang w:val="hu-HU"/>
        </w:rPr>
        <w:t>a szakmai munkaközösség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tagjai</w:t>
      </w:r>
    </w:p>
    <w:p w:rsidR="00EF48A8" w:rsidRDefault="00EF48A8" w:rsidP="00EF48A8">
      <w:pPr>
        <w:widowControl w:val="0"/>
        <w:autoSpaceDE w:val="0"/>
        <w:autoSpaceDN w:val="0"/>
        <w:spacing w:after="0" w:line="402" w:lineRule="exact"/>
        <w:rPr>
          <w:rFonts w:ascii="Times New Roman" w:hAnsi="Times New Roman" w:cs="Times New Roman"/>
          <w:sz w:val="24"/>
          <w:szCs w:val="24"/>
          <w:lang w:val="hu-HU"/>
        </w:rPr>
      </w:pPr>
    </w:p>
    <w:p w:rsidR="00EF48A8" w:rsidRDefault="00EF48A8" w:rsidP="00EF48A8">
      <w:pPr>
        <w:widowControl w:val="0"/>
        <w:autoSpaceDE w:val="0"/>
        <w:autoSpaceDN w:val="0"/>
        <w:spacing w:after="0" w:line="402" w:lineRule="exact"/>
        <w:rPr>
          <w:rFonts w:ascii="Times New Roman" w:hAnsi="Times New Roman" w:cs="Times New Roman"/>
          <w:sz w:val="24"/>
          <w:szCs w:val="24"/>
          <w:lang w:val="hu-HU"/>
        </w:rPr>
        <w:sectPr w:rsidR="00EF48A8" w:rsidSect="00034616">
          <w:pgSz w:w="11909" w:h="16834"/>
          <w:pgMar w:top="1440" w:right="1440" w:bottom="1440" w:left="1440" w:header="720" w:footer="720" w:gutter="0"/>
          <w:cols w:space="720"/>
          <w:docGrid w:linePitch="360"/>
        </w:sectPr>
      </w:pPr>
    </w:p>
    <w:p w:rsidR="00C050E8" w:rsidRPr="004B560D" w:rsidRDefault="00C050E8" w:rsidP="006E7BE4">
      <w:pPr>
        <w:pStyle w:val="Cmsor1"/>
        <w:rPr>
          <w:lang w:val="hu-HU" w:eastAsia="hu-HU"/>
        </w:rPr>
      </w:pPr>
      <w:bookmarkStart w:id="66" w:name="_Toc241234014"/>
      <w:r w:rsidRPr="004B560D">
        <w:rPr>
          <w:rFonts w:ascii="Segoe UI Emoji" w:hAnsi="Segoe UI Emoji" w:cs="Segoe UI Emoji"/>
          <w:lang w:val="hu-HU" w:eastAsia="hu-HU"/>
        </w:rPr>
        <w:lastRenderedPageBreak/>
        <w:t>📋</w:t>
      </w:r>
      <w:r w:rsidRPr="004B560D">
        <w:rPr>
          <w:lang w:val="hu-HU" w:eastAsia="hu-HU"/>
        </w:rPr>
        <w:t xml:space="preserve"> TECHNIKUMI MUNKATERV ÉS NAPTÁR (2026/2027)</w:t>
      </w:r>
      <w:bookmarkEnd w:id="66"/>
    </w:p>
    <w:p w:rsidR="00401DCD" w:rsidRPr="004B560D" w:rsidRDefault="00401DCD" w:rsidP="00A761DE">
      <w:pPr>
        <w:spacing w:before="120" w:after="120" w:line="240" w:lineRule="auto"/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hu-HU" w:eastAsia="hu-HU"/>
        </w:rPr>
        <w:t>Az Aktív iskola programjai egész tanévet betöltő események. Koordinálja: Simon Bence</w:t>
      </w:r>
    </w:p>
    <w:p w:rsidR="00131842" w:rsidRPr="004B560D" w:rsidRDefault="00131842" w:rsidP="00A761DE">
      <w:pPr>
        <w:spacing w:before="120" w:after="120" w:line="240" w:lineRule="auto"/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hu-HU" w:eastAsia="hu-HU"/>
        </w:rPr>
      </w:pPr>
    </w:p>
    <w:p w:rsidR="00C050E8" w:rsidRPr="004B560D" w:rsidRDefault="00C050E8" w:rsidP="00A761DE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</w:pPr>
      <w:r w:rsidRPr="004B560D">
        <w:rPr>
          <w:rFonts w:ascii="Segoe UI Emoji" w:eastAsia="Times New Roman" w:hAnsi="Segoe UI Emoji" w:cs="Segoe UI Emoji"/>
          <w:b/>
          <w:bCs/>
          <w:color w:val="auto"/>
          <w:sz w:val="24"/>
          <w:szCs w:val="24"/>
          <w:lang w:val="hu-HU" w:eastAsia="hu-HU"/>
        </w:rPr>
        <w:t>🍂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 2026. SZEPTEMBER</w:t>
      </w:r>
    </w:p>
    <w:p w:rsidR="00C050E8" w:rsidRPr="004B560D" w:rsidRDefault="00C050E8" w:rsidP="003F3FC3">
      <w:pPr>
        <w:numPr>
          <w:ilvl w:val="0"/>
          <w:numId w:val="17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szeptember 1. (Kedd):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Első tanítási nap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osztályfőnökök</w:t>
      </w:r>
    </w:p>
    <w:p w:rsidR="00C050E8" w:rsidRPr="004B560D" w:rsidRDefault="00C050E8" w:rsidP="003F3FC3">
      <w:pPr>
        <w:numPr>
          <w:ilvl w:val="0"/>
          <w:numId w:val="17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szeptember 2. (Szerda):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Tanévnyitó ünnepség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proofErr w:type="spellStart"/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>Gyöngyössy</w:t>
      </w:r>
      <w:proofErr w:type="spellEnd"/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Péterné, iskolavezetés</w:t>
      </w:r>
    </w:p>
    <w:p w:rsidR="00C050E8" w:rsidRPr="004B560D" w:rsidRDefault="00C050E8" w:rsidP="003F3FC3">
      <w:pPr>
        <w:numPr>
          <w:ilvl w:val="0"/>
          <w:numId w:val="17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szeptember 4. (Péntek):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Munkaközösségi munkatervek elkészítése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munkaközösség vezetők</w:t>
      </w:r>
    </w:p>
    <w:p w:rsidR="00C050E8" w:rsidRPr="004B560D" w:rsidRDefault="00C050E8" w:rsidP="003F3FC3">
      <w:pPr>
        <w:numPr>
          <w:ilvl w:val="0"/>
          <w:numId w:val="17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szeptember 7. – október 9.: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Szakmai gyakorlat (12. évfolyam)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szakmai igazgatóhelyettes, gyakorlat</w:t>
      </w:r>
      <w:r w:rsidR="00526C3D"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>i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oktatásvezető</w:t>
      </w:r>
    </w:p>
    <w:p w:rsidR="00C050E8" w:rsidRPr="004B560D" w:rsidRDefault="00C050E8" w:rsidP="003F3FC3">
      <w:pPr>
        <w:numPr>
          <w:ilvl w:val="0"/>
          <w:numId w:val="17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szeptember 10. (Csütörtök):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Éves munkaterv oktatói elfogadtatása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igazgató</w:t>
      </w:r>
    </w:p>
    <w:p w:rsidR="00C050E8" w:rsidRPr="004B560D" w:rsidRDefault="00C050E8" w:rsidP="003F3FC3">
      <w:pPr>
        <w:numPr>
          <w:ilvl w:val="0"/>
          <w:numId w:val="17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szeptember 15. (Kedd):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GINOP bemeneti mérés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nevelési igazgatóhelyettes, szaktanárok</w:t>
      </w:r>
    </w:p>
    <w:p w:rsidR="00C050E8" w:rsidRPr="004B560D" w:rsidRDefault="00C050E8" w:rsidP="003F3FC3">
      <w:pPr>
        <w:numPr>
          <w:ilvl w:val="0"/>
          <w:numId w:val="17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szeptember 18. (Péntek):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proofErr w:type="spellStart"/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Brain</w:t>
      </w:r>
      <w:proofErr w:type="spellEnd"/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 Bar jövőfesztivál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Wagner Veronika</w:t>
      </w:r>
    </w:p>
    <w:p w:rsidR="00C050E8" w:rsidRDefault="00C050E8" w:rsidP="003F3FC3">
      <w:pPr>
        <w:numPr>
          <w:ilvl w:val="0"/>
          <w:numId w:val="17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szeptember 21. (Hétfő):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Tanmenetek megküldésének határideje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szaktanárok</w:t>
      </w:r>
    </w:p>
    <w:p w:rsidR="00AE5713" w:rsidRPr="00AE5713" w:rsidRDefault="00AE5713" w:rsidP="00AE5713">
      <w:pPr>
        <w:numPr>
          <w:ilvl w:val="0"/>
          <w:numId w:val="17"/>
        </w:numPr>
        <w:spacing w:after="0" w:line="240" w:lineRule="auto"/>
        <w:ind w:left="0"/>
        <w:rPr>
          <w:rFonts w:eastAsia="Times New Roman" w:cs="Arial"/>
          <w:sz w:val="24"/>
          <w:szCs w:val="24"/>
          <w:lang w:val="hu-HU" w:eastAsia="hu-HU"/>
        </w:rPr>
      </w:pPr>
      <w:r w:rsidRPr="00AE5713">
        <w:rPr>
          <w:rFonts w:eastAsia="Times New Roman" w:cs="Arial"/>
          <w:b/>
          <w:bCs/>
          <w:sz w:val="24"/>
          <w:szCs w:val="24"/>
          <w:lang w:val="hu-HU" w:eastAsia="hu-HU"/>
        </w:rPr>
        <w:t>szeptember 21. (Hétfő- péntek): Aktív közlekedés hete</w:t>
      </w:r>
    </w:p>
    <w:p w:rsidR="00AE5713" w:rsidRPr="00AE5713" w:rsidRDefault="00AE5713" w:rsidP="00AE5713">
      <w:pPr>
        <w:spacing w:after="0" w:line="240" w:lineRule="auto"/>
        <w:rPr>
          <w:rFonts w:eastAsia="Times New Roman" w:cs="Arial"/>
          <w:sz w:val="24"/>
          <w:szCs w:val="24"/>
          <w:lang w:eastAsia="hu-HU"/>
        </w:rPr>
      </w:pPr>
      <w:r w:rsidRPr="00AD67CE">
        <w:rPr>
          <w:rFonts w:ascii="Cambria Math" w:eastAsia="Times New Roman" w:hAnsi="Cambria Math" w:cs="Cambria Math"/>
          <w:sz w:val="24"/>
          <w:szCs w:val="24"/>
          <w:lang w:eastAsia="hu-HU"/>
        </w:rPr>
        <w:t>↳</w:t>
      </w:r>
      <w:r w:rsidRPr="00AD67CE">
        <w:rPr>
          <w:rFonts w:eastAsia="Times New Roman" w:cs="Arial"/>
          <w:sz w:val="24"/>
          <w:szCs w:val="24"/>
          <w:lang w:eastAsia="hu-HU"/>
        </w:rPr>
        <w:t xml:space="preserve"> </w:t>
      </w:r>
      <w:proofErr w:type="spellStart"/>
      <w:r w:rsidRPr="00AD67CE">
        <w:rPr>
          <w:rFonts w:eastAsia="Times New Roman" w:cs="Arial"/>
          <w:i/>
          <w:iCs/>
          <w:sz w:val="24"/>
          <w:szCs w:val="24"/>
          <w:lang w:eastAsia="hu-HU"/>
        </w:rPr>
        <w:t>Felelős</w:t>
      </w:r>
      <w:proofErr w:type="spellEnd"/>
      <w:r w:rsidRPr="00AD67CE">
        <w:rPr>
          <w:rFonts w:eastAsia="Times New Roman" w:cs="Arial"/>
          <w:i/>
          <w:iCs/>
          <w:sz w:val="24"/>
          <w:szCs w:val="24"/>
          <w:lang w:eastAsia="hu-HU"/>
        </w:rPr>
        <w:t>:</w:t>
      </w:r>
      <w:r w:rsidRPr="00AD67CE">
        <w:rPr>
          <w:rFonts w:eastAsia="Times New Roman" w:cs="Arial"/>
          <w:sz w:val="24"/>
          <w:szCs w:val="24"/>
          <w:lang w:eastAsia="hu-HU"/>
        </w:rPr>
        <w:t xml:space="preserve"> </w:t>
      </w:r>
      <w:r>
        <w:rPr>
          <w:rFonts w:eastAsia="Times New Roman" w:cs="Arial"/>
          <w:sz w:val="24"/>
          <w:szCs w:val="24"/>
          <w:lang w:eastAsia="hu-HU"/>
        </w:rPr>
        <w:t>Simon Bence</w:t>
      </w:r>
    </w:p>
    <w:p w:rsidR="00526C3D" w:rsidRPr="004B560D" w:rsidRDefault="00C050E8" w:rsidP="003F3FC3">
      <w:pPr>
        <w:numPr>
          <w:ilvl w:val="0"/>
          <w:numId w:val="17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szeptember 24. (Csütörtök):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</w:p>
    <w:p w:rsidR="00526C3D" w:rsidRPr="004B560D" w:rsidRDefault="00C050E8" w:rsidP="00526C3D">
      <w:pPr>
        <w:numPr>
          <w:ilvl w:val="1"/>
          <w:numId w:val="17"/>
        </w:numPr>
        <w:spacing w:before="120" w:after="12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Fogadóóra (15:00)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| </w:t>
      </w:r>
    </w:p>
    <w:p w:rsidR="00C050E8" w:rsidRPr="004B560D" w:rsidRDefault="00C050E8" w:rsidP="00526C3D">
      <w:pPr>
        <w:numPr>
          <w:ilvl w:val="1"/>
          <w:numId w:val="17"/>
        </w:numPr>
        <w:spacing w:before="120" w:after="12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Szülői értekezlet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 xml:space="preserve">(9. </w:t>
      </w:r>
      <w:proofErr w:type="spellStart"/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évf</w:t>
      </w:r>
      <w:proofErr w:type="spellEnd"/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: 16:00, felsőbb: 16:30)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osztályfőnöki munkaközösség vezető</w:t>
      </w:r>
    </w:p>
    <w:p w:rsidR="00C050E8" w:rsidRPr="004B560D" w:rsidRDefault="00C050E8" w:rsidP="003F3FC3">
      <w:pPr>
        <w:numPr>
          <w:ilvl w:val="0"/>
          <w:numId w:val="17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szeptember 25. (Péntek):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Magyar Diáksport Napja (Sportnap)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testnevelő tanárok</w:t>
      </w:r>
    </w:p>
    <w:p w:rsidR="00526C3D" w:rsidRPr="004B560D" w:rsidRDefault="00526C3D" w:rsidP="004B560D">
      <w:pPr>
        <w:numPr>
          <w:ilvl w:val="0"/>
          <w:numId w:val="17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</w:pPr>
    </w:p>
    <w:p w:rsidR="00C050E8" w:rsidRPr="004B560D" w:rsidRDefault="00C050E8" w:rsidP="004B560D">
      <w:pPr>
        <w:numPr>
          <w:ilvl w:val="0"/>
          <w:numId w:val="17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Segoe UI Emoji" w:eastAsia="Times New Roman" w:hAnsi="Segoe UI Emoji" w:cs="Segoe UI Emoji"/>
          <w:b/>
          <w:bCs/>
          <w:color w:val="auto"/>
          <w:sz w:val="24"/>
          <w:szCs w:val="24"/>
          <w:lang w:val="hu-HU" w:eastAsia="hu-HU"/>
        </w:rPr>
        <w:t>🍁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 2026. OKTÓBER</w:t>
      </w:r>
    </w:p>
    <w:p w:rsidR="00C050E8" w:rsidRPr="004B560D" w:rsidRDefault="00C050E8" w:rsidP="003F3FC3">
      <w:pPr>
        <w:numPr>
          <w:ilvl w:val="0"/>
          <w:numId w:val="18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bookmarkStart w:id="67" w:name="_Hlk240658261"/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október 5.</w:t>
      </w:r>
      <w:r w:rsidR="00526C3D"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(hétfő)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 – október 16.: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bookmarkEnd w:id="67"/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Szakmai kompetencia bemeneti mérés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proofErr w:type="spellStart"/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>Szolyákné</w:t>
      </w:r>
      <w:proofErr w:type="spellEnd"/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Skoda Marianna</w:t>
      </w:r>
    </w:p>
    <w:p w:rsidR="00526C3D" w:rsidRPr="004B560D" w:rsidRDefault="00526C3D" w:rsidP="00526C3D">
      <w:pPr>
        <w:numPr>
          <w:ilvl w:val="0"/>
          <w:numId w:val="17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bookmarkStart w:id="68" w:name="_Hlk240658681"/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október 6.(kedd) – október 7.: </w:t>
      </w:r>
      <w:bookmarkEnd w:id="68"/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Kisérettségi (11. évfolyam)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bookmarkStart w:id="69" w:name="_Hlk240658793"/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szaktanár</w:t>
      </w:r>
    </w:p>
    <w:bookmarkEnd w:id="69"/>
    <w:p w:rsidR="003918F1" w:rsidRPr="004B560D" w:rsidRDefault="003918F1" w:rsidP="00526C3D">
      <w:pPr>
        <w:numPr>
          <w:ilvl w:val="0"/>
          <w:numId w:val="17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október 12.(hétfő) – október 7. (péntek): Nyelvi témahét</w:t>
      </w:r>
    </w:p>
    <w:p w:rsidR="003918F1" w:rsidRPr="004B560D" w:rsidRDefault="003918F1" w:rsidP="003918F1">
      <w:pPr>
        <w:numPr>
          <w:ilvl w:val="0"/>
          <w:numId w:val="17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lastRenderedPageBreak/>
        <w:t>Felelős: idegen nyelvi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szaktanárok</w:t>
      </w:r>
    </w:p>
    <w:p w:rsidR="003918F1" w:rsidRPr="004B560D" w:rsidRDefault="00C050E8" w:rsidP="003918F1">
      <w:pPr>
        <w:numPr>
          <w:ilvl w:val="0"/>
          <w:numId w:val="18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bookmarkStart w:id="70" w:name="_Hlk240658841"/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október 13. (Kedd)</w:t>
      </w:r>
      <w:bookmarkEnd w:id="70"/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proofErr w:type="spellStart"/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Implom</w:t>
      </w:r>
      <w:proofErr w:type="spellEnd"/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 József Helyesírási Verseny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Gaál Flóra</w:t>
      </w:r>
    </w:p>
    <w:p w:rsidR="003918F1" w:rsidRPr="004B560D" w:rsidRDefault="003918F1" w:rsidP="003918F1">
      <w:pPr>
        <w:numPr>
          <w:ilvl w:val="0"/>
          <w:numId w:val="18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 október 13. (Kedd) „Diákok hangja”</w:t>
      </w:r>
    </w:p>
    <w:p w:rsidR="00C050E8" w:rsidRPr="004B560D" w:rsidRDefault="003918F1" w:rsidP="003918F1">
      <w:pPr>
        <w:spacing w:before="120" w:after="120" w:line="240" w:lineRule="auto"/>
        <w:rPr>
          <w:rFonts w:ascii="Times New Roman" w:eastAsia="Times New Roman" w:hAnsi="Times New Roman" w:cs="Times New Roman"/>
          <w:iCs/>
          <w:color w:val="auto"/>
          <w:sz w:val="24"/>
          <w:szCs w:val="24"/>
          <w:lang w:val="hu-HU" w:eastAsia="hu-HU"/>
        </w:rPr>
      </w:pP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 xml:space="preserve">Felelős: </w:t>
      </w:r>
      <w:r w:rsidRPr="004B560D">
        <w:rPr>
          <w:rFonts w:ascii="Times New Roman" w:eastAsia="Times New Roman" w:hAnsi="Times New Roman" w:cs="Times New Roman"/>
          <w:iCs/>
          <w:color w:val="auto"/>
          <w:sz w:val="24"/>
          <w:szCs w:val="24"/>
          <w:lang w:val="hu-HU" w:eastAsia="hu-HU"/>
        </w:rPr>
        <w:t xml:space="preserve">nevelési igazgatóhelyettes, </w:t>
      </w:r>
      <w:proofErr w:type="spellStart"/>
      <w:r w:rsidRPr="004B560D">
        <w:rPr>
          <w:rFonts w:ascii="Times New Roman" w:eastAsia="Times New Roman" w:hAnsi="Times New Roman" w:cs="Times New Roman"/>
          <w:iCs/>
          <w:color w:val="auto"/>
          <w:sz w:val="24"/>
          <w:szCs w:val="24"/>
          <w:lang w:val="hu-HU" w:eastAsia="hu-HU"/>
        </w:rPr>
        <w:t>DÖk</w:t>
      </w:r>
      <w:proofErr w:type="spellEnd"/>
      <w:r w:rsidRPr="004B560D">
        <w:rPr>
          <w:rFonts w:ascii="Times New Roman" w:eastAsia="Times New Roman" w:hAnsi="Times New Roman" w:cs="Times New Roman"/>
          <w:iCs/>
          <w:color w:val="auto"/>
          <w:sz w:val="24"/>
          <w:szCs w:val="24"/>
          <w:lang w:val="hu-HU" w:eastAsia="hu-HU"/>
        </w:rPr>
        <w:t xml:space="preserve"> segítő tanár, osztályfőnökök</w:t>
      </w:r>
    </w:p>
    <w:p w:rsidR="0019716C" w:rsidRPr="004B560D" w:rsidRDefault="00C050E8" w:rsidP="003F3FC3">
      <w:pPr>
        <w:numPr>
          <w:ilvl w:val="0"/>
          <w:numId w:val="18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október </w:t>
      </w:r>
      <w:r w:rsidR="003918F1"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21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. (Szerda):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Gólyaavató (14:00)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a 9. és a 10. osztály osztályfőnökei</w:t>
      </w:r>
    </w:p>
    <w:p w:rsidR="00C050E8" w:rsidRPr="004B560D" w:rsidRDefault="00C050E8" w:rsidP="003F3FC3">
      <w:pPr>
        <w:numPr>
          <w:ilvl w:val="0"/>
          <w:numId w:val="18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október 14. – október 15.: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Pályaválasztási és Képzési Kiállítás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Büki Beatrix, </w:t>
      </w:r>
      <w:proofErr w:type="spellStart"/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>Katzler</w:t>
      </w:r>
      <w:proofErr w:type="spellEnd"/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Ábel</w:t>
      </w:r>
    </w:p>
    <w:p w:rsidR="003918F1" w:rsidRPr="004B560D" w:rsidRDefault="00C050E8" w:rsidP="003F3FC3">
      <w:pPr>
        <w:numPr>
          <w:ilvl w:val="0"/>
          <w:numId w:val="18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október 15. (Csütörtök):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Vakok és </w:t>
      </w:r>
      <w:proofErr w:type="spellStart"/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Gyengénlátók</w:t>
      </w:r>
      <w:proofErr w:type="spellEnd"/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 Egyesületének érzékenyítő programja (9. évf.)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|</w:t>
      </w:r>
    </w:p>
    <w:p w:rsidR="0019716C" w:rsidRPr="004B560D" w:rsidRDefault="00C050E8" w:rsidP="003918F1">
      <w:pPr>
        <w:numPr>
          <w:ilvl w:val="0"/>
          <w:numId w:val="18"/>
        </w:numPr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szakmai munkaközösségvezető</w:t>
      </w:r>
    </w:p>
    <w:p w:rsidR="00C050E8" w:rsidRPr="004B560D" w:rsidRDefault="00C050E8" w:rsidP="003F3FC3">
      <w:pPr>
        <w:pStyle w:val="Listaszerbekezds"/>
        <w:numPr>
          <w:ilvl w:val="0"/>
          <w:numId w:val="18"/>
        </w:numPr>
        <w:spacing w:before="120" w:after="120" w:line="240" w:lineRule="auto"/>
        <w:ind w:left="0" w:hanging="426"/>
        <w:rPr>
          <w:rFonts w:ascii="Times New Roman" w:eastAsia="Times New Roman" w:hAnsi="Times New Roman" w:cs="Times New Roman"/>
          <w:iCs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október 20. (Kedd):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Felvételi tájékoztató nyilvánosságra hozatala a honlapon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igazgató</w:t>
      </w:r>
    </w:p>
    <w:p w:rsidR="00C050E8" w:rsidRPr="004B560D" w:rsidRDefault="00C050E8" w:rsidP="003F3FC3">
      <w:pPr>
        <w:numPr>
          <w:ilvl w:val="0"/>
          <w:numId w:val="18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október 22. (Csütörtök):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Október 23-i iskolai ünnepség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proofErr w:type="spellStart"/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>Gyöngyössy</w:t>
      </w:r>
      <w:proofErr w:type="spellEnd"/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Péterné, Gaál Flóra, </w:t>
      </w:r>
    </w:p>
    <w:p w:rsidR="00C050E8" w:rsidRPr="004B560D" w:rsidRDefault="00C050E8" w:rsidP="003F3FC3">
      <w:pPr>
        <w:numPr>
          <w:ilvl w:val="0"/>
          <w:numId w:val="18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október 23. (Péntek):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Segoe UI Emoji" w:eastAsia="Times New Roman" w:hAnsi="Segoe UI Emoji" w:cs="Segoe UI Emoji"/>
          <w:color w:val="auto"/>
          <w:sz w:val="24"/>
          <w:szCs w:val="24"/>
          <w:lang w:val="hu-HU" w:eastAsia="hu-HU"/>
        </w:rPr>
        <w:t>🔴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MUNKASZÜNETI NAP (Nemzeti ünnep)</w:t>
      </w:r>
    </w:p>
    <w:p w:rsidR="00C050E8" w:rsidRPr="004B560D" w:rsidRDefault="00C050E8" w:rsidP="003F3FC3">
      <w:pPr>
        <w:numPr>
          <w:ilvl w:val="0"/>
          <w:numId w:val="18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október 26. – október 30.: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🟡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ŐSZI SZÜNET</w:t>
      </w:r>
    </w:p>
    <w:p w:rsidR="001B3282" w:rsidRPr="004B560D" w:rsidRDefault="001B3282" w:rsidP="00A761DE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</w:pPr>
    </w:p>
    <w:p w:rsidR="00C050E8" w:rsidRPr="004B560D" w:rsidRDefault="00C050E8" w:rsidP="00A761DE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</w:pPr>
      <w:r w:rsidRPr="004B560D">
        <w:rPr>
          <w:rFonts w:ascii="Segoe UI Emoji" w:eastAsia="Times New Roman" w:hAnsi="Segoe UI Emoji" w:cs="Segoe UI Emoji"/>
          <w:b/>
          <w:bCs/>
          <w:color w:val="auto"/>
          <w:sz w:val="24"/>
          <w:szCs w:val="24"/>
          <w:lang w:val="hu-HU" w:eastAsia="hu-HU"/>
        </w:rPr>
        <w:t>🦔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 2026. NOVEMBER</w:t>
      </w:r>
    </w:p>
    <w:p w:rsidR="00C050E8" w:rsidRPr="004B560D" w:rsidRDefault="00C050E8" w:rsidP="003F3FC3">
      <w:pPr>
        <w:numPr>
          <w:ilvl w:val="0"/>
          <w:numId w:val="19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november 1. (Vasárnap):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Segoe UI Emoji" w:eastAsia="Times New Roman" w:hAnsi="Segoe UI Emoji" w:cs="Segoe UI Emoji"/>
          <w:color w:val="auto"/>
          <w:sz w:val="24"/>
          <w:szCs w:val="24"/>
          <w:lang w:val="hu-HU" w:eastAsia="hu-HU"/>
        </w:rPr>
        <w:t>🔴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MUNKASZÜNETI NAP (Mindenszentek)</w:t>
      </w:r>
    </w:p>
    <w:p w:rsidR="003918F1" w:rsidRPr="004B560D" w:rsidRDefault="00C050E8" w:rsidP="003F3FC3">
      <w:pPr>
        <w:numPr>
          <w:ilvl w:val="0"/>
          <w:numId w:val="19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november 16. – november 20.: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</w:p>
    <w:p w:rsidR="00C050E8" w:rsidRPr="004B560D" w:rsidRDefault="00C050E8" w:rsidP="003F3FC3">
      <w:pPr>
        <w:numPr>
          <w:ilvl w:val="0"/>
          <w:numId w:val="19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Szent-Györgyi hét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bookmarkStart w:id="71" w:name="_Hlk240659032"/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szakm</w:t>
      </w:r>
      <w:r w:rsidR="0019716C"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>a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>i munkaközösségvezető</w:t>
      </w:r>
      <w:bookmarkEnd w:id="71"/>
    </w:p>
    <w:p w:rsidR="003918F1" w:rsidRPr="004B560D" w:rsidRDefault="003918F1" w:rsidP="003F3FC3">
      <w:pPr>
        <w:numPr>
          <w:ilvl w:val="0"/>
          <w:numId w:val="19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hu-HU" w:eastAsia="hu-HU"/>
        </w:rPr>
        <w:t>Egészséges táplálkozás hete (Aktív iskola)</w:t>
      </w:r>
    </w:p>
    <w:p w:rsidR="003918F1" w:rsidRPr="004B560D" w:rsidRDefault="003918F1" w:rsidP="003918F1">
      <w:pPr>
        <w:spacing w:before="120" w:after="12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hu-HU" w:eastAsia="hu-HU"/>
        </w:rPr>
      </w:pP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Simon Bence</w:t>
      </w:r>
    </w:p>
    <w:p w:rsidR="00C050E8" w:rsidRPr="004B560D" w:rsidRDefault="00C050E8" w:rsidP="003F3FC3">
      <w:pPr>
        <w:numPr>
          <w:ilvl w:val="0"/>
          <w:numId w:val="19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november 20. (Péntek):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Szent-Györgyi diákbál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DÖK segítő, DÖK és a DH diákjai</w:t>
      </w:r>
    </w:p>
    <w:p w:rsidR="00C050E8" w:rsidRPr="004B560D" w:rsidRDefault="00C050E8" w:rsidP="003F3FC3">
      <w:pPr>
        <w:numPr>
          <w:ilvl w:val="0"/>
          <w:numId w:val="19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november 26. (Csütörtök):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Nyílt nap a vidéki iskoláknak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Büki Beatrix, </w:t>
      </w:r>
      <w:proofErr w:type="spellStart"/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>Katzler</w:t>
      </w:r>
      <w:proofErr w:type="spellEnd"/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Ábel</w:t>
      </w:r>
    </w:p>
    <w:p w:rsidR="001B3282" w:rsidRPr="004B560D" w:rsidRDefault="001B3282" w:rsidP="00A761DE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</w:pPr>
    </w:p>
    <w:p w:rsidR="00C050E8" w:rsidRPr="004B560D" w:rsidRDefault="00C050E8" w:rsidP="00A761DE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</w:pPr>
      <w:r w:rsidRPr="004B560D">
        <w:rPr>
          <w:rFonts w:ascii="Segoe UI Emoji" w:eastAsia="Times New Roman" w:hAnsi="Segoe UI Emoji" w:cs="Segoe UI Emoji"/>
          <w:b/>
          <w:bCs/>
          <w:color w:val="auto"/>
          <w:sz w:val="24"/>
          <w:szCs w:val="24"/>
          <w:lang w:val="hu-HU" w:eastAsia="hu-HU"/>
        </w:rPr>
        <w:t>🎄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 2026. DECEMBER</w:t>
      </w:r>
    </w:p>
    <w:p w:rsidR="00C050E8" w:rsidRPr="004B560D" w:rsidRDefault="00C050E8" w:rsidP="003F3FC3">
      <w:pPr>
        <w:numPr>
          <w:ilvl w:val="0"/>
          <w:numId w:val="19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december 3. (Csütörtök):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Nyílt napok a szombathelyi iskoláknak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Büki Beatrix, </w:t>
      </w:r>
      <w:proofErr w:type="spellStart"/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>Katzler</w:t>
      </w:r>
      <w:proofErr w:type="spellEnd"/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Ábel</w:t>
      </w:r>
    </w:p>
    <w:p w:rsidR="00C050E8" w:rsidRPr="004B560D" w:rsidRDefault="00C050E8" w:rsidP="003F3FC3">
      <w:pPr>
        <w:numPr>
          <w:ilvl w:val="0"/>
          <w:numId w:val="20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december 14. (Hétfő):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Külső értékelés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MIR tagok, igazgató</w:t>
      </w:r>
    </w:p>
    <w:p w:rsidR="00C050E8" w:rsidRPr="004B560D" w:rsidRDefault="00C050E8" w:rsidP="003F3FC3">
      <w:pPr>
        <w:numPr>
          <w:ilvl w:val="0"/>
          <w:numId w:val="19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lastRenderedPageBreak/>
        <w:t>december 15. (Kedd):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Adventi vásár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bookmarkStart w:id="72" w:name="_Hlk240659263"/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bookmarkEnd w:id="72"/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>DÖK segítő</w:t>
      </w:r>
    </w:p>
    <w:p w:rsidR="003918F1" w:rsidRPr="004B560D" w:rsidRDefault="003918F1" w:rsidP="003F3FC3">
      <w:pPr>
        <w:numPr>
          <w:ilvl w:val="0"/>
          <w:numId w:val="19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hu-HU" w:eastAsia="hu-HU"/>
        </w:rPr>
        <w:t>december 18. (péntek):  Osztálykarácsony</w:t>
      </w:r>
    </w:p>
    <w:p w:rsidR="003918F1" w:rsidRPr="004B560D" w:rsidRDefault="003D0CBE" w:rsidP="003D0CBE">
      <w:pPr>
        <w:spacing w:before="120" w:after="12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hu-HU" w:eastAsia="hu-HU"/>
        </w:rPr>
      </w:pP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proofErr w:type="spellStart"/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iCs/>
          <w:color w:val="auto"/>
          <w:sz w:val="24"/>
          <w:szCs w:val="24"/>
          <w:lang w:val="hu-HU" w:eastAsia="hu-HU"/>
        </w:rPr>
        <w:t>Osztályfőnökök</w:t>
      </w:r>
      <w:proofErr w:type="spellEnd"/>
    </w:p>
    <w:p w:rsidR="00C050E8" w:rsidRPr="004B560D" w:rsidRDefault="00C050E8" w:rsidP="003F3FC3">
      <w:pPr>
        <w:numPr>
          <w:ilvl w:val="0"/>
          <w:numId w:val="20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december 21. – 2027. január 3.: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🟡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TÉLI SZÜNET</w:t>
      </w:r>
    </w:p>
    <w:p w:rsidR="00131842" w:rsidRPr="00511286" w:rsidRDefault="00C050E8" w:rsidP="00A761DE">
      <w:pPr>
        <w:numPr>
          <w:ilvl w:val="0"/>
          <w:numId w:val="20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december 25-26. (Péntek-Szombat):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Segoe UI Emoji" w:eastAsia="Times New Roman" w:hAnsi="Segoe UI Emoji" w:cs="Segoe UI Emoji"/>
          <w:color w:val="auto"/>
          <w:sz w:val="24"/>
          <w:szCs w:val="24"/>
          <w:lang w:val="hu-HU" w:eastAsia="hu-HU"/>
        </w:rPr>
        <w:t>🔴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MUNKASZÜNETI NAP (Karácsony)</w:t>
      </w:r>
    </w:p>
    <w:p w:rsidR="00C050E8" w:rsidRPr="004B560D" w:rsidRDefault="00C050E8" w:rsidP="00A761DE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</w:pPr>
      <w:r w:rsidRPr="004B560D">
        <w:rPr>
          <w:rFonts w:ascii="Segoe UI Emoji" w:eastAsia="Times New Roman" w:hAnsi="Segoe UI Emoji" w:cs="Segoe UI Emoji"/>
          <w:b/>
          <w:bCs/>
          <w:color w:val="auto"/>
          <w:sz w:val="24"/>
          <w:szCs w:val="24"/>
          <w:lang w:val="hu-HU" w:eastAsia="hu-HU"/>
        </w:rPr>
        <w:t>❄️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 2027. JANUÁR</w:t>
      </w:r>
    </w:p>
    <w:p w:rsidR="00C050E8" w:rsidRPr="004B560D" w:rsidRDefault="00C050E8" w:rsidP="003F3FC3">
      <w:pPr>
        <w:numPr>
          <w:ilvl w:val="0"/>
          <w:numId w:val="21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január 1. (Péntek):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Segoe UI Emoji" w:eastAsia="Times New Roman" w:hAnsi="Segoe UI Emoji" w:cs="Segoe UI Emoji"/>
          <w:color w:val="auto"/>
          <w:sz w:val="24"/>
          <w:szCs w:val="24"/>
          <w:lang w:val="hu-HU" w:eastAsia="hu-HU"/>
        </w:rPr>
        <w:t>🔴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MUNKASZÜNETI NAP (Újév)</w:t>
      </w:r>
    </w:p>
    <w:p w:rsidR="00C050E8" w:rsidRPr="004B560D" w:rsidRDefault="00C050E8" w:rsidP="003F3FC3">
      <w:pPr>
        <w:numPr>
          <w:ilvl w:val="0"/>
          <w:numId w:val="21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január 7. (Csütörtök):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Pályaorientációs nap (Tanítás nélküli munkanap)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szakmai igazgatóhelyettes, osztályfőnökök</w:t>
      </w:r>
    </w:p>
    <w:p w:rsidR="00C050E8" w:rsidRPr="004B560D" w:rsidRDefault="00C050E8" w:rsidP="003F3FC3">
      <w:pPr>
        <w:numPr>
          <w:ilvl w:val="0"/>
          <w:numId w:val="21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január 1</w:t>
      </w:r>
      <w:r w:rsidR="003D0CBE"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1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. – január 1</w:t>
      </w:r>
      <w:r w:rsidR="003D0CBE"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4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.: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Sítábor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testnevelők</w:t>
      </w:r>
    </w:p>
    <w:p w:rsidR="00C050E8" w:rsidRPr="004B560D" w:rsidRDefault="00C050E8" w:rsidP="003F3FC3">
      <w:pPr>
        <w:numPr>
          <w:ilvl w:val="0"/>
          <w:numId w:val="21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január 13. (Szerda):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Osztályozó vizsgák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nevelési igazgatóhelyettes, szaktanárok</w:t>
      </w:r>
    </w:p>
    <w:p w:rsidR="00C050E8" w:rsidRPr="004B560D" w:rsidRDefault="00C050E8" w:rsidP="003F3FC3">
      <w:pPr>
        <w:numPr>
          <w:ilvl w:val="0"/>
          <w:numId w:val="21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január 14. (Csütörtök):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Szép magyar beszéd verseny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proofErr w:type="spellStart"/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>Gyöngyössy</w:t>
      </w:r>
      <w:proofErr w:type="spellEnd"/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Péterné</w:t>
      </w:r>
    </w:p>
    <w:p w:rsidR="00C050E8" w:rsidRPr="004B560D" w:rsidRDefault="00C050E8" w:rsidP="003F3FC3">
      <w:pPr>
        <w:numPr>
          <w:ilvl w:val="0"/>
          <w:numId w:val="21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január 20. (Szerda):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Jegylezáró értekezlet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nevelési igazgatóhelyettes, osztályfőnökök</w:t>
      </w:r>
    </w:p>
    <w:p w:rsidR="003D0CBE" w:rsidRPr="004B560D" w:rsidRDefault="00C050E8" w:rsidP="003F3FC3">
      <w:pPr>
        <w:numPr>
          <w:ilvl w:val="0"/>
          <w:numId w:val="21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január 21. (Csütörtök):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="003D0CBE" w:rsidRPr="004B560D">
        <w:rPr>
          <w:rFonts w:ascii="Times New Roman" w:eastAsia="Calibri" w:hAnsi="Times New Roman" w:cs="Times New Roman"/>
          <w:b/>
          <w:color w:val="auto"/>
          <w:sz w:val="24"/>
          <w:szCs w:val="24"/>
          <w:lang w:val="hu-HU"/>
        </w:rPr>
        <w:t>Hattyú szárnyán – technikumi versmondó verseny</w:t>
      </w:r>
      <w:r w:rsidR="003D0CBE"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 xml:space="preserve"> </w:t>
      </w:r>
    </w:p>
    <w:p w:rsidR="00C050E8" w:rsidRPr="004B560D" w:rsidRDefault="00C050E8" w:rsidP="003D0CBE">
      <w:pPr>
        <w:spacing w:before="120" w:after="12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proofErr w:type="spellStart"/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>Gyöngyössy</w:t>
      </w:r>
      <w:proofErr w:type="spellEnd"/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Péterné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hu-HU" w:eastAsia="hu-HU"/>
        </w:rPr>
        <w:t>és a magyarosok</w:t>
      </w:r>
    </w:p>
    <w:p w:rsidR="00C050E8" w:rsidRPr="004B560D" w:rsidRDefault="00C050E8" w:rsidP="003F3FC3">
      <w:pPr>
        <w:numPr>
          <w:ilvl w:val="0"/>
          <w:numId w:val="21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január 22. (Péntek):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Segoe UI Emoji" w:eastAsia="Times New Roman" w:hAnsi="Segoe UI Emoji" w:cs="Segoe UI Emoji"/>
          <w:color w:val="auto"/>
          <w:sz w:val="24"/>
          <w:szCs w:val="24"/>
          <w:lang w:val="hu-HU" w:eastAsia="hu-HU"/>
        </w:rPr>
        <w:t>🔵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Első félév utolsó napja (Félév zárása)</w:t>
      </w:r>
    </w:p>
    <w:p w:rsidR="00C050E8" w:rsidRPr="004B560D" w:rsidRDefault="00C050E8" w:rsidP="003F3FC3">
      <w:pPr>
        <w:numPr>
          <w:ilvl w:val="0"/>
          <w:numId w:val="21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január 23. (Szombat):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Az általános felvételi eljárás kezdete</w:t>
      </w:r>
    </w:p>
    <w:p w:rsidR="003D0CBE" w:rsidRPr="004B560D" w:rsidRDefault="00C050E8" w:rsidP="003F3FC3">
      <w:pPr>
        <w:numPr>
          <w:ilvl w:val="0"/>
          <w:numId w:val="21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január 29. (Péntek):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</w:p>
    <w:p w:rsidR="00C050E8" w:rsidRPr="004B560D" w:rsidRDefault="00C050E8" w:rsidP="003D0CBE">
      <w:pPr>
        <w:numPr>
          <w:ilvl w:val="1"/>
          <w:numId w:val="21"/>
        </w:numPr>
        <w:spacing w:before="120" w:after="12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Félévi értesítő kiadása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nevelési igazgatóhelyettes</w:t>
      </w:r>
    </w:p>
    <w:p w:rsidR="001B3282" w:rsidRPr="004B560D" w:rsidRDefault="00C050E8" w:rsidP="003F3FC3">
      <w:pPr>
        <w:numPr>
          <w:ilvl w:val="2"/>
          <w:numId w:val="21"/>
        </w:numPr>
        <w:tabs>
          <w:tab w:val="clear" w:pos="2160"/>
          <w:tab w:val="num" w:pos="1418"/>
        </w:tabs>
        <w:spacing w:before="120" w:after="120" w:line="240" w:lineRule="auto"/>
        <w:ind w:hanging="1026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Szalagavató</w:t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 a 12.és a 11. évfolyam</w:t>
      </w:r>
      <w:r w:rsidRPr="004B560D">
        <w:rPr>
          <w:rFonts w:ascii="Times New Roman" w:eastAsia="Times New Roman" w:hAnsi="Times New Roman" w:cs="Times New Roman"/>
          <w:iCs/>
          <w:color w:val="auto"/>
          <w:sz w:val="24"/>
          <w:szCs w:val="24"/>
          <w:lang w:val="hu-HU" w:eastAsia="hu-HU"/>
        </w:rPr>
        <w:t xml:space="preserve"> osztályfőnökei</w:t>
      </w:r>
    </w:p>
    <w:p w:rsidR="00131842" w:rsidRPr="004B560D" w:rsidRDefault="00131842" w:rsidP="00131842">
      <w:pPr>
        <w:spacing w:before="120" w:after="120" w:line="240" w:lineRule="auto"/>
        <w:ind w:left="216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</w:p>
    <w:p w:rsidR="00131842" w:rsidRPr="004B560D" w:rsidRDefault="00C050E8" w:rsidP="00A761DE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</w:pPr>
      <w:r w:rsidRPr="004B560D">
        <w:rPr>
          <w:rFonts w:ascii="Segoe UI Emoji" w:eastAsia="Times New Roman" w:hAnsi="Segoe UI Emoji" w:cs="Segoe UI Emoji"/>
          <w:b/>
          <w:bCs/>
          <w:color w:val="auto"/>
          <w:sz w:val="24"/>
          <w:szCs w:val="24"/>
          <w:lang w:val="hu-HU" w:eastAsia="hu-HU"/>
        </w:rPr>
        <w:t>🎭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 2027. FEBRUÁR</w:t>
      </w:r>
    </w:p>
    <w:p w:rsidR="00C050E8" w:rsidRPr="004B560D" w:rsidRDefault="00C050E8" w:rsidP="003F3FC3">
      <w:pPr>
        <w:numPr>
          <w:ilvl w:val="0"/>
          <w:numId w:val="22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február 4. (Csütörtök):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Szülői értekezlet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osztályfőnöki munkaközösségvezető</w:t>
      </w:r>
    </w:p>
    <w:p w:rsidR="00C050E8" w:rsidRPr="004B560D" w:rsidRDefault="00C050E8" w:rsidP="003F3FC3">
      <w:pPr>
        <w:numPr>
          <w:ilvl w:val="0"/>
          <w:numId w:val="22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február 8. (Hétfő):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🟣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Próbaérettségi (12. évf.) – Magyar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szaktanárok</w:t>
      </w:r>
    </w:p>
    <w:p w:rsidR="00C050E8" w:rsidRPr="004B560D" w:rsidRDefault="00C050E8" w:rsidP="003F3FC3">
      <w:pPr>
        <w:numPr>
          <w:ilvl w:val="0"/>
          <w:numId w:val="22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február 9. (Kedd):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🟣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Próbaérettségi (12. évf.) – Matematika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szaktanár</w:t>
      </w:r>
    </w:p>
    <w:p w:rsidR="00C050E8" w:rsidRPr="004B560D" w:rsidRDefault="00C050E8" w:rsidP="003F3FC3">
      <w:pPr>
        <w:numPr>
          <w:ilvl w:val="0"/>
          <w:numId w:val="22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február 10. (Szerda):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🟣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Próbaérettségi (12. évf.) – Történelem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szaktanár</w:t>
      </w:r>
    </w:p>
    <w:p w:rsidR="00C050E8" w:rsidRPr="004B560D" w:rsidRDefault="00C050E8" w:rsidP="003F3FC3">
      <w:pPr>
        <w:numPr>
          <w:ilvl w:val="0"/>
          <w:numId w:val="22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lastRenderedPageBreak/>
        <w:t>február 15. (Hétfő):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Érettségi és szakmai vizsga jelentkezési határidő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nevelési és szakmai igazgatóhelyettes</w:t>
      </w:r>
    </w:p>
    <w:p w:rsidR="00C050E8" w:rsidRPr="004B560D" w:rsidRDefault="00C050E8" w:rsidP="003F3FC3">
      <w:pPr>
        <w:numPr>
          <w:ilvl w:val="0"/>
          <w:numId w:val="22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 február 19. (Péntek):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Ápolók napja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Horváth Istvánné, gyakorlati oktatásvezető</w:t>
      </w:r>
    </w:p>
    <w:p w:rsidR="00C050E8" w:rsidRPr="004B560D" w:rsidRDefault="00C050E8" w:rsidP="003F3FC3">
      <w:pPr>
        <w:numPr>
          <w:ilvl w:val="0"/>
          <w:numId w:val="22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február 22. (Hétfő):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Jelentkezési lapok továbbítása a középfokú iskoláknak</w:t>
      </w:r>
    </w:p>
    <w:p w:rsidR="00C050E8" w:rsidRPr="004B560D" w:rsidRDefault="00C050E8" w:rsidP="003F3FC3">
      <w:pPr>
        <w:numPr>
          <w:ilvl w:val="0"/>
          <w:numId w:val="22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február 22. – február 26.: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Ágazati alapvizsgák (Felnőttképzés)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bookmarkStart w:id="73" w:name="_Hlk240659645"/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bookmarkStart w:id="74" w:name="_Hlk240659512"/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bookmarkEnd w:id="73"/>
      <w:bookmarkEnd w:id="74"/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="003D0CBE"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>szakmai igazgatóhelyettes, gyakorlati oktatásvezető</w:t>
      </w:r>
    </w:p>
    <w:p w:rsidR="003D0CBE" w:rsidRPr="004B560D" w:rsidRDefault="003D0CBE" w:rsidP="003F3FC3">
      <w:pPr>
        <w:numPr>
          <w:ilvl w:val="0"/>
          <w:numId w:val="22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hu-HU" w:eastAsia="hu-HU"/>
        </w:rPr>
        <w:t xml:space="preserve">február 22-27: </w:t>
      </w:r>
    </w:p>
    <w:p w:rsidR="00131842" w:rsidRPr="004B560D" w:rsidRDefault="003D0CBE" w:rsidP="003D0CBE">
      <w:pPr>
        <w:numPr>
          <w:ilvl w:val="1"/>
          <w:numId w:val="22"/>
        </w:numPr>
        <w:spacing w:before="120" w:after="12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Calibri" w:hAnsi="Times New Roman" w:cs="Times New Roman"/>
          <w:b/>
          <w:color w:val="auto"/>
          <w:sz w:val="24"/>
          <w:szCs w:val="24"/>
          <w:lang w:val="hu-HU"/>
        </w:rPr>
        <w:t>Fejfrissítő hét (Aktív iskola)</w:t>
      </w:r>
    </w:p>
    <w:p w:rsidR="003D0CBE" w:rsidRPr="004B560D" w:rsidRDefault="003D0CBE" w:rsidP="003D0CBE">
      <w:pPr>
        <w:numPr>
          <w:ilvl w:val="1"/>
          <w:numId w:val="22"/>
        </w:numPr>
        <w:spacing w:before="120" w:after="12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hu-HU" w:eastAsia="hu-HU"/>
        </w:rPr>
        <w:t>Inkluzív témahét</w:t>
      </w:r>
    </w:p>
    <w:p w:rsidR="003D0CBE" w:rsidRPr="004B560D" w:rsidRDefault="003D0CBE" w:rsidP="003D0CBE">
      <w:pPr>
        <w:spacing w:before="120" w:after="120" w:line="240" w:lineRule="auto"/>
        <w:ind w:left="1440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hu-HU" w:eastAsia="hu-HU"/>
        </w:rPr>
      </w:pP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proofErr w:type="spellStart"/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iCs/>
          <w:color w:val="auto"/>
          <w:sz w:val="24"/>
          <w:szCs w:val="24"/>
          <w:lang w:val="hu-HU" w:eastAsia="hu-HU"/>
        </w:rPr>
        <w:t>Simon</w:t>
      </w:r>
      <w:proofErr w:type="spellEnd"/>
      <w:r w:rsidRPr="004B560D">
        <w:rPr>
          <w:rFonts w:ascii="Times New Roman" w:eastAsia="Times New Roman" w:hAnsi="Times New Roman" w:cs="Times New Roman"/>
          <w:iCs/>
          <w:color w:val="auto"/>
          <w:sz w:val="24"/>
          <w:szCs w:val="24"/>
          <w:lang w:val="hu-HU" w:eastAsia="hu-HU"/>
        </w:rPr>
        <w:t xml:space="preserve"> Bence</w:t>
      </w:r>
    </w:p>
    <w:p w:rsidR="00C050E8" w:rsidRPr="004B560D" w:rsidRDefault="00C050E8" w:rsidP="00A761DE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</w:pPr>
      <w:r w:rsidRPr="004B560D">
        <w:rPr>
          <w:rFonts w:ascii="Segoe UI Emoji" w:eastAsia="Times New Roman" w:hAnsi="Segoe UI Emoji" w:cs="Segoe UI Emoji"/>
          <w:b/>
          <w:bCs/>
          <w:color w:val="auto"/>
          <w:sz w:val="24"/>
          <w:szCs w:val="24"/>
          <w:lang w:val="hu-HU" w:eastAsia="hu-HU"/>
        </w:rPr>
        <w:t>🌱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 2027. MÁRCIUS</w:t>
      </w:r>
    </w:p>
    <w:p w:rsidR="00C050E8" w:rsidRPr="004B560D" w:rsidRDefault="00C050E8" w:rsidP="003F3FC3">
      <w:pPr>
        <w:numPr>
          <w:ilvl w:val="0"/>
          <w:numId w:val="23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március 1. – március 5.: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Segoe UI Emoji" w:eastAsia="Times New Roman" w:hAnsi="Segoe UI Emoji" w:cs="Segoe UI Emoji"/>
          <w:color w:val="auto"/>
          <w:sz w:val="24"/>
          <w:szCs w:val="24"/>
          <w:lang w:val="hu-HU" w:eastAsia="hu-HU"/>
        </w:rPr>
        <w:t>⚙️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„PÉNZ7” pénzügyi és vállalkozói témahét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Büki Beatrix</w:t>
      </w:r>
    </w:p>
    <w:p w:rsidR="00C050E8" w:rsidRPr="004B560D" w:rsidRDefault="00C050E8" w:rsidP="003F3FC3">
      <w:pPr>
        <w:numPr>
          <w:ilvl w:val="0"/>
          <w:numId w:val="23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március 11. – március 1</w:t>
      </w:r>
      <w:r w:rsidR="00FF23E3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7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.: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Reformkori témahét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a közismereti m</w:t>
      </w:r>
      <w:r w:rsidR="0019716C"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>unkaközösség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>. humán szekciója</w:t>
      </w:r>
    </w:p>
    <w:p w:rsidR="00C050E8" w:rsidRPr="004B560D" w:rsidRDefault="00C050E8" w:rsidP="003F3FC3">
      <w:pPr>
        <w:numPr>
          <w:ilvl w:val="0"/>
          <w:numId w:val="23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március 15. (Hétfő):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Segoe UI Emoji" w:eastAsia="Times New Roman" w:hAnsi="Segoe UI Emoji" w:cs="Segoe UI Emoji"/>
          <w:color w:val="auto"/>
          <w:sz w:val="24"/>
          <w:szCs w:val="24"/>
          <w:lang w:val="hu-HU" w:eastAsia="hu-HU"/>
        </w:rPr>
        <w:t>🔴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MUNKASZÜNETI NAP (Nemzeti ünnep)</w:t>
      </w:r>
    </w:p>
    <w:p w:rsidR="00C050E8" w:rsidRPr="004B560D" w:rsidRDefault="00C050E8" w:rsidP="003F3FC3">
      <w:pPr>
        <w:numPr>
          <w:ilvl w:val="0"/>
          <w:numId w:val="23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március 22. (Hétfő):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Jelentkezők felvételi jegyzékének nyilvánosságra hozatala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igazgató</w:t>
      </w:r>
    </w:p>
    <w:p w:rsidR="00A761DE" w:rsidRPr="004B560D" w:rsidRDefault="00C050E8" w:rsidP="003F3FC3">
      <w:pPr>
        <w:numPr>
          <w:ilvl w:val="0"/>
          <w:numId w:val="23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március 2</w:t>
      </w:r>
      <w:r w:rsidR="00082A8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5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.: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Országos kompetenciamérés (10. évfolyam)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nevelési igazgatóhelyettes, szaktanárok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 </w:t>
      </w:r>
    </w:p>
    <w:p w:rsidR="00131842" w:rsidRPr="004B560D" w:rsidRDefault="00131842" w:rsidP="003F3FC3">
      <w:pPr>
        <w:numPr>
          <w:ilvl w:val="0"/>
          <w:numId w:val="23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</w:pPr>
    </w:p>
    <w:p w:rsidR="001B3282" w:rsidRPr="004B560D" w:rsidRDefault="00C050E8" w:rsidP="00A761DE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</w:pPr>
      <w:r w:rsidRPr="004B560D">
        <w:rPr>
          <w:rFonts w:ascii="Segoe UI Emoji" w:eastAsia="Times New Roman" w:hAnsi="Segoe UI Emoji" w:cs="Segoe UI Emoji"/>
          <w:b/>
          <w:bCs/>
          <w:color w:val="auto"/>
          <w:sz w:val="24"/>
          <w:szCs w:val="24"/>
          <w:lang w:val="hu-HU" w:eastAsia="hu-HU"/>
        </w:rPr>
        <w:t>🌸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 2027. ÁPRILIS</w:t>
      </w:r>
    </w:p>
    <w:p w:rsidR="00C050E8" w:rsidRPr="004B560D" w:rsidRDefault="00C050E8" w:rsidP="003F3FC3">
      <w:pPr>
        <w:numPr>
          <w:ilvl w:val="0"/>
          <w:numId w:val="24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április 5. – április 9.: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Segoe UI Emoji" w:eastAsia="Times New Roman" w:hAnsi="Segoe UI Emoji" w:cs="Segoe UI Emoji"/>
          <w:color w:val="auto"/>
          <w:sz w:val="24"/>
          <w:szCs w:val="24"/>
          <w:lang w:val="hu-HU" w:eastAsia="hu-HU"/>
        </w:rPr>
        <w:t>⚙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️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Digitális Témahét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Büki Beatrix</w:t>
      </w:r>
    </w:p>
    <w:p w:rsidR="005F6ECF" w:rsidRPr="005F6ECF" w:rsidRDefault="00C050E8" w:rsidP="003F3FC3">
      <w:pPr>
        <w:numPr>
          <w:ilvl w:val="0"/>
          <w:numId w:val="24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április 6. – április 8.: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Tanulói adatlapok módosításának lehetősége</w:t>
      </w:r>
    </w:p>
    <w:p w:rsidR="00C050E8" w:rsidRPr="004B560D" w:rsidRDefault="00C050E8" w:rsidP="003F3FC3">
      <w:pPr>
        <w:numPr>
          <w:ilvl w:val="0"/>
          <w:numId w:val="24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április 12. – április 23.: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🟣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Szakmai próbavizsgák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proofErr w:type="spellStart"/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>Szolyákné</w:t>
      </w:r>
      <w:proofErr w:type="spellEnd"/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proofErr w:type="spellStart"/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>Skod</w:t>
      </w:r>
      <w:proofErr w:type="spellEnd"/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Marianna</w:t>
      </w:r>
    </w:p>
    <w:p w:rsidR="00C050E8" w:rsidRPr="004B560D" w:rsidRDefault="00C050E8" w:rsidP="003F3FC3">
      <w:pPr>
        <w:numPr>
          <w:ilvl w:val="0"/>
          <w:numId w:val="24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április 15. (Csütörtök):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A 4 iskola találkozója)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proofErr w:type="spellStart"/>
      <w:r w:rsidR="003D0CBE"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>nevelási</w:t>
      </w:r>
      <w:proofErr w:type="spellEnd"/>
      <w:r w:rsidR="003D0CBE"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igazgatóhelyettes</w:t>
      </w:r>
    </w:p>
    <w:p w:rsidR="00C050E8" w:rsidRPr="004B560D" w:rsidRDefault="00C050E8" w:rsidP="003F3FC3">
      <w:pPr>
        <w:numPr>
          <w:ilvl w:val="0"/>
          <w:numId w:val="24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április 19. – április 23.: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Segoe UI Emoji" w:eastAsia="Times New Roman" w:hAnsi="Segoe UI Emoji" w:cs="Segoe UI Emoji"/>
          <w:color w:val="auto"/>
          <w:sz w:val="24"/>
          <w:szCs w:val="24"/>
          <w:lang w:val="hu-HU" w:eastAsia="hu-HU"/>
        </w:rPr>
        <w:t>⚙️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Fenntarthatósági Témahét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Wágner Dominika</w:t>
      </w:r>
    </w:p>
    <w:p w:rsidR="003D0CBE" w:rsidRPr="004B560D" w:rsidRDefault="00C050E8" w:rsidP="003F3FC3">
      <w:pPr>
        <w:numPr>
          <w:ilvl w:val="0"/>
          <w:numId w:val="24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április 22. (Csütörtök):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Végzősök osztályozó vizsgája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</w:p>
    <w:p w:rsidR="003D0CBE" w:rsidRPr="004B560D" w:rsidRDefault="00C050E8" w:rsidP="00A761DE">
      <w:pPr>
        <w:numPr>
          <w:ilvl w:val="0"/>
          <w:numId w:val="24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nevelési igazgatóhelyettes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 </w:t>
      </w:r>
    </w:p>
    <w:p w:rsidR="00C050E8" w:rsidRPr="004B560D" w:rsidRDefault="00C050E8" w:rsidP="00A761DE">
      <w:pPr>
        <w:numPr>
          <w:ilvl w:val="0"/>
          <w:numId w:val="24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április 23. (Péntek):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Osztálykirándulás 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.osztályfőnök</w:t>
      </w:r>
    </w:p>
    <w:p w:rsidR="00C050E8" w:rsidRPr="004B560D" w:rsidRDefault="00C050E8" w:rsidP="003F3FC3">
      <w:pPr>
        <w:numPr>
          <w:ilvl w:val="0"/>
          <w:numId w:val="24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lastRenderedPageBreak/>
        <w:t>április 26. (Hétfő):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Végzősök jegylezáró értekezlete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nevelési igazgatóhelyettes</w:t>
      </w:r>
    </w:p>
    <w:p w:rsidR="0019716C" w:rsidRPr="004B560D" w:rsidRDefault="00C050E8" w:rsidP="003F3FC3">
      <w:pPr>
        <w:numPr>
          <w:ilvl w:val="0"/>
          <w:numId w:val="24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április 29. (Csütörtök):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Egyeztetett felvételi jegyzék megérkezése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</w:p>
    <w:p w:rsidR="001B3282" w:rsidRPr="004B560D" w:rsidRDefault="00C050E8" w:rsidP="003F3FC3">
      <w:pPr>
        <w:numPr>
          <w:ilvl w:val="0"/>
          <w:numId w:val="24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április 30. (Péntek):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🟢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Ballagás a 12. évfolyamnak (Utolsó tanítási nap a végzősöknek)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osztályfőnöki </w:t>
      </w:r>
      <w:r w:rsidR="0019716C"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>munkaközösség vezető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>, osztályfőnökök</w:t>
      </w:r>
    </w:p>
    <w:p w:rsidR="001B3282" w:rsidRPr="004B560D" w:rsidRDefault="001B3282" w:rsidP="0019716C">
      <w:pPr>
        <w:spacing w:before="120" w:after="12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</w:p>
    <w:p w:rsidR="00EF48A8" w:rsidRPr="004B560D" w:rsidRDefault="00EF48A8" w:rsidP="0019716C">
      <w:pPr>
        <w:spacing w:before="120" w:after="12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</w:p>
    <w:p w:rsidR="00C050E8" w:rsidRPr="004B560D" w:rsidRDefault="00C050E8" w:rsidP="00A761DE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</w:pPr>
      <w:r w:rsidRPr="004B560D">
        <w:rPr>
          <w:rFonts w:ascii="Segoe UI Emoji" w:eastAsia="Times New Roman" w:hAnsi="Segoe UI Emoji" w:cs="Segoe UI Emoji"/>
          <w:b/>
          <w:bCs/>
          <w:color w:val="auto"/>
          <w:sz w:val="24"/>
          <w:szCs w:val="24"/>
          <w:lang w:val="hu-HU" w:eastAsia="hu-HU"/>
        </w:rPr>
        <w:t>🌿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 2027. MÁJUS</w:t>
      </w:r>
    </w:p>
    <w:p w:rsidR="00C050E8" w:rsidRPr="004B560D" w:rsidRDefault="00C050E8" w:rsidP="003F3FC3">
      <w:pPr>
        <w:numPr>
          <w:ilvl w:val="0"/>
          <w:numId w:val="25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május 1. (Szombat):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Segoe UI Emoji" w:eastAsia="Times New Roman" w:hAnsi="Segoe UI Emoji" w:cs="Segoe UI Emoji"/>
          <w:color w:val="auto"/>
          <w:sz w:val="24"/>
          <w:szCs w:val="24"/>
          <w:lang w:val="hu-HU" w:eastAsia="hu-HU"/>
        </w:rPr>
        <w:t>🔴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MUNKASZÜNETI NAP (A munka ünnepe)</w:t>
      </w:r>
    </w:p>
    <w:p w:rsidR="00C050E8" w:rsidRPr="004B560D" w:rsidRDefault="00C050E8" w:rsidP="003F3FC3">
      <w:pPr>
        <w:numPr>
          <w:ilvl w:val="0"/>
          <w:numId w:val="25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május 3. (Hétfő, 9:00):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🟣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Írásbeli érettségi: Magyar nyelv és irodalom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nevelési igazgatóhelyettes, szaktanárok</w:t>
      </w:r>
    </w:p>
    <w:p w:rsidR="00C050E8" w:rsidRPr="004B560D" w:rsidRDefault="00C050E8" w:rsidP="003F3FC3">
      <w:pPr>
        <w:numPr>
          <w:ilvl w:val="0"/>
          <w:numId w:val="25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május 4. (Kedd):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🟣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Írásbeli érettségi: Matematika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nevelési igazgatóhelyettes, szaktanárok</w:t>
      </w:r>
    </w:p>
    <w:p w:rsidR="00C050E8" w:rsidRPr="004B560D" w:rsidRDefault="00C050E8" w:rsidP="003F3FC3">
      <w:pPr>
        <w:numPr>
          <w:ilvl w:val="0"/>
          <w:numId w:val="25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május 5. (Szerda):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🟣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Írásbeli érettségi: Történelem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| </w:t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nevelési igazgatóhelyettes,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>szaktanárok</w:t>
      </w:r>
    </w:p>
    <w:p w:rsidR="00C050E8" w:rsidRPr="004B560D" w:rsidRDefault="00C050E8" w:rsidP="003D0CBE">
      <w:pPr>
        <w:numPr>
          <w:ilvl w:val="1"/>
          <w:numId w:val="25"/>
        </w:numPr>
        <w:spacing w:before="120" w:after="12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Szakmai gyakorlat kezdete (11. évf.)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 xml:space="preserve">Felelős: </w:t>
      </w:r>
      <w:r w:rsidRPr="004B560D">
        <w:rPr>
          <w:rFonts w:ascii="Times New Roman" w:eastAsia="Times New Roman" w:hAnsi="Times New Roman" w:cs="Times New Roman"/>
          <w:iCs/>
          <w:color w:val="auto"/>
          <w:sz w:val="24"/>
          <w:szCs w:val="24"/>
          <w:lang w:val="hu-HU" w:eastAsia="hu-HU"/>
        </w:rPr>
        <w:t>gyakorlati oktatásvezető</w:t>
      </w:r>
    </w:p>
    <w:p w:rsidR="00C050E8" w:rsidRPr="004B560D" w:rsidRDefault="00C050E8" w:rsidP="003F3FC3">
      <w:pPr>
        <w:numPr>
          <w:ilvl w:val="0"/>
          <w:numId w:val="25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május 6. (Csütörtök):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🟣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Írásbeli érettségi: Angol nyelv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nevelési igazgatóhelyettes, szaktanárok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 </w:t>
      </w:r>
    </w:p>
    <w:p w:rsidR="00C050E8" w:rsidRPr="004B560D" w:rsidRDefault="00C050E8" w:rsidP="003F3FC3">
      <w:pPr>
        <w:numPr>
          <w:ilvl w:val="0"/>
          <w:numId w:val="25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május 7. (Péntek):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|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Felvételi értesítések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igazgató</w:t>
      </w:r>
    </w:p>
    <w:p w:rsidR="00C050E8" w:rsidRPr="004B560D" w:rsidRDefault="00C050E8" w:rsidP="003F3FC3">
      <w:pPr>
        <w:numPr>
          <w:ilvl w:val="0"/>
          <w:numId w:val="25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május 10. (Hétfő, 8:00):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🟣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Írásbeli érettségi: Német nyelv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nevelési igazgatóhelyettes, szaktanárok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 </w:t>
      </w:r>
    </w:p>
    <w:p w:rsidR="00C050E8" w:rsidRPr="004B560D" w:rsidRDefault="00C050E8" w:rsidP="003F3FC3">
      <w:pPr>
        <w:numPr>
          <w:ilvl w:val="0"/>
          <w:numId w:val="25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május 11. (Kedd, 8:00):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🟣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Írásbeli érettségi: Biológia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nevelési igazgatóhelyettes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, 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>szaktanárok</w:t>
      </w:r>
    </w:p>
    <w:p w:rsidR="00C050E8" w:rsidRPr="004B560D" w:rsidRDefault="00C050E8" w:rsidP="003F3FC3">
      <w:pPr>
        <w:numPr>
          <w:ilvl w:val="0"/>
          <w:numId w:val="25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május 12. (Szerda):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🟣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Interaktív szakmai vizsgák (Fogászat 9:00, Ápoló 11:00, Gyermekápoló 13:00)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szakmai igazgatóhelyettes</w:t>
      </w:r>
    </w:p>
    <w:p w:rsidR="00C050E8" w:rsidRPr="004B560D" w:rsidRDefault="00C050E8" w:rsidP="003F3FC3">
      <w:pPr>
        <w:numPr>
          <w:ilvl w:val="0"/>
          <w:numId w:val="25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május 13. (Csütörtök):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Kisérettségi (10. évfolyam)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szaktanárok</w:t>
      </w:r>
    </w:p>
    <w:p w:rsidR="00C050E8" w:rsidRPr="004B560D" w:rsidRDefault="00C050E8" w:rsidP="003F3FC3">
      <w:pPr>
        <w:numPr>
          <w:ilvl w:val="0"/>
          <w:numId w:val="25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május 17. (Hétfő):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Segoe UI Emoji" w:eastAsia="Times New Roman" w:hAnsi="Segoe UI Emoji" w:cs="Segoe UI Emoji"/>
          <w:color w:val="auto"/>
          <w:sz w:val="24"/>
          <w:szCs w:val="24"/>
          <w:lang w:val="hu-HU" w:eastAsia="hu-HU"/>
        </w:rPr>
        <w:t>🔴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MUNKASZÜNETI NAP (Pünkösdhétfő)</w:t>
      </w:r>
    </w:p>
    <w:p w:rsidR="00C050E8" w:rsidRPr="004B560D" w:rsidRDefault="00C050E8" w:rsidP="003F3FC3">
      <w:pPr>
        <w:numPr>
          <w:ilvl w:val="0"/>
          <w:numId w:val="25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május 19. (Szerda, 13:00):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🟣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Interaktív vizsga: Fizioterápiás asszisztens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szakmai igazgatóhelyettes.</w:t>
      </w:r>
    </w:p>
    <w:p w:rsidR="00C050E8" w:rsidRPr="004B560D" w:rsidRDefault="00C050E8" w:rsidP="003F3FC3">
      <w:pPr>
        <w:numPr>
          <w:ilvl w:val="0"/>
          <w:numId w:val="25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május 21. (Péntek, 9:00):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🟣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Interaktív vizsga: Klinikai laboratóriumi asszisztens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szakmai igazgatóhelyettes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 </w:t>
      </w:r>
    </w:p>
    <w:p w:rsidR="00C050E8" w:rsidRPr="004B560D" w:rsidRDefault="00C050E8" w:rsidP="003F3FC3">
      <w:pPr>
        <w:numPr>
          <w:ilvl w:val="0"/>
          <w:numId w:val="25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május 24. (Hétfő, 9:00):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🟣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Interaktív vizsga: Alapápolási munkatárs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szakmai igazgatóhelyettes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 </w:t>
      </w:r>
    </w:p>
    <w:p w:rsidR="00C050E8" w:rsidRPr="004B560D" w:rsidRDefault="00C050E8" w:rsidP="003F3FC3">
      <w:pPr>
        <w:numPr>
          <w:ilvl w:val="0"/>
          <w:numId w:val="25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lastRenderedPageBreak/>
        <w:t>május 25. (Kedd):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🟣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Interaktív vizsgák (CT/MR 9:00, Műtéti asszisztens 11:00)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szakmai igazgatóhelyettes</w:t>
      </w:r>
    </w:p>
    <w:p w:rsidR="00C050E8" w:rsidRPr="004B560D" w:rsidRDefault="00C050E8" w:rsidP="003F3FC3">
      <w:pPr>
        <w:numPr>
          <w:ilvl w:val="0"/>
          <w:numId w:val="25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május 26. (Szerda, 9:00):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🟣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Interaktív vizsgák (Gyógyszertári asszisztens, Gyógymasszőr)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szakmai igazgatóhelyettes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 </w:t>
      </w:r>
    </w:p>
    <w:p w:rsidR="00C050E8" w:rsidRPr="004B560D" w:rsidRDefault="00C050E8" w:rsidP="003F3FC3">
      <w:pPr>
        <w:numPr>
          <w:ilvl w:val="0"/>
          <w:numId w:val="25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május 27. (Csütörtök, 11:00):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🟣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Interaktív vizsga: Radiográfiai asszisztens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szakmai igazgatóhelyettes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 </w:t>
      </w:r>
    </w:p>
    <w:p w:rsidR="001B3282" w:rsidRPr="004B560D" w:rsidRDefault="00C050E8" w:rsidP="003F3FC3">
      <w:pPr>
        <w:numPr>
          <w:ilvl w:val="0"/>
          <w:numId w:val="25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május 28. (Péntek, 12:00):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🟣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Interaktív vizsgák (Perioperatív asszisztens, Mentőápoló)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szakmai igazgatóhelyettes</w:t>
      </w:r>
    </w:p>
    <w:p w:rsidR="00131842" w:rsidRPr="004B560D" w:rsidRDefault="00131842" w:rsidP="003F3FC3">
      <w:pPr>
        <w:numPr>
          <w:ilvl w:val="0"/>
          <w:numId w:val="25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</w:p>
    <w:p w:rsidR="00C050E8" w:rsidRPr="004B560D" w:rsidRDefault="00C050E8" w:rsidP="00A761DE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</w:pPr>
      <w:r w:rsidRPr="004B560D">
        <w:rPr>
          <w:rFonts w:ascii="Segoe UI Emoji" w:eastAsia="Times New Roman" w:hAnsi="Segoe UI Emoji" w:cs="Segoe UI Emoji"/>
          <w:b/>
          <w:bCs/>
          <w:color w:val="auto"/>
          <w:sz w:val="24"/>
          <w:szCs w:val="24"/>
          <w:lang w:val="hu-HU" w:eastAsia="hu-HU"/>
        </w:rPr>
        <w:t>☀️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 2027. JÚNIUS</w:t>
      </w:r>
    </w:p>
    <w:p w:rsidR="00C050E8" w:rsidRPr="004B560D" w:rsidRDefault="00C050E8" w:rsidP="003F3FC3">
      <w:pPr>
        <w:numPr>
          <w:ilvl w:val="0"/>
          <w:numId w:val="26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június 1. – június 4.: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Ágazati alapvizsga (10. évf.)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|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Ágazati alapvizsga - sportágazat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="00EF48A8"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>szakmai igazgatóhelyettes, gyakorlati oktatásvezető</w:t>
      </w:r>
    </w:p>
    <w:p w:rsidR="00C050E8" w:rsidRPr="004B560D" w:rsidRDefault="00C050E8" w:rsidP="003F3FC3">
      <w:pPr>
        <w:numPr>
          <w:ilvl w:val="0"/>
          <w:numId w:val="26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június 2. – június 9.: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🟣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Emelt szintű szóbeli érettségi vizsgák</w:t>
      </w:r>
    </w:p>
    <w:p w:rsidR="00C050E8" w:rsidRPr="004B560D" w:rsidRDefault="00C050E8" w:rsidP="003F3FC3">
      <w:pPr>
        <w:numPr>
          <w:ilvl w:val="0"/>
          <w:numId w:val="26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június 11. (Péntek):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Osztálykirándulás (9-10. évf.) 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osztályfőnökök</w:t>
      </w:r>
    </w:p>
    <w:p w:rsidR="00C050E8" w:rsidRPr="004B560D" w:rsidRDefault="00C050E8" w:rsidP="003F3FC3">
      <w:pPr>
        <w:numPr>
          <w:ilvl w:val="0"/>
          <w:numId w:val="26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június 14. – június 18.: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🟣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Középszintű szóbeli érettségi vizsgák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.nevelési igazgatóhelyettes</w:t>
      </w:r>
    </w:p>
    <w:p w:rsidR="00C050E8" w:rsidRPr="004B560D" w:rsidRDefault="00C050E8" w:rsidP="003F3FC3">
      <w:pPr>
        <w:numPr>
          <w:ilvl w:val="0"/>
          <w:numId w:val="26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június 15. (Kedd):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🟢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Utolsó tanítási nap (nem végzősöknek)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| Szakmai gyakorlat VÉGE</w:t>
      </w:r>
    </w:p>
    <w:p w:rsidR="00C050E8" w:rsidRPr="004B560D" w:rsidRDefault="00C050E8" w:rsidP="003F3FC3">
      <w:pPr>
        <w:numPr>
          <w:ilvl w:val="0"/>
          <w:numId w:val="26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június 19. (Szombat):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Segoe UI Emoji" w:eastAsia="Times New Roman" w:hAnsi="Segoe UI Emoji" w:cs="Segoe UI Emoji"/>
          <w:color w:val="auto"/>
          <w:sz w:val="24"/>
          <w:szCs w:val="24"/>
          <w:lang w:val="hu-HU" w:eastAsia="hu-HU"/>
        </w:rPr>
        <w:t>📜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Oklevélátadó ünnepség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szakmai igazgatóhelyettes</w:t>
      </w:r>
    </w:p>
    <w:p w:rsidR="00C050E8" w:rsidRPr="004B560D" w:rsidRDefault="00C050E8" w:rsidP="003F3FC3">
      <w:pPr>
        <w:numPr>
          <w:ilvl w:val="0"/>
          <w:numId w:val="26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június 21. – július 2.: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10. évfolyam nyári gyakorlata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gyakorlati oktatásvezető</w:t>
      </w:r>
    </w:p>
    <w:p w:rsidR="00C050E8" w:rsidRPr="004B560D" w:rsidRDefault="00C050E8" w:rsidP="003F3FC3">
      <w:pPr>
        <w:numPr>
          <w:ilvl w:val="0"/>
          <w:numId w:val="26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június 24. – június 25.: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Beiratkozás a középfokú iskolákba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nevelési igazgatóhelyettes</w:t>
      </w:r>
    </w:p>
    <w:p w:rsidR="00C050E8" w:rsidRPr="004B560D" w:rsidRDefault="00C050E8" w:rsidP="0013107A">
      <w:pPr>
        <w:numPr>
          <w:ilvl w:val="0"/>
          <w:numId w:val="26"/>
        </w:numPr>
        <w:spacing w:before="120" w:after="120" w:line="240" w:lineRule="auto"/>
        <w:ind w:left="0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június 2</w:t>
      </w:r>
      <w:r w:rsidR="00236F8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1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. – </w:t>
      </w:r>
      <w:bookmarkStart w:id="75" w:name="_Hlk240620946"/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j</w:t>
      </w:r>
      <w:r w:rsidR="00236F8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ún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ius 2</w:t>
      </w:r>
      <w:r w:rsidR="00236F8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5</w:t>
      </w:r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.: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proofErr w:type="spellStart"/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>Medikaland</w:t>
      </w:r>
      <w:proofErr w:type="spellEnd"/>
      <w:r w:rsidRPr="004B560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hu-HU" w:eastAsia="hu-HU"/>
        </w:rPr>
        <w:t xml:space="preserve"> tábor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br/>
      </w:r>
      <w:r w:rsidRPr="004B560D">
        <w:rPr>
          <w:rFonts w:ascii="Cambria Math" w:eastAsia="Times New Roman" w:hAnsi="Cambria Math" w:cs="Cambria Math"/>
          <w:color w:val="auto"/>
          <w:sz w:val="24"/>
          <w:szCs w:val="24"/>
          <w:lang w:val="hu-HU" w:eastAsia="hu-HU"/>
        </w:rPr>
        <w:t>↳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hu-HU" w:eastAsia="hu-HU"/>
        </w:rPr>
        <w:t>Felelős:</w:t>
      </w:r>
      <w:r w:rsidRPr="004B560D">
        <w:rPr>
          <w:rFonts w:ascii="Times New Roman" w:eastAsia="Times New Roman" w:hAnsi="Times New Roman" w:cs="Times New Roman"/>
          <w:color w:val="auto"/>
          <w:sz w:val="24"/>
          <w:szCs w:val="24"/>
          <w:lang w:val="hu-HU" w:eastAsia="hu-HU"/>
        </w:rPr>
        <w:t xml:space="preserve"> </w:t>
      </w:r>
      <w:r w:rsidRPr="004B560D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>Tóth Judit, Büki Beatrix</w:t>
      </w:r>
      <w:bookmarkEnd w:id="75"/>
    </w:p>
    <w:p w:rsidR="002B4FA0" w:rsidRPr="004B560D" w:rsidRDefault="00236F82" w:rsidP="003F3FC3">
      <w:pPr>
        <w:numPr>
          <w:ilvl w:val="0"/>
          <w:numId w:val="26"/>
        </w:numPr>
        <w:spacing w:before="120" w:after="120" w:line="240" w:lineRule="auto"/>
        <w:ind w:left="0"/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</w:pPr>
      <w:r>
        <w:rPr>
          <w:rFonts w:ascii="Times New Roman" w:eastAsia="Calibri" w:hAnsi="Times New Roman" w:cs="Times New Roman"/>
          <w:b/>
          <w:bCs/>
          <w:color w:val="auto"/>
          <w:sz w:val="24"/>
          <w:szCs w:val="24"/>
          <w:lang w:val="hu-HU"/>
        </w:rPr>
        <w:t>június 30</w:t>
      </w:r>
      <w:r w:rsidR="0013107A" w:rsidRPr="004B560D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lang w:val="hu-HU"/>
        </w:rPr>
        <w:t>.</w:t>
      </w:r>
      <w:r>
        <w:rPr>
          <w:rFonts w:ascii="Times New Roman" w:eastAsia="Calibri" w:hAnsi="Times New Roman" w:cs="Times New Roman"/>
          <w:b/>
          <w:bCs/>
          <w:color w:val="auto"/>
          <w:sz w:val="24"/>
          <w:szCs w:val="24"/>
          <w:lang w:val="hu-HU"/>
        </w:rPr>
        <w:t xml:space="preserve"> (szerda)</w:t>
      </w:r>
      <w:r w:rsidR="0013107A" w:rsidRPr="004B560D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lang w:val="hu-HU"/>
        </w:rPr>
        <w:t>:</w:t>
      </w:r>
      <w:r w:rsidR="0013107A" w:rsidRPr="004B560D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 xml:space="preserve"> </w:t>
      </w:r>
      <w:r w:rsidR="00EF48A8" w:rsidRPr="004B560D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lang w:val="hu-HU"/>
        </w:rPr>
        <w:t>Tanévzáró értekezlet</w:t>
      </w:r>
      <w:r w:rsidR="0013107A" w:rsidRPr="004B560D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br/>
      </w:r>
      <w:r w:rsidR="0013107A" w:rsidRPr="004B560D">
        <w:rPr>
          <w:rFonts w:ascii="Cambria Math" w:eastAsia="Calibri" w:hAnsi="Cambria Math" w:cs="Cambria Math"/>
          <w:color w:val="auto"/>
          <w:sz w:val="24"/>
          <w:szCs w:val="24"/>
          <w:lang w:val="hu-HU"/>
        </w:rPr>
        <w:t>↳</w:t>
      </w:r>
      <w:r w:rsidR="0013107A" w:rsidRPr="004B560D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 xml:space="preserve"> </w:t>
      </w:r>
      <w:r w:rsidR="0013107A" w:rsidRPr="004B560D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lang w:val="hu-HU"/>
        </w:rPr>
        <w:t>Felelős:</w:t>
      </w:r>
      <w:r w:rsidR="0013107A" w:rsidRPr="004B560D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 xml:space="preserve"> </w:t>
      </w:r>
      <w:r w:rsidR="00EF48A8" w:rsidRPr="004B560D">
        <w:rPr>
          <w:rFonts w:ascii="Times New Roman" w:eastAsia="Calibri" w:hAnsi="Times New Roman" w:cs="Times New Roman"/>
          <w:color w:val="auto"/>
          <w:sz w:val="24"/>
          <w:szCs w:val="24"/>
          <w:lang w:val="hu-HU"/>
        </w:rPr>
        <w:t>iskolavezetés</w:t>
      </w:r>
    </w:p>
    <w:sectPr w:rsidR="002B4FA0" w:rsidRPr="004B560D" w:rsidSect="00034616"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6251" w:rsidRDefault="00EB6251" w:rsidP="00AD4BC9">
      <w:pPr>
        <w:spacing w:after="0" w:line="240" w:lineRule="auto"/>
      </w:pPr>
      <w:r>
        <w:separator/>
      </w:r>
    </w:p>
  </w:endnote>
  <w:endnote w:type="continuationSeparator" w:id="0">
    <w:p w:rsidR="00EB6251" w:rsidRDefault="00EB6251" w:rsidP="00AD4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H-OptimaBold">
    <w:altName w:val="Segoe UI Semibold"/>
    <w:charset w:val="00"/>
    <w:family w:val="swiss"/>
    <w:pitch w:val="variable"/>
    <w:sig w:usb0="00000003" w:usb1="4000204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93521199"/>
      <w:docPartObj>
        <w:docPartGallery w:val="Page Numbers (Bottom of Page)"/>
        <w:docPartUnique/>
      </w:docPartObj>
    </w:sdtPr>
    <w:sdtEndPr/>
    <w:sdtContent>
      <w:p w:rsidR="0009078A" w:rsidRDefault="0009078A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:rsidR="0009078A" w:rsidRDefault="0009078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6251" w:rsidRDefault="00EB6251" w:rsidP="00AD4BC9">
      <w:pPr>
        <w:spacing w:after="0" w:line="240" w:lineRule="auto"/>
      </w:pPr>
      <w:r>
        <w:separator/>
      </w:r>
    </w:p>
  </w:footnote>
  <w:footnote w:type="continuationSeparator" w:id="0">
    <w:p w:rsidR="00EB6251" w:rsidRDefault="00EB6251" w:rsidP="00AD4B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6206" w:rsidRDefault="00906206" w:rsidP="00906206">
    <w:pPr>
      <w:tabs>
        <w:tab w:val="left" w:pos="5700"/>
      </w:tabs>
      <w:ind w:left="4254"/>
      <w:jc w:val="right"/>
      <w:rPr>
        <w:rFonts w:ascii="H-OptimaBold" w:hAnsi="H-OptimaBold"/>
        <w:b/>
        <w:color w:val="051D46"/>
      </w:rPr>
    </w:pPr>
    <w:r>
      <w:rPr>
        <w:noProof/>
      </w:rPr>
      <w:drawing>
        <wp:anchor distT="0" distB="0" distL="114300" distR="114300" simplePos="0" relativeHeight="251659264" behindDoc="0" locked="1" layoutInCell="1" allowOverlap="1" wp14:anchorId="389B0E40" wp14:editId="2F7E7748">
          <wp:simplePos x="0" y="0"/>
          <wp:positionH relativeFrom="column">
            <wp:posOffset>-1030605</wp:posOffset>
          </wp:positionH>
          <wp:positionV relativeFrom="paragraph">
            <wp:posOffset>-422275</wp:posOffset>
          </wp:positionV>
          <wp:extent cx="3417570" cy="1188720"/>
          <wp:effectExtent l="0" t="0" r="0" b="0"/>
          <wp:wrapNone/>
          <wp:docPr id="730522453" name="Kép 5" descr="A képen szöveg, Betűtípus, embléma, fehér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522453" name="Kép 5" descr="A képen szöveg, Betűtípus, embléma, fehér látható&#10;&#10;Előfordulhat, hogy az AI által létrehozott tartalom helytelen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1757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>
      <w:rPr>
        <w:rFonts w:ascii="H-OptimaBold" w:hAnsi="H-OptimaBold"/>
        <w:b/>
        <w:color w:val="051D46"/>
      </w:rPr>
      <w:t>Szent-Györgyi</w:t>
    </w:r>
    <w:proofErr w:type="spellEnd"/>
    <w:r>
      <w:rPr>
        <w:rFonts w:ascii="H-OptimaBold" w:hAnsi="H-OptimaBold"/>
        <w:b/>
        <w:color w:val="051D46"/>
      </w:rPr>
      <w:t xml:space="preserve"> Albert </w:t>
    </w:r>
    <w:proofErr w:type="spellStart"/>
    <w:r>
      <w:rPr>
        <w:rFonts w:ascii="H-OptimaBold" w:hAnsi="H-OptimaBold"/>
        <w:b/>
        <w:color w:val="051D46"/>
      </w:rPr>
      <w:t>Egészségügyi</w:t>
    </w:r>
    <w:proofErr w:type="spellEnd"/>
    <w:r>
      <w:rPr>
        <w:rFonts w:ascii="H-OptimaBold" w:hAnsi="H-OptimaBold"/>
        <w:b/>
        <w:color w:val="051D46"/>
      </w:rPr>
      <w:t xml:space="preserve"> </w:t>
    </w:r>
    <w:proofErr w:type="spellStart"/>
    <w:r>
      <w:rPr>
        <w:rFonts w:ascii="H-OptimaBold" w:hAnsi="H-OptimaBold"/>
        <w:b/>
        <w:color w:val="051D46"/>
      </w:rPr>
      <w:t>Technikum</w:t>
    </w:r>
    <w:proofErr w:type="spellEnd"/>
    <w:r>
      <w:rPr>
        <w:rFonts w:ascii="H-OptimaBold" w:hAnsi="H-OptimaBold"/>
        <w:b/>
        <w:color w:val="051D46"/>
      </w:rPr>
      <w:t xml:space="preserve"> </w:t>
    </w:r>
    <w:proofErr w:type="spellStart"/>
    <w:r>
      <w:rPr>
        <w:rFonts w:ascii="H-OptimaBold" w:hAnsi="H-OptimaBold"/>
        <w:b/>
        <w:color w:val="051D46"/>
      </w:rPr>
      <w:t>és</w:t>
    </w:r>
    <w:proofErr w:type="spellEnd"/>
    <w:r>
      <w:rPr>
        <w:rFonts w:ascii="H-OptimaBold" w:hAnsi="H-OptimaBold"/>
        <w:b/>
        <w:color w:val="051D46"/>
      </w:rPr>
      <w:t xml:space="preserve"> </w:t>
    </w:r>
    <w:proofErr w:type="spellStart"/>
    <w:r>
      <w:rPr>
        <w:rFonts w:ascii="H-OptimaBold" w:hAnsi="H-OptimaBold"/>
        <w:b/>
        <w:color w:val="051D46"/>
      </w:rPr>
      <w:t>Szakképző</w:t>
    </w:r>
    <w:proofErr w:type="spellEnd"/>
    <w:r>
      <w:rPr>
        <w:rFonts w:ascii="H-OptimaBold" w:hAnsi="H-OptimaBold"/>
        <w:b/>
        <w:color w:val="051D46"/>
      </w:rPr>
      <w:t xml:space="preserve"> </w:t>
    </w:r>
    <w:proofErr w:type="spellStart"/>
    <w:r>
      <w:rPr>
        <w:rFonts w:ascii="H-OptimaBold" w:hAnsi="H-OptimaBold"/>
        <w:b/>
        <w:color w:val="051D46"/>
      </w:rPr>
      <w:t>Iskola</w:t>
    </w:r>
    <w:proofErr w:type="spellEnd"/>
    <w:r>
      <w:rPr>
        <w:rFonts w:ascii="H-OptimaBold" w:hAnsi="H-OptimaBold"/>
        <w:b/>
        <w:color w:val="051D46"/>
      </w:rPr>
      <w:t xml:space="preserve"> </w:t>
    </w:r>
  </w:p>
  <w:p w:rsidR="00906206" w:rsidRDefault="00906206" w:rsidP="00906206">
    <w:pPr>
      <w:tabs>
        <w:tab w:val="left" w:pos="5700"/>
      </w:tabs>
      <w:ind w:left="4254"/>
      <w:jc w:val="right"/>
    </w:pPr>
    <w:r>
      <w:rPr>
        <w:rFonts w:ascii="H-OptimaBold" w:hAnsi="H-OptimaBold"/>
        <w:b/>
        <w:noProof/>
        <w:color w:val="051D46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FBA0358" wp14:editId="2E1F1BA4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5958840" cy="7620"/>
              <wp:effectExtent l="0" t="0" r="22860" b="3048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58840" cy="762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092E9B" id="Line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0" to="469.2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" o:allowincell="f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2564"/>
        </w:tabs>
        <w:ind w:left="2564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9A62311E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5E5595"/>
    <w:multiLevelType w:val="multilevel"/>
    <w:tmpl w:val="DB4CA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08C24DA"/>
    <w:multiLevelType w:val="multilevel"/>
    <w:tmpl w:val="EC621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0BF5D84"/>
    <w:multiLevelType w:val="hybridMultilevel"/>
    <w:tmpl w:val="0CBA96CA"/>
    <w:lvl w:ilvl="0" w:tplc="7938F43A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2535C30"/>
    <w:multiLevelType w:val="multilevel"/>
    <w:tmpl w:val="D9DEB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62A27E2"/>
    <w:multiLevelType w:val="multilevel"/>
    <w:tmpl w:val="93604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  <w:u w:val="no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7CB2A77"/>
    <w:multiLevelType w:val="hybridMultilevel"/>
    <w:tmpl w:val="6E30A434"/>
    <w:lvl w:ilvl="0" w:tplc="334A1B0E">
      <w:start w:val="1"/>
      <w:numFmt w:val="upperRoman"/>
      <w:lvlText w:val="%1."/>
      <w:lvlJc w:val="right"/>
      <w:pPr>
        <w:ind w:left="644" w:hanging="360"/>
      </w:pPr>
      <w:rPr>
        <w:b/>
        <w:bCs/>
        <w:color w:val="0070C0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081B1D09"/>
    <w:multiLevelType w:val="multilevel"/>
    <w:tmpl w:val="3814B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DF8060A"/>
    <w:multiLevelType w:val="hybridMultilevel"/>
    <w:tmpl w:val="7A8CB656"/>
    <w:lvl w:ilvl="0" w:tplc="040E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6DF6B12"/>
    <w:multiLevelType w:val="hybridMultilevel"/>
    <w:tmpl w:val="161200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DE6793"/>
    <w:multiLevelType w:val="multilevel"/>
    <w:tmpl w:val="4AF60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5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decimal"/>
      <w:lvlText w:val="%4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0E74C4"/>
    <w:multiLevelType w:val="hybridMultilevel"/>
    <w:tmpl w:val="229E5652"/>
    <w:lvl w:ilvl="0" w:tplc="811A2E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8113A0"/>
    <w:multiLevelType w:val="hybridMultilevel"/>
    <w:tmpl w:val="BC6851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EF1249"/>
    <w:multiLevelType w:val="hybridMultilevel"/>
    <w:tmpl w:val="731424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F42B3D"/>
    <w:multiLevelType w:val="hybridMultilevel"/>
    <w:tmpl w:val="F2D43C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F456DA"/>
    <w:multiLevelType w:val="hybridMultilevel"/>
    <w:tmpl w:val="5776D27A"/>
    <w:lvl w:ilvl="0" w:tplc="040E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3D937DA3"/>
    <w:multiLevelType w:val="hybridMultilevel"/>
    <w:tmpl w:val="41BE8E0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D033FE"/>
    <w:multiLevelType w:val="hybridMultilevel"/>
    <w:tmpl w:val="A816F05C"/>
    <w:lvl w:ilvl="0" w:tplc="040E0019">
      <w:start w:val="1"/>
      <w:numFmt w:val="low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FF1BC0"/>
    <w:multiLevelType w:val="hybridMultilevel"/>
    <w:tmpl w:val="68620578"/>
    <w:lvl w:ilvl="0" w:tplc="EDA8012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F5504C"/>
    <w:multiLevelType w:val="multilevel"/>
    <w:tmpl w:val="91AAC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SimSu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0E6A1E"/>
    <w:multiLevelType w:val="multilevel"/>
    <w:tmpl w:val="808AD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CD3E3D"/>
    <w:multiLevelType w:val="multilevel"/>
    <w:tmpl w:val="CB2AA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9C149B"/>
    <w:multiLevelType w:val="multilevel"/>
    <w:tmpl w:val="6F404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9F6E20"/>
    <w:multiLevelType w:val="multilevel"/>
    <w:tmpl w:val="23305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7A7F32"/>
    <w:multiLevelType w:val="hybridMultilevel"/>
    <w:tmpl w:val="C5062444"/>
    <w:lvl w:ilvl="0" w:tplc="63763732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1E3D95"/>
    <w:multiLevelType w:val="hybridMultilevel"/>
    <w:tmpl w:val="668445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B160A6"/>
    <w:multiLevelType w:val="hybridMultilevel"/>
    <w:tmpl w:val="0EAAEFB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6E0F59"/>
    <w:multiLevelType w:val="hybridMultilevel"/>
    <w:tmpl w:val="DC2035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A436A2"/>
    <w:multiLevelType w:val="hybridMultilevel"/>
    <w:tmpl w:val="395C0294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AB0E5C"/>
    <w:multiLevelType w:val="hybridMultilevel"/>
    <w:tmpl w:val="ABB60004"/>
    <w:lvl w:ilvl="0" w:tplc="1CEE5A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093BEE"/>
    <w:multiLevelType w:val="multilevel"/>
    <w:tmpl w:val="90B05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7FE3F29"/>
    <w:multiLevelType w:val="hybridMultilevel"/>
    <w:tmpl w:val="88209EE0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B42055"/>
    <w:multiLevelType w:val="hybridMultilevel"/>
    <w:tmpl w:val="EC60A806"/>
    <w:lvl w:ilvl="0" w:tplc="CCAC8E34">
      <w:start w:val="3"/>
      <w:numFmt w:val="decimal"/>
      <w:lvlText w:val="%1."/>
      <w:lvlJc w:val="left"/>
      <w:pPr>
        <w:ind w:left="720" w:hanging="360"/>
      </w:pPr>
      <w:rPr>
        <w:rFonts w:asciiTheme="majorHAnsi" w:eastAsiaTheme="majorEastAsia" w:hAnsiTheme="majorHAnsi" w:cstheme="majorBidi" w:hint="default"/>
        <w:color w:val="365F91" w:themeColor="accent1" w:themeShade="BF"/>
        <w:sz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8D21AB"/>
    <w:multiLevelType w:val="hybridMultilevel"/>
    <w:tmpl w:val="40FC8DE8"/>
    <w:lvl w:ilvl="0" w:tplc="98E404B0">
      <w:start w:val="20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1A6420"/>
    <w:multiLevelType w:val="hybridMultilevel"/>
    <w:tmpl w:val="B75CD300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8F7D32"/>
    <w:multiLevelType w:val="multilevel"/>
    <w:tmpl w:val="56D6A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D90549E"/>
    <w:multiLevelType w:val="multilevel"/>
    <w:tmpl w:val="F062A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38"/>
  </w:num>
  <w:num w:numId="8">
    <w:abstractNumId w:val="31"/>
  </w:num>
  <w:num w:numId="9">
    <w:abstractNumId w:val="19"/>
  </w:num>
  <w:num w:numId="10">
    <w:abstractNumId w:val="15"/>
  </w:num>
  <w:num w:numId="11">
    <w:abstractNumId w:val="41"/>
  </w:num>
  <w:num w:numId="12">
    <w:abstractNumId w:val="20"/>
  </w:num>
  <w:num w:numId="13">
    <w:abstractNumId w:val="34"/>
  </w:num>
  <w:num w:numId="14">
    <w:abstractNumId w:val="30"/>
  </w:num>
  <w:num w:numId="15">
    <w:abstractNumId w:val="13"/>
  </w:num>
  <w:num w:numId="16">
    <w:abstractNumId w:val="23"/>
  </w:num>
  <w:num w:numId="17">
    <w:abstractNumId w:val="40"/>
  </w:num>
  <w:num w:numId="18">
    <w:abstractNumId w:val="9"/>
  </w:num>
  <w:num w:numId="19">
    <w:abstractNumId w:val="7"/>
  </w:num>
  <w:num w:numId="20">
    <w:abstractNumId w:val="25"/>
  </w:num>
  <w:num w:numId="21">
    <w:abstractNumId w:val="35"/>
  </w:num>
  <w:num w:numId="22">
    <w:abstractNumId w:val="28"/>
  </w:num>
  <w:num w:numId="23">
    <w:abstractNumId w:val="12"/>
  </w:num>
  <w:num w:numId="24">
    <w:abstractNumId w:val="6"/>
  </w:num>
  <w:num w:numId="25">
    <w:abstractNumId w:val="26"/>
  </w:num>
  <w:num w:numId="26">
    <w:abstractNumId w:val="27"/>
  </w:num>
  <w:num w:numId="27">
    <w:abstractNumId w:val="10"/>
  </w:num>
  <w:num w:numId="28">
    <w:abstractNumId w:val="11"/>
  </w:num>
  <w:num w:numId="29">
    <w:abstractNumId w:val="32"/>
  </w:num>
  <w:num w:numId="30">
    <w:abstractNumId w:val="18"/>
  </w:num>
  <w:num w:numId="31">
    <w:abstractNumId w:val="16"/>
  </w:num>
  <w:num w:numId="32">
    <w:abstractNumId w:val="17"/>
  </w:num>
  <w:num w:numId="33">
    <w:abstractNumId w:val="39"/>
  </w:num>
  <w:num w:numId="34">
    <w:abstractNumId w:val="33"/>
  </w:num>
  <w:num w:numId="35">
    <w:abstractNumId w:val="21"/>
  </w:num>
  <w:num w:numId="36">
    <w:abstractNumId w:val="36"/>
  </w:num>
  <w:num w:numId="37">
    <w:abstractNumId w:val="8"/>
  </w:num>
  <w:num w:numId="38">
    <w:abstractNumId w:val="29"/>
  </w:num>
  <w:num w:numId="39">
    <w:abstractNumId w:val="14"/>
  </w:num>
  <w:num w:numId="40">
    <w:abstractNumId w:val="37"/>
  </w:num>
  <w:num w:numId="41">
    <w:abstractNumId w:val="22"/>
  </w:num>
  <w:num w:numId="42">
    <w:abstractNumId w:val="24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0270"/>
    <w:rsid w:val="00082A87"/>
    <w:rsid w:val="0009078A"/>
    <w:rsid w:val="000D2C55"/>
    <w:rsid w:val="0011608C"/>
    <w:rsid w:val="00124AED"/>
    <w:rsid w:val="0012522E"/>
    <w:rsid w:val="00130E03"/>
    <w:rsid w:val="0013107A"/>
    <w:rsid w:val="00131842"/>
    <w:rsid w:val="001428E7"/>
    <w:rsid w:val="0015074B"/>
    <w:rsid w:val="00161F7D"/>
    <w:rsid w:val="0019716C"/>
    <w:rsid w:val="001A6830"/>
    <w:rsid w:val="001B3282"/>
    <w:rsid w:val="001C238B"/>
    <w:rsid w:val="00236F82"/>
    <w:rsid w:val="002442EC"/>
    <w:rsid w:val="00275CFF"/>
    <w:rsid w:val="0029639D"/>
    <w:rsid w:val="002B4FA0"/>
    <w:rsid w:val="002F667C"/>
    <w:rsid w:val="00326F90"/>
    <w:rsid w:val="003918F1"/>
    <w:rsid w:val="003B6C41"/>
    <w:rsid w:val="003D0CBE"/>
    <w:rsid w:val="003F3FC3"/>
    <w:rsid w:val="003F58DC"/>
    <w:rsid w:val="00401DCD"/>
    <w:rsid w:val="004562F0"/>
    <w:rsid w:val="0048499C"/>
    <w:rsid w:val="004B560D"/>
    <w:rsid w:val="004D0422"/>
    <w:rsid w:val="00505936"/>
    <w:rsid w:val="00511286"/>
    <w:rsid w:val="00526C3D"/>
    <w:rsid w:val="00536C8B"/>
    <w:rsid w:val="005430B9"/>
    <w:rsid w:val="00556E3F"/>
    <w:rsid w:val="0059675F"/>
    <w:rsid w:val="005F6ECF"/>
    <w:rsid w:val="00612ADA"/>
    <w:rsid w:val="00625950"/>
    <w:rsid w:val="00643C14"/>
    <w:rsid w:val="006E7BE4"/>
    <w:rsid w:val="00732B77"/>
    <w:rsid w:val="00753D7B"/>
    <w:rsid w:val="007E04B3"/>
    <w:rsid w:val="008063C9"/>
    <w:rsid w:val="0081036C"/>
    <w:rsid w:val="008834B7"/>
    <w:rsid w:val="008C4F7B"/>
    <w:rsid w:val="00906206"/>
    <w:rsid w:val="00916EB4"/>
    <w:rsid w:val="009373DD"/>
    <w:rsid w:val="009615AF"/>
    <w:rsid w:val="00985984"/>
    <w:rsid w:val="009B56CB"/>
    <w:rsid w:val="00A00E46"/>
    <w:rsid w:val="00A30990"/>
    <w:rsid w:val="00A761DE"/>
    <w:rsid w:val="00A83840"/>
    <w:rsid w:val="00A9181C"/>
    <w:rsid w:val="00AA1D8D"/>
    <w:rsid w:val="00AD4BC9"/>
    <w:rsid w:val="00AE5713"/>
    <w:rsid w:val="00B35433"/>
    <w:rsid w:val="00B47730"/>
    <w:rsid w:val="00B84A10"/>
    <w:rsid w:val="00B8704E"/>
    <w:rsid w:val="00BB5D1D"/>
    <w:rsid w:val="00BC37B0"/>
    <w:rsid w:val="00BD5BEE"/>
    <w:rsid w:val="00C050E8"/>
    <w:rsid w:val="00C327FF"/>
    <w:rsid w:val="00C64EDB"/>
    <w:rsid w:val="00C817E0"/>
    <w:rsid w:val="00C93C67"/>
    <w:rsid w:val="00CA1E7A"/>
    <w:rsid w:val="00CA3555"/>
    <w:rsid w:val="00CB0664"/>
    <w:rsid w:val="00D1002A"/>
    <w:rsid w:val="00D90008"/>
    <w:rsid w:val="00D9602C"/>
    <w:rsid w:val="00DD01EF"/>
    <w:rsid w:val="00E36D41"/>
    <w:rsid w:val="00E7019B"/>
    <w:rsid w:val="00E94C95"/>
    <w:rsid w:val="00EA745F"/>
    <w:rsid w:val="00EB6251"/>
    <w:rsid w:val="00EF48A8"/>
    <w:rsid w:val="00FC693F"/>
    <w:rsid w:val="00FD3320"/>
    <w:rsid w:val="00FF23E3"/>
    <w:rsid w:val="00FF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0631584"/>
  <w14:defaultImageDpi w14:val="300"/>
  <w15:docId w15:val="{63FC91A6-A3AB-478B-9587-55A58095F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C693F"/>
    <w:rPr>
      <w:rFonts w:ascii="Arial" w:hAnsi="Arial"/>
      <w:color w:val="333333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Rcsostblzat1">
    <w:name w:val="Rácsos táblázat1"/>
    <w:basedOn w:val="Normltblzat"/>
    <w:next w:val="Rcsostblzat"/>
    <w:uiPriority w:val="39"/>
    <w:rsid w:val="0012522E"/>
    <w:pPr>
      <w:spacing w:after="0" w:line="240" w:lineRule="auto"/>
    </w:pPr>
    <w:rPr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3">
    <w:name w:val="Rácsos táblázat13"/>
    <w:basedOn w:val="Normltblzat"/>
    <w:next w:val="Rcsostblzat"/>
    <w:uiPriority w:val="39"/>
    <w:rsid w:val="00505936"/>
    <w:pPr>
      <w:spacing w:after="0" w:line="240" w:lineRule="auto"/>
    </w:pPr>
    <w:rPr>
      <w:rFonts w:eastAsiaTheme="minorHAnsi"/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4">
    <w:name w:val="Rácsos táblázat14"/>
    <w:basedOn w:val="Normltblzat"/>
    <w:next w:val="Rcsostblzat"/>
    <w:uiPriority w:val="39"/>
    <w:rsid w:val="00505936"/>
    <w:pPr>
      <w:spacing w:after="0" w:line="240" w:lineRule="auto"/>
    </w:pPr>
    <w:rPr>
      <w:rFonts w:eastAsiaTheme="minorHAnsi"/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505936"/>
    <w:pPr>
      <w:widowControl w:val="0"/>
      <w:autoSpaceDE w:val="0"/>
      <w:autoSpaceDN w:val="0"/>
      <w:spacing w:after="0" w:line="240" w:lineRule="auto"/>
    </w:pPr>
    <w:rPr>
      <w:rFonts w:eastAsia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FD3320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"/>
    <w:uiPriority w:val="1"/>
    <w:qFormat/>
    <w:rsid w:val="00FD3320"/>
    <w:pPr>
      <w:widowControl w:val="0"/>
      <w:autoSpaceDE w:val="0"/>
      <w:autoSpaceDN w:val="0"/>
      <w:spacing w:before="2" w:after="0" w:line="240" w:lineRule="auto"/>
      <w:ind w:left="6"/>
      <w:jc w:val="center"/>
    </w:pPr>
    <w:rPr>
      <w:rFonts w:ascii="Times New Roman" w:eastAsia="Times New Roman" w:hAnsi="Times New Roman" w:cs="Times New Roman"/>
      <w:color w:val="auto"/>
      <w:lang w:val="hu-HU"/>
    </w:rPr>
  </w:style>
  <w:style w:type="table" w:customStyle="1" w:styleId="Rcsostblzat2">
    <w:name w:val="Rácsos táblázat2"/>
    <w:basedOn w:val="Normltblzat"/>
    <w:next w:val="Rcsostblzat"/>
    <w:uiPriority w:val="39"/>
    <w:rsid w:val="00124AED"/>
    <w:pPr>
      <w:spacing w:after="0" w:line="240" w:lineRule="auto"/>
    </w:pPr>
    <w:rPr>
      <w:rFonts w:eastAsia="Calibri"/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39"/>
    <w:rsid w:val="002442EC"/>
    <w:pPr>
      <w:spacing w:after="0" w:line="240" w:lineRule="auto"/>
    </w:pPr>
    <w:rPr>
      <w:rFonts w:eastAsia="Calibri"/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2442EC"/>
    <w:pPr>
      <w:spacing w:after="0" w:line="240" w:lineRule="auto"/>
    </w:pPr>
    <w:rPr>
      <w:rFonts w:eastAsia="Calibri"/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5">
    <w:name w:val="Rácsos táblázat5"/>
    <w:basedOn w:val="Normltblzat"/>
    <w:next w:val="Rcsostblzat"/>
    <w:uiPriority w:val="39"/>
    <w:rsid w:val="00625950"/>
    <w:pPr>
      <w:spacing w:after="0" w:line="240" w:lineRule="auto"/>
    </w:pPr>
    <w:rPr>
      <w:rFonts w:eastAsia="Calibri"/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6">
    <w:name w:val="Rácsos táblázat6"/>
    <w:basedOn w:val="Normltblzat"/>
    <w:next w:val="Rcsostblzat"/>
    <w:uiPriority w:val="39"/>
    <w:rsid w:val="00E7019B"/>
    <w:pPr>
      <w:spacing w:after="0" w:line="240" w:lineRule="auto"/>
    </w:pPr>
    <w:rPr>
      <w:rFonts w:eastAsia="Calibri"/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J1">
    <w:name w:val="toc 1"/>
    <w:basedOn w:val="Norml"/>
    <w:next w:val="Norml"/>
    <w:autoRedefine/>
    <w:uiPriority w:val="39"/>
    <w:unhideWhenUsed/>
    <w:rsid w:val="001428E7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1428E7"/>
    <w:pPr>
      <w:spacing w:after="100"/>
      <w:ind w:left="220"/>
    </w:pPr>
  </w:style>
  <w:style w:type="character" w:styleId="Hiperhivatkozs">
    <w:name w:val="Hyperlink"/>
    <w:basedOn w:val="Bekezdsalapbettpusa"/>
    <w:uiPriority w:val="99"/>
    <w:unhideWhenUsed/>
    <w:rsid w:val="001428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5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8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77763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92505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30021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580626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37948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02714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48717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253681">
                  <w:blockQuote w:val="1"/>
                  <w:marLeft w:val="600"/>
                  <w:marRight w:val="60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15186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92862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90143">
                  <w:blockQuote w:val="1"/>
                  <w:marLeft w:val="600"/>
                  <w:marRight w:val="60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80587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37903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474442">
                  <w:blockQuote w:val="1"/>
                  <w:marLeft w:val="600"/>
                  <w:marRight w:val="60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29386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79960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6896">
                  <w:blockQuote w:val="1"/>
                  <w:marLeft w:val="600"/>
                  <w:marRight w:val="60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9947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28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005021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00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24478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982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473715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27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4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08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0955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718209">
                  <w:marLeft w:val="0"/>
                  <w:marRight w:val="0"/>
                  <w:marTop w:val="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0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248544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2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51243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990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517622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9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9168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63041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E3B0A9D-E413-4D5C-B20B-A44EA38D5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60</Pages>
  <Words>10183</Words>
  <Characters>70270</Characters>
  <Application>Microsoft Office Word</Application>
  <DocSecurity>0</DocSecurity>
  <Lines>585</Lines>
  <Paragraphs>160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80293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Major Ágota</cp:lastModifiedBy>
  <cp:revision>4</cp:revision>
  <dcterms:created xsi:type="dcterms:W3CDTF">2026-09-25T11:10:00Z</dcterms:created>
  <dcterms:modified xsi:type="dcterms:W3CDTF">2026-09-30T11:27:00Z</dcterms:modified>
  <cp:category/>
</cp:coreProperties>
</file>